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5DD2D" w14:textId="77A2A27A" w:rsidR="00987332" w:rsidRDefault="00FD78A4" w:rsidP="00987332">
      <w:r>
        <w:rPr>
          <w:noProof/>
        </w:rPr>
        <w:drawing>
          <wp:anchor distT="0" distB="0" distL="114300" distR="114300" simplePos="0" relativeHeight="251660297" behindDoc="1" locked="0" layoutInCell="1" allowOverlap="1" wp14:anchorId="05DD6711" wp14:editId="2C499C9C">
            <wp:simplePos x="0" y="0"/>
            <wp:positionH relativeFrom="page">
              <wp:align>right</wp:align>
            </wp:positionH>
            <wp:positionV relativeFrom="page">
              <wp:posOffset>-335915</wp:posOffset>
            </wp:positionV>
            <wp:extent cx="7753350" cy="10968786"/>
            <wp:effectExtent l="0" t="0" r="0" b="4445"/>
            <wp:wrapNone/>
            <wp:docPr id="39607421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074211" name="Immagine 39607421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968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62D5CC" w14:textId="5B48A2BF" w:rsidR="00987332" w:rsidRPr="0046029A" w:rsidRDefault="00987332" w:rsidP="00987332"/>
    <w:p w14:paraId="65B0D3C4" w14:textId="1DECDA47" w:rsidR="00987332" w:rsidRDefault="00987332" w:rsidP="00987332"/>
    <w:p w14:paraId="4BB8EC2E" w14:textId="21482ADE" w:rsidR="00987332" w:rsidRDefault="00987332" w:rsidP="00987332"/>
    <w:p w14:paraId="104982B8" w14:textId="77777777" w:rsidR="00987332" w:rsidRDefault="00987332" w:rsidP="00987332"/>
    <w:p w14:paraId="6F2896CC" w14:textId="68AF99F6" w:rsidR="00987332" w:rsidRDefault="00987332" w:rsidP="00987332"/>
    <w:p w14:paraId="032DF4AB" w14:textId="45FC3C7D" w:rsidR="00987332" w:rsidRDefault="00987332" w:rsidP="00987332"/>
    <w:p w14:paraId="150FEE9C" w14:textId="76D44F1D" w:rsidR="00987332" w:rsidRDefault="00987332" w:rsidP="00987332"/>
    <w:p w14:paraId="1F4189C7" w14:textId="49EBFFC0" w:rsidR="00987332" w:rsidRDefault="00987332" w:rsidP="00987332"/>
    <w:p w14:paraId="304F5D21" w14:textId="172CD3A2" w:rsidR="00987332" w:rsidRDefault="00987332" w:rsidP="00987332"/>
    <w:p w14:paraId="6FB4798D" w14:textId="78C4DBDB" w:rsidR="00987332" w:rsidRDefault="00987332" w:rsidP="00987332"/>
    <w:p w14:paraId="79A809C2" w14:textId="58A2C669" w:rsidR="00987332" w:rsidRDefault="00987332" w:rsidP="00987332"/>
    <w:p w14:paraId="3E8B5B47" w14:textId="020E1354" w:rsidR="00987332" w:rsidRDefault="00987332" w:rsidP="00987332"/>
    <w:p w14:paraId="033979C1" w14:textId="7396C4AA" w:rsidR="00987332" w:rsidRDefault="00987332" w:rsidP="00987332"/>
    <w:p w14:paraId="4F00951D" w14:textId="106FA769" w:rsidR="00987332" w:rsidRDefault="00987332" w:rsidP="00987332"/>
    <w:p w14:paraId="6465559F" w14:textId="77777777" w:rsidR="00987332" w:rsidRDefault="00987332" w:rsidP="00987332"/>
    <w:p w14:paraId="1E92AEAC" w14:textId="77777777" w:rsidR="00987332" w:rsidRDefault="00987332" w:rsidP="00987332"/>
    <w:p w14:paraId="7C43C443" w14:textId="15986F10" w:rsidR="00987332" w:rsidRDefault="00987332" w:rsidP="00987332"/>
    <w:p w14:paraId="64DAC016" w14:textId="7A039767" w:rsidR="0000682E" w:rsidRPr="00F80E10" w:rsidRDefault="00FD78A4" w:rsidP="00AF1D26">
      <w:pPr>
        <w:autoSpaceDE w:val="0"/>
        <w:autoSpaceDN w:val="0"/>
        <w:adjustRightInd w:val="0"/>
        <w:spacing w:after="40" w:line="240" w:lineRule="auto"/>
        <w:jc w:val="center"/>
        <w:rPr>
          <w:rFonts w:eastAsiaTheme="majorEastAsia" w:cstheme="majorBidi"/>
          <w:b/>
          <w:color w:val="365F91" w:themeColor="accent1" w:themeShade="BF"/>
        </w:rPr>
      </w:pPr>
      <w:r w:rsidRPr="006A081D">
        <w:rPr>
          <w:noProof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3285A23A" wp14:editId="5F7158B5">
                <wp:simplePos x="0" y="0"/>
                <wp:positionH relativeFrom="margin">
                  <wp:posOffset>-680085</wp:posOffset>
                </wp:positionH>
                <wp:positionV relativeFrom="paragraph">
                  <wp:posOffset>502285</wp:posOffset>
                </wp:positionV>
                <wp:extent cx="6719570" cy="1698172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9570" cy="16981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0F720" w14:textId="77777777" w:rsidR="00987332" w:rsidRPr="00FD78A4" w:rsidRDefault="00987332" w:rsidP="00B218BD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</w:p>
                          <w:p w14:paraId="7F81F26B" w14:textId="162499B9" w:rsidR="00B218BD" w:rsidRPr="00FD78A4" w:rsidRDefault="0043656C" w:rsidP="00B218BD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  <w:r w:rsidRPr="00FD78A4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Allegato </w:t>
                            </w:r>
                            <w:r w:rsidR="00E3489B" w:rsidRPr="00FD78A4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1</w:t>
                            </w:r>
                            <w:r w:rsidR="007B72EF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E3489B" w:rsidRPr="00FD78A4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- MODELLO B</w:t>
                            </w:r>
                            <w:r w:rsidRPr="00FD78A4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- </w:t>
                            </w:r>
                            <w:r w:rsidR="00B218BD" w:rsidRPr="00FD78A4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AVVISO Azione 2.4 </w:t>
                            </w:r>
                          </w:p>
                          <w:p w14:paraId="48055620" w14:textId="3C295977" w:rsidR="00987332" w:rsidRPr="00FD78A4" w:rsidRDefault="004479A0" w:rsidP="00B218BD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</w:pPr>
                            <w:r w:rsidRPr="00FD78A4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Programma Nazionale Capacità per la Coesione</w:t>
                            </w:r>
                            <w:r w:rsidR="00414D10" w:rsidRPr="00FD78A4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Assistenza Tecnica</w:t>
                            </w:r>
                            <w:r w:rsidRPr="00FD78A4">
                              <w:rPr>
                                <w:rFonts w:ascii="Calibri" w:hAnsi="Calibri" w:cs="Calibr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2021-2027</w:t>
                            </w:r>
                          </w:p>
                          <w:p w14:paraId="2072DC40" w14:textId="77777777" w:rsidR="005B69D6" w:rsidRPr="00430ECF" w:rsidRDefault="005B69D6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85A2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3.55pt;margin-top:39.55pt;width:529.1pt;height:133.7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" filled="f" stroked="f">
                <v:textbox>
                  <w:txbxContent>
                    <w:p w14:paraId="48B0F720" w14:textId="77777777" w:rsidR="00987332" w:rsidRPr="00FD78A4" w:rsidRDefault="00987332" w:rsidP="00B218BD">
                      <w:pPr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</w:pPr>
                    </w:p>
                    <w:p w14:paraId="7F81F26B" w14:textId="162499B9" w:rsidR="00B218BD" w:rsidRPr="00FD78A4" w:rsidRDefault="0043656C" w:rsidP="00B218BD">
                      <w:pPr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</w:pPr>
                      <w:r w:rsidRPr="00FD78A4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Allegato </w:t>
                      </w:r>
                      <w:r w:rsidR="00E3489B" w:rsidRPr="00FD78A4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1</w:t>
                      </w:r>
                      <w:r w:rsidR="007B72EF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</w:t>
                      </w:r>
                      <w:r w:rsidR="00E3489B" w:rsidRPr="00FD78A4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- MODELLO B</w:t>
                      </w:r>
                      <w:r w:rsidRPr="00FD78A4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- </w:t>
                      </w:r>
                      <w:r w:rsidR="00B218BD" w:rsidRPr="00FD78A4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AVVISO Azione 2.4 </w:t>
                      </w:r>
                    </w:p>
                    <w:p w14:paraId="48055620" w14:textId="3C295977" w:rsidR="00987332" w:rsidRPr="00FD78A4" w:rsidRDefault="004479A0" w:rsidP="00B218BD">
                      <w:pPr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</w:pPr>
                      <w:r w:rsidRPr="00FD78A4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Programma Nazionale Capacità per la Coesione</w:t>
                      </w:r>
                      <w:r w:rsidR="00414D10" w:rsidRPr="00FD78A4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Assistenza Tecnica</w:t>
                      </w:r>
                      <w:r w:rsidRPr="00FD78A4">
                        <w:rPr>
                          <w:rFonts w:ascii="Calibri" w:hAnsi="Calibri" w:cs="Calibr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 xml:space="preserve"> 2021-2027</w:t>
                      </w:r>
                    </w:p>
                    <w:p w14:paraId="2072DC40" w14:textId="77777777" w:rsidR="005B69D6" w:rsidRPr="00430ECF" w:rsidRDefault="005B69D6">
                      <w:pPr>
                        <w:spacing w:after="0" w:line="240" w:lineRule="auto"/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279D9" w:rsidRPr="00F80E10">
        <w:rPr>
          <w:rFonts w:eastAsiaTheme="majorEastAsia" w:cstheme="majorBidi"/>
          <w:b/>
          <w:color w:val="365F91" w:themeColor="accent1" w:themeShade="BF"/>
        </w:rPr>
        <w:br w:type="page"/>
      </w:r>
      <w:bookmarkStart w:id="0" w:name="_Hlk148026244"/>
    </w:p>
    <w:p w14:paraId="481C8A9E" w14:textId="77777777" w:rsidR="0000682E" w:rsidRPr="00F80E10" w:rsidRDefault="0000682E" w:rsidP="00AF1D26">
      <w:pPr>
        <w:autoSpaceDE w:val="0"/>
        <w:autoSpaceDN w:val="0"/>
        <w:adjustRightInd w:val="0"/>
        <w:spacing w:after="40" w:line="240" w:lineRule="auto"/>
        <w:jc w:val="center"/>
        <w:rPr>
          <w:rFonts w:eastAsiaTheme="majorEastAsia" w:cstheme="majorBidi"/>
          <w:b/>
          <w:color w:val="365F91" w:themeColor="accent1" w:themeShade="BF"/>
        </w:rPr>
      </w:pPr>
    </w:p>
    <w:p w14:paraId="071FF852" w14:textId="77777777" w:rsidR="0000682E" w:rsidRPr="00F80E10" w:rsidRDefault="0000682E" w:rsidP="00AF1D26">
      <w:pPr>
        <w:autoSpaceDE w:val="0"/>
        <w:autoSpaceDN w:val="0"/>
        <w:adjustRightInd w:val="0"/>
        <w:spacing w:after="40" w:line="240" w:lineRule="auto"/>
        <w:jc w:val="center"/>
        <w:rPr>
          <w:rFonts w:eastAsiaTheme="majorEastAsia" w:cstheme="majorBidi"/>
          <w:b/>
          <w:color w:val="365F91" w:themeColor="accent1" w:themeShade="BF"/>
        </w:rPr>
      </w:pPr>
    </w:p>
    <w:p w14:paraId="10A831EF" w14:textId="09FE9828" w:rsidR="00AF1D26" w:rsidRDefault="00AF1D26" w:rsidP="00AF1D26">
      <w:pPr>
        <w:autoSpaceDE w:val="0"/>
        <w:autoSpaceDN w:val="0"/>
        <w:adjustRightInd w:val="0"/>
        <w:spacing w:after="40" w:line="240" w:lineRule="auto"/>
        <w:jc w:val="center"/>
        <w:rPr>
          <w:rFonts w:asciiTheme="majorHAnsi" w:hAnsiTheme="majorHAnsi" w:cstheme="majorBidi"/>
          <w:b/>
          <w:bCs/>
          <w:sz w:val="44"/>
          <w:szCs w:val="44"/>
        </w:rPr>
      </w:pPr>
      <w:r w:rsidRPr="006A081D">
        <w:rPr>
          <w:noProof/>
        </w:rPr>
        <w:drawing>
          <wp:inline distT="0" distB="0" distL="0" distR="0" wp14:anchorId="2C6C35D6" wp14:editId="4E5A217E">
            <wp:extent cx="3030448" cy="1216550"/>
            <wp:effectExtent l="0" t="0" r="0" b="3175"/>
            <wp:docPr id="7" name="Immagine 7" descr="PN Capacità per la Coesione 2021-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N Capacità per la Coesione 2021-202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277" cy="1230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04D68" w14:textId="77777777" w:rsidR="00AF1D26" w:rsidRDefault="00AF1D26" w:rsidP="00AF1D26">
      <w:pPr>
        <w:autoSpaceDE w:val="0"/>
        <w:autoSpaceDN w:val="0"/>
        <w:adjustRightInd w:val="0"/>
        <w:spacing w:after="40" w:line="240" w:lineRule="auto"/>
        <w:jc w:val="both"/>
        <w:rPr>
          <w:rFonts w:asciiTheme="majorHAnsi" w:hAnsiTheme="majorHAnsi" w:cstheme="majorBidi"/>
          <w:b/>
          <w:bCs/>
          <w:sz w:val="44"/>
          <w:szCs w:val="44"/>
        </w:rPr>
      </w:pPr>
    </w:p>
    <w:p w14:paraId="7DF64F5E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Bidi"/>
          <w:b/>
          <w:bCs/>
          <w:sz w:val="44"/>
          <w:szCs w:val="44"/>
        </w:rPr>
      </w:pPr>
    </w:p>
    <w:p w14:paraId="6D4FB904" w14:textId="77777777" w:rsidR="00AF1D26" w:rsidRDefault="00AF1D26" w:rsidP="00AF1D26">
      <w:pPr>
        <w:autoSpaceDE w:val="0"/>
        <w:autoSpaceDN w:val="0"/>
        <w:adjustRightInd w:val="0"/>
        <w:spacing w:after="40" w:line="240" w:lineRule="auto"/>
        <w:jc w:val="center"/>
        <w:rPr>
          <w:rFonts w:asciiTheme="majorHAnsi" w:hAnsiTheme="majorHAnsi" w:cstheme="majorHAnsi"/>
          <w:b/>
          <w:bCs/>
          <w:sz w:val="44"/>
          <w:szCs w:val="60"/>
        </w:rPr>
      </w:pPr>
    </w:p>
    <w:bookmarkEnd w:id="0"/>
    <w:p w14:paraId="26D0CA2E" w14:textId="77777777" w:rsidR="00145CD0" w:rsidRPr="001C6474" w:rsidRDefault="00145CD0" w:rsidP="00145CD0">
      <w:pPr>
        <w:pStyle w:val="Titolo1"/>
        <w:jc w:val="center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>MODELLO B – Dichiarazioni sostitutive</w:t>
      </w:r>
    </w:p>
    <w:p w14:paraId="2553CA52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HAnsi"/>
          <w:sz w:val="44"/>
          <w:szCs w:val="60"/>
        </w:rPr>
      </w:pPr>
    </w:p>
    <w:p w14:paraId="1A8577EB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Bidi"/>
          <w:sz w:val="44"/>
          <w:szCs w:val="44"/>
        </w:rPr>
      </w:pPr>
    </w:p>
    <w:p w14:paraId="0D563AD5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Bidi"/>
          <w:sz w:val="44"/>
          <w:szCs w:val="44"/>
        </w:rPr>
      </w:pPr>
    </w:p>
    <w:p w14:paraId="401BA34B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Bidi"/>
          <w:sz w:val="44"/>
          <w:szCs w:val="44"/>
        </w:rPr>
      </w:pPr>
    </w:p>
    <w:p w14:paraId="7F544AA3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HAnsi"/>
          <w:sz w:val="44"/>
          <w:szCs w:val="60"/>
        </w:rPr>
      </w:pPr>
    </w:p>
    <w:p w14:paraId="5FC0399D" w14:textId="77777777" w:rsidR="00AF1D26" w:rsidRDefault="00AF1D26" w:rsidP="00AF1D26">
      <w:pPr>
        <w:spacing w:after="40" w:line="240" w:lineRule="auto"/>
        <w:jc w:val="both"/>
        <w:rPr>
          <w:rFonts w:asciiTheme="majorHAnsi" w:hAnsiTheme="majorHAnsi" w:cstheme="majorBidi"/>
          <w:sz w:val="44"/>
          <w:szCs w:val="44"/>
        </w:rPr>
      </w:pPr>
    </w:p>
    <w:p w14:paraId="6C6F132D" w14:textId="3852C778" w:rsidR="00AF1D26" w:rsidRPr="001A6CBF" w:rsidRDefault="00AF1D26" w:rsidP="00AF1D26">
      <w:pPr>
        <w:spacing w:after="40" w:line="240" w:lineRule="auto"/>
        <w:ind w:left="-360"/>
        <w:jc w:val="both"/>
        <w:rPr>
          <w:rFonts w:asciiTheme="majorHAnsi" w:hAnsiTheme="majorHAnsi" w:cstheme="majorBidi"/>
          <w:sz w:val="44"/>
          <w:szCs w:val="44"/>
        </w:rPr>
      </w:pPr>
    </w:p>
    <w:p w14:paraId="550E34AC" w14:textId="7DE45D09" w:rsidR="00954CDF" w:rsidRPr="001C6474" w:rsidRDefault="00954CDF" w:rsidP="000270A4">
      <w:pPr>
        <w:spacing w:after="40" w:line="360" w:lineRule="auto"/>
        <w:rPr>
          <w:rFonts w:ascii="Calibri" w:hAnsi="Calibri" w:cs="Calibri"/>
        </w:rPr>
      </w:pPr>
      <w:r w:rsidRPr="001C6474">
        <w:rPr>
          <w:rFonts w:ascii="Calibri" w:hAnsi="Calibri" w:cs="Calibri"/>
        </w:rPr>
        <w:br w:type="page"/>
      </w:r>
    </w:p>
    <w:p w14:paraId="7392089A" w14:textId="77777777" w:rsidR="00EB68AA" w:rsidRDefault="00EB68AA" w:rsidP="000270A4">
      <w:pPr>
        <w:spacing w:after="40" w:line="360" w:lineRule="auto"/>
        <w:jc w:val="center"/>
        <w:rPr>
          <w:rFonts w:ascii="Calibri" w:hAnsi="Calibri" w:cs="Calibri"/>
          <w:b/>
          <w:color w:val="1F497D" w:themeColor="text2"/>
        </w:rPr>
      </w:pPr>
    </w:p>
    <w:p w14:paraId="0EC17621" w14:textId="1D557C66" w:rsidR="00954CDF" w:rsidRPr="001C6474" w:rsidRDefault="00954CDF" w:rsidP="000270A4">
      <w:pPr>
        <w:spacing w:after="40" w:line="360" w:lineRule="auto"/>
        <w:jc w:val="center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b/>
          <w:color w:val="1F497D" w:themeColor="text2"/>
        </w:rPr>
        <w:t>Dichiarazioni sostitutive ai sensi degli artt. 46 e 47 del DPR 445/2000</w:t>
      </w:r>
    </w:p>
    <w:p w14:paraId="531002AE" w14:textId="4DD1BEC6" w:rsidR="0082139B" w:rsidRPr="001C6474" w:rsidRDefault="0082139B" w:rsidP="000270A4">
      <w:p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>Il/La sottoscritto/a ________________</w:t>
      </w:r>
      <w:r w:rsidR="005073A1" w:rsidRPr="001C6474">
        <w:rPr>
          <w:rFonts w:ascii="Calibri" w:hAnsi="Calibri" w:cs="Calibri"/>
          <w:color w:val="1F497D" w:themeColor="text2"/>
        </w:rPr>
        <w:t>_____________</w:t>
      </w:r>
      <w:r w:rsidRPr="001C6474">
        <w:rPr>
          <w:rFonts w:ascii="Calibri" w:hAnsi="Calibri" w:cs="Calibri"/>
          <w:color w:val="1F497D" w:themeColor="text2"/>
        </w:rPr>
        <w:t xml:space="preserve">__________________________ nato/a </w:t>
      </w:r>
      <w:proofErr w:type="spellStart"/>
      <w:r w:rsidRPr="001C6474">
        <w:rPr>
          <w:rFonts w:ascii="Calibri" w:hAnsi="Calibri" w:cs="Calibri"/>
          <w:color w:val="1F497D" w:themeColor="text2"/>
        </w:rPr>
        <w:t>a</w:t>
      </w:r>
      <w:proofErr w:type="spellEnd"/>
      <w:r w:rsidRPr="001C6474">
        <w:rPr>
          <w:rFonts w:ascii="Calibri" w:hAnsi="Calibri" w:cs="Calibri"/>
          <w:color w:val="1F497D" w:themeColor="text2"/>
        </w:rPr>
        <w:t xml:space="preserve"> _____________________________ il ________________ in qualità di </w:t>
      </w:r>
      <w:r w:rsidRPr="001C6474">
        <w:rPr>
          <w:rFonts w:ascii="Calibri" w:hAnsi="Calibri" w:cs="Calibri"/>
          <w:b/>
          <w:color w:val="1F497D" w:themeColor="text2"/>
        </w:rPr>
        <w:t>legale rappresentante</w:t>
      </w:r>
      <w:r w:rsidRPr="001C6474">
        <w:rPr>
          <w:rFonts w:ascii="Calibri" w:hAnsi="Calibri" w:cs="Calibri"/>
          <w:color w:val="1F497D" w:themeColor="text2"/>
        </w:rPr>
        <w:t xml:space="preserve"> del soggetto proponente</w:t>
      </w:r>
      <w:r w:rsidR="00A61EB2">
        <w:rPr>
          <w:rFonts w:ascii="Calibri" w:hAnsi="Calibri" w:cs="Calibri"/>
          <w:color w:val="1F497D" w:themeColor="text2"/>
        </w:rPr>
        <w:t xml:space="preserve"> </w:t>
      </w:r>
      <w:r w:rsidR="00DA5F54" w:rsidRPr="001C6474">
        <w:rPr>
          <w:rFonts w:ascii="Calibri" w:hAnsi="Calibri" w:cs="Calibri"/>
          <w:b/>
          <w:color w:val="1F497D" w:themeColor="text2"/>
        </w:rPr>
        <w:t>(d</w:t>
      </w:r>
      <w:r w:rsidRPr="001C6474">
        <w:rPr>
          <w:rFonts w:ascii="Calibri" w:hAnsi="Calibri" w:cs="Calibri"/>
          <w:b/>
          <w:color w:val="1F497D" w:themeColor="text2"/>
        </w:rPr>
        <w:t>enominazione completa</w:t>
      </w:r>
      <w:r w:rsidR="002A1CF3" w:rsidRPr="001C6474">
        <w:rPr>
          <w:rFonts w:ascii="Calibri" w:hAnsi="Calibri" w:cs="Calibri"/>
          <w:b/>
          <w:color w:val="1F497D" w:themeColor="text2"/>
        </w:rPr>
        <w:t>)</w:t>
      </w:r>
      <w:r w:rsidRPr="001C6474">
        <w:rPr>
          <w:rFonts w:ascii="Calibri" w:hAnsi="Calibri" w:cs="Calibri"/>
          <w:color w:val="1F497D" w:themeColor="text2"/>
        </w:rPr>
        <w:t xml:space="preserve"> ___</w:t>
      </w:r>
      <w:r w:rsidR="00CA0270">
        <w:rPr>
          <w:rFonts w:ascii="Calibri" w:hAnsi="Calibri" w:cs="Calibri"/>
          <w:color w:val="1F497D" w:themeColor="text2"/>
        </w:rPr>
        <w:t xml:space="preserve">_________________________________ </w:t>
      </w:r>
      <w:r w:rsidRPr="001C6474">
        <w:rPr>
          <w:rFonts w:ascii="Calibri" w:hAnsi="Calibri" w:cs="Calibri"/>
          <w:color w:val="1F497D" w:themeColor="text2"/>
        </w:rPr>
        <w:t>________________________</w:t>
      </w:r>
      <w:r w:rsidR="000C1BF2">
        <w:rPr>
          <w:rFonts w:ascii="Calibri" w:hAnsi="Calibri" w:cs="Calibri"/>
          <w:color w:val="1F497D" w:themeColor="text2"/>
        </w:rPr>
        <w:t>__________________________</w:t>
      </w:r>
      <w:r w:rsidRPr="001C6474">
        <w:rPr>
          <w:rFonts w:ascii="Calibri" w:hAnsi="Calibri" w:cs="Calibri"/>
          <w:color w:val="1F497D" w:themeColor="text2"/>
        </w:rPr>
        <w:t>____</w:t>
      </w:r>
      <w:r w:rsidR="00CF45E6">
        <w:rPr>
          <w:rFonts w:ascii="Calibri" w:hAnsi="Calibri" w:cs="Calibri"/>
          <w:color w:val="1F497D" w:themeColor="text2"/>
        </w:rPr>
        <w:t>_____________________</w:t>
      </w:r>
      <w:r w:rsidRPr="001C6474">
        <w:rPr>
          <w:rFonts w:ascii="Calibri" w:hAnsi="Calibri" w:cs="Calibri"/>
          <w:color w:val="1F497D" w:themeColor="text2"/>
        </w:rPr>
        <w:t>___ Codice fiscale / Partita IVA ___________________</w:t>
      </w:r>
      <w:r w:rsidR="000C1BF2">
        <w:rPr>
          <w:rFonts w:ascii="Calibri" w:hAnsi="Calibri" w:cs="Calibri"/>
          <w:color w:val="1F497D" w:themeColor="text2"/>
        </w:rPr>
        <w:t>________________________</w:t>
      </w:r>
      <w:r w:rsidR="00CF45E6">
        <w:rPr>
          <w:rFonts w:ascii="Calibri" w:hAnsi="Calibri" w:cs="Calibri"/>
          <w:color w:val="1F497D" w:themeColor="text2"/>
        </w:rPr>
        <w:t>________</w:t>
      </w:r>
      <w:r w:rsidRPr="001C6474">
        <w:rPr>
          <w:rFonts w:ascii="Calibri" w:hAnsi="Calibri" w:cs="Calibri"/>
          <w:color w:val="1F497D" w:themeColor="text2"/>
        </w:rPr>
        <w:t>______ Sede legale _________________________________________________</w:t>
      </w:r>
    </w:p>
    <w:p w14:paraId="2843C061" w14:textId="77777777" w:rsidR="0082139B" w:rsidRPr="001C6474" w:rsidRDefault="0082139B" w:rsidP="000270A4">
      <w:pPr>
        <w:spacing w:after="40" w:line="360" w:lineRule="auto"/>
        <w:jc w:val="both"/>
        <w:rPr>
          <w:rFonts w:ascii="Calibri" w:hAnsi="Calibri" w:cs="Calibri"/>
          <w:i/>
          <w:color w:val="1F497D" w:themeColor="text2"/>
        </w:rPr>
      </w:pPr>
      <w:r w:rsidRPr="001C6474">
        <w:rPr>
          <w:rFonts w:ascii="Calibri" w:hAnsi="Calibri" w:cs="Calibri"/>
          <w:i/>
          <w:color w:val="1F497D" w:themeColor="text2"/>
        </w:rPr>
        <w:t xml:space="preserve">(in caso di candidatura in forma aggregata, </w:t>
      </w:r>
      <w:r w:rsidRPr="001C6474">
        <w:rPr>
          <w:rFonts w:ascii="Calibri" w:hAnsi="Calibri" w:cs="Calibri"/>
          <w:b/>
          <w:i/>
          <w:color w:val="1F497D" w:themeColor="text2"/>
        </w:rPr>
        <w:t>in qualità di legale rappresentante del soggetto capofila</w:t>
      </w:r>
      <w:r w:rsidRPr="001C6474">
        <w:rPr>
          <w:rFonts w:ascii="Calibri" w:hAnsi="Calibri" w:cs="Calibri"/>
          <w:i/>
          <w:color w:val="1F497D" w:themeColor="text2"/>
        </w:rPr>
        <w:t>)</w:t>
      </w:r>
    </w:p>
    <w:p w14:paraId="61F21E20" w14:textId="77777777" w:rsidR="0082139B" w:rsidRPr="001C6474" w:rsidRDefault="0082139B" w:rsidP="000270A4">
      <w:pPr>
        <w:spacing w:after="40" w:line="360" w:lineRule="auto"/>
        <w:jc w:val="center"/>
        <w:rPr>
          <w:rFonts w:ascii="Calibri" w:hAnsi="Calibri" w:cs="Calibri"/>
          <w:b/>
          <w:color w:val="1F497D" w:themeColor="text2"/>
        </w:rPr>
      </w:pPr>
      <w:r w:rsidRPr="001C6474">
        <w:rPr>
          <w:rFonts w:ascii="Calibri" w:hAnsi="Calibri" w:cs="Calibri"/>
          <w:b/>
          <w:color w:val="1F497D" w:themeColor="text2"/>
        </w:rPr>
        <w:t>DICHIARA</w:t>
      </w:r>
    </w:p>
    <w:p w14:paraId="207A8B64" w14:textId="77777777" w:rsidR="0082139B" w:rsidRPr="001C6474" w:rsidRDefault="0082139B" w:rsidP="000270A4">
      <w:p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>sotto la propria responsabilità e consapevole delle sanzioni penali previste dall’art. 76 del D.P.R. n. 445/2000 in caso di dichiarazioni mendaci:</w:t>
      </w:r>
    </w:p>
    <w:p w14:paraId="606E0341" w14:textId="77777777" w:rsidR="000270A4" w:rsidRPr="001C6474" w:rsidRDefault="000270A4" w:rsidP="000270A4">
      <w:pPr>
        <w:spacing w:after="40" w:line="360" w:lineRule="auto"/>
        <w:jc w:val="both"/>
        <w:rPr>
          <w:rFonts w:ascii="Calibri" w:hAnsi="Calibri" w:cs="Calibri"/>
          <w:b/>
          <w:color w:val="1F497D" w:themeColor="text2"/>
        </w:rPr>
      </w:pPr>
    </w:p>
    <w:p w14:paraId="18424609" w14:textId="6B9F7C3C" w:rsidR="0082139B" w:rsidRPr="001C6474" w:rsidRDefault="0082139B" w:rsidP="000270A4">
      <w:pPr>
        <w:spacing w:after="40" w:line="360" w:lineRule="auto"/>
        <w:jc w:val="both"/>
        <w:rPr>
          <w:rFonts w:ascii="Calibri" w:hAnsi="Calibri" w:cs="Calibri"/>
          <w:b/>
          <w:color w:val="1F497D" w:themeColor="text2"/>
        </w:rPr>
      </w:pPr>
      <w:r w:rsidRPr="001C6474">
        <w:rPr>
          <w:rFonts w:ascii="Calibri" w:hAnsi="Calibri" w:cs="Calibri"/>
          <w:b/>
          <w:color w:val="1F497D" w:themeColor="text2"/>
        </w:rPr>
        <w:t>1. Requisiti soggettivi e organizzativi</w:t>
      </w:r>
    </w:p>
    <w:p w14:paraId="41857E6B" w14:textId="23F6A848" w:rsidR="0082139B" w:rsidRPr="001C6474" w:rsidRDefault="0082139B" w:rsidP="000270A4">
      <w:pPr>
        <w:numPr>
          <w:ilvl w:val="0"/>
          <w:numId w:val="29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 xml:space="preserve">che il soggetto proponente è </w:t>
      </w:r>
      <w:r w:rsidR="00F47002">
        <w:rPr>
          <w:rFonts w:ascii="Calibri" w:hAnsi="Calibri" w:cs="Calibri"/>
          <w:color w:val="1F497D" w:themeColor="text2"/>
        </w:rPr>
        <w:t>un’</w:t>
      </w:r>
      <w:r w:rsidR="00F47002" w:rsidRPr="001C6474">
        <w:rPr>
          <w:rFonts w:ascii="Calibri" w:hAnsi="Calibri" w:cs="Calibri"/>
          <w:color w:val="1F497D" w:themeColor="text2"/>
        </w:rPr>
        <w:t>Università statal</w:t>
      </w:r>
      <w:r w:rsidR="00F47002">
        <w:rPr>
          <w:rFonts w:ascii="Calibri" w:hAnsi="Calibri" w:cs="Calibri"/>
          <w:color w:val="1F497D" w:themeColor="text2"/>
        </w:rPr>
        <w:t>e</w:t>
      </w:r>
      <w:r w:rsidR="00F47002" w:rsidRPr="001C6474">
        <w:rPr>
          <w:rFonts w:ascii="Calibri" w:hAnsi="Calibri" w:cs="Calibri"/>
          <w:color w:val="1F497D" w:themeColor="text2"/>
        </w:rPr>
        <w:t xml:space="preserve">, </w:t>
      </w:r>
      <w:r w:rsidR="00F47002">
        <w:rPr>
          <w:rFonts w:ascii="Calibri" w:hAnsi="Calibri" w:cs="Calibri"/>
          <w:color w:val="1F497D" w:themeColor="text2"/>
        </w:rPr>
        <w:t>un’</w:t>
      </w:r>
      <w:r w:rsidR="00F47002" w:rsidRPr="001C6474">
        <w:rPr>
          <w:rFonts w:ascii="Calibri" w:hAnsi="Calibri" w:cs="Calibri"/>
          <w:color w:val="1F497D" w:themeColor="text2"/>
        </w:rPr>
        <w:t>Università non statal</w:t>
      </w:r>
      <w:r w:rsidR="00F47002">
        <w:rPr>
          <w:rFonts w:ascii="Calibri" w:hAnsi="Calibri" w:cs="Calibri"/>
          <w:color w:val="1F497D" w:themeColor="text2"/>
        </w:rPr>
        <w:t>e</w:t>
      </w:r>
      <w:r w:rsidR="00F47002" w:rsidRPr="001C6474">
        <w:rPr>
          <w:rFonts w:ascii="Calibri" w:hAnsi="Calibri" w:cs="Calibri"/>
          <w:color w:val="1F497D" w:themeColor="text2"/>
        </w:rPr>
        <w:t xml:space="preserve">, </w:t>
      </w:r>
      <w:r w:rsidR="00F47002">
        <w:rPr>
          <w:rFonts w:ascii="Calibri" w:hAnsi="Calibri" w:cs="Calibri"/>
          <w:color w:val="1F497D" w:themeColor="text2"/>
        </w:rPr>
        <w:t>un’</w:t>
      </w:r>
      <w:r w:rsidR="00F47002" w:rsidRPr="001C6474">
        <w:rPr>
          <w:rFonts w:ascii="Calibri" w:hAnsi="Calibri" w:cs="Calibri"/>
          <w:color w:val="1F497D" w:themeColor="text2"/>
        </w:rPr>
        <w:t>Università telematic</w:t>
      </w:r>
      <w:r w:rsidR="00F47002">
        <w:rPr>
          <w:rFonts w:ascii="Calibri" w:hAnsi="Calibri" w:cs="Calibri"/>
          <w:color w:val="1F497D" w:themeColor="text2"/>
        </w:rPr>
        <w:t>a</w:t>
      </w:r>
      <w:r w:rsidR="007D132E">
        <w:rPr>
          <w:rFonts w:ascii="Calibri" w:hAnsi="Calibri" w:cs="Calibri"/>
          <w:color w:val="1F497D" w:themeColor="text2"/>
        </w:rPr>
        <w:t xml:space="preserve"> o</w:t>
      </w:r>
      <w:r w:rsidR="00F47002" w:rsidRPr="001C6474">
        <w:rPr>
          <w:rFonts w:ascii="Calibri" w:hAnsi="Calibri" w:cs="Calibri"/>
          <w:color w:val="1F497D" w:themeColor="text2"/>
        </w:rPr>
        <w:t xml:space="preserve"> </w:t>
      </w:r>
      <w:r w:rsidR="00F47002">
        <w:rPr>
          <w:rFonts w:ascii="Calibri" w:hAnsi="Calibri" w:cs="Calibri"/>
          <w:color w:val="1F497D" w:themeColor="text2"/>
        </w:rPr>
        <w:t xml:space="preserve">un </w:t>
      </w:r>
      <w:r w:rsidR="00F47002" w:rsidRPr="001C6474">
        <w:rPr>
          <w:rFonts w:ascii="Calibri" w:hAnsi="Calibri" w:cs="Calibri"/>
          <w:color w:val="1F497D" w:themeColor="text2"/>
        </w:rPr>
        <w:t>Istitut</w:t>
      </w:r>
      <w:r w:rsidR="00F47002">
        <w:rPr>
          <w:rFonts w:ascii="Calibri" w:hAnsi="Calibri" w:cs="Calibri"/>
          <w:color w:val="1F497D" w:themeColor="text2"/>
        </w:rPr>
        <w:t>o</w:t>
      </w:r>
      <w:r w:rsidR="00F47002" w:rsidRPr="001C6474">
        <w:rPr>
          <w:rFonts w:ascii="Calibri" w:hAnsi="Calibri" w:cs="Calibri"/>
          <w:color w:val="1F497D" w:themeColor="text2"/>
        </w:rPr>
        <w:t xml:space="preserve"> universitari</w:t>
      </w:r>
      <w:r w:rsidR="00F47002">
        <w:rPr>
          <w:rFonts w:ascii="Calibri" w:hAnsi="Calibri" w:cs="Calibri"/>
          <w:color w:val="1F497D" w:themeColor="text2"/>
        </w:rPr>
        <w:t>o</w:t>
      </w:r>
      <w:r w:rsidR="00F47002" w:rsidRPr="001C6474">
        <w:rPr>
          <w:rFonts w:ascii="Calibri" w:hAnsi="Calibri" w:cs="Calibri"/>
          <w:color w:val="1F497D" w:themeColor="text2"/>
        </w:rPr>
        <w:t xml:space="preserve"> ad ordinamento speciale</w:t>
      </w:r>
      <w:r w:rsidR="00764BE1">
        <w:rPr>
          <w:rFonts w:ascii="Calibri" w:hAnsi="Calibri" w:cs="Calibri"/>
          <w:color w:val="1F497D" w:themeColor="text2"/>
        </w:rPr>
        <w:t>,</w:t>
      </w:r>
      <w:r w:rsidR="00F47002" w:rsidRPr="001C6474">
        <w:rPr>
          <w:rFonts w:ascii="Calibri" w:hAnsi="Calibri" w:cs="Calibri"/>
          <w:color w:val="1F497D" w:themeColor="text2"/>
        </w:rPr>
        <w:t xml:space="preserve"> riconosciut</w:t>
      </w:r>
      <w:r w:rsidR="00F47002">
        <w:rPr>
          <w:rFonts w:ascii="Calibri" w:hAnsi="Calibri" w:cs="Calibri"/>
          <w:color w:val="1F497D" w:themeColor="text2"/>
        </w:rPr>
        <w:t>i</w:t>
      </w:r>
      <w:r w:rsidR="00F47002" w:rsidRPr="001C6474">
        <w:rPr>
          <w:rFonts w:ascii="Calibri" w:hAnsi="Calibri" w:cs="Calibri"/>
          <w:color w:val="1F497D" w:themeColor="text2"/>
        </w:rPr>
        <w:t xml:space="preserve"> dal MUR </w:t>
      </w:r>
      <w:r w:rsidR="00764BE1">
        <w:rPr>
          <w:rFonts w:ascii="Calibri" w:hAnsi="Calibri" w:cs="Calibri"/>
          <w:color w:val="1F497D" w:themeColor="text2"/>
        </w:rPr>
        <w:t xml:space="preserve">e </w:t>
      </w:r>
      <w:r w:rsidR="00F47002" w:rsidRPr="001C6474">
        <w:rPr>
          <w:rFonts w:ascii="Calibri" w:hAnsi="Calibri" w:cs="Calibri"/>
          <w:color w:val="1F497D" w:themeColor="text2"/>
        </w:rPr>
        <w:t>abilitati all’erogazione di Master e al rilascio del corrispondente titolo di studio</w:t>
      </w:r>
      <w:r w:rsidR="007D132E">
        <w:rPr>
          <w:rFonts w:ascii="Calibri" w:hAnsi="Calibri" w:cs="Calibri"/>
          <w:color w:val="1F497D" w:themeColor="text2"/>
        </w:rPr>
        <w:t>,</w:t>
      </w:r>
      <w:r w:rsidR="00764BE1">
        <w:rPr>
          <w:rFonts w:ascii="Calibri" w:hAnsi="Calibri" w:cs="Calibri"/>
          <w:color w:val="1F497D" w:themeColor="text2"/>
        </w:rPr>
        <w:t xml:space="preserve"> ai sensi della normativa vigente</w:t>
      </w:r>
      <w:r w:rsidRPr="001C6474">
        <w:rPr>
          <w:rFonts w:ascii="Calibri" w:hAnsi="Calibri" w:cs="Calibri"/>
          <w:color w:val="1F497D" w:themeColor="text2"/>
        </w:rPr>
        <w:t>;</w:t>
      </w:r>
    </w:p>
    <w:p w14:paraId="26B63345" w14:textId="20B561C4" w:rsidR="0082139B" w:rsidRPr="001C6474" w:rsidRDefault="0082139B" w:rsidP="000270A4">
      <w:pPr>
        <w:numPr>
          <w:ilvl w:val="0"/>
          <w:numId w:val="29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>che, in caso di candidatura in forma aggregata, il soggetto capofila è legittimato a rappresentare i soggetti aggregati nei rapporti con l’Amministrazione.</w:t>
      </w:r>
    </w:p>
    <w:p w14:paraId="79206A6B" w14:textId="77777777" w:rsidR="000270A4" w:rsidRPr="001C6474" w:rsidRDefault="000270A4" w:rsidP="000270A4">
      <w:pPr>
        <w:spacing w:after="40" w:line="360" w:lineRule="auto"/>
        <w:jc w:val="both"/>
        <w:rPr>
          <w:rFonts w:ascii="Calibri" w:hAnsi="Calibri" w:cs="Calibri"/>
          <w:b/>
          <w:color w:val="1F497D" w:themeColor="text2"/>
        </w:rPr>
      </w:pPr>
    </w:p>
    <w:p w14:paraId="36D996B7" w14:textId="71C04B94" w:rsidR="0082139B" w:rsidRPr="001C6474" w:rsidRDefault="0082139B" w:rsidP="000270A4">
      <w:pPr>
        <w:spacing w:after="40" w:line="360" w:lineRule="auto"/>
        <w:jc w:val="both"/>
        <w:rPr>
          <w:rFonts w:ascii="Calibri" w:hAnsi="Calibri" w:cs="Calibri"/>
          <w:b/>
          <w:color w:val="1F497D" w:themeColor="text2"/>
        </w:rPr>
      </w:pPr>
      <w:r w:rsidRPr="001C6474">
        <w:rPr>
          <w:rFonts w:ascii="Calibri" w:hAnsi="Calibri" w:cs="Calibri"/>
          <w:b/>
          <w:color w:val="1F497D" w:themeColor="text2"/>
        </w:rPr>
        <w:t>2. Assenza di cause di esclusione</w:t>
      </w:r>
    </w:p>
    <w:p w14:paraId="5477AA3E" w14:textId="77777777" w:rsidR="0082139B" w:rsidRPr="001C6474" w:rsidRDefault="0082139B" w:rsidP="000270A4">
      <w:pPr>
        <w:numPr>
          <w:ilvl w:val="0"/>
          <w:numId w:val="30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>che non sussistono cause di esclusione previste dalla normativa nazionale e unionale applicabile;</w:t>
      </w:r>
    </w:p>
    <w:p w14:paraId="0DCAFC78" w14:textId="77777777" w:rsidR="0082139B" w:rsidRPr="001C6474" w:rsidRDefault="0082139B" w:rsidP="000270A4">
      <w:pPr>
        <w:numPr>
          <w:ilvl w:val="0"/>
          <w:numId w:val="30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>che il soggetto proponente non si trova in stato di fallimento, liquidazione, amministrazione controllata o altra situazione equivalente;</w:t>
      </w:r>
    </w:p>
    <w:p w14:paraId="3F44494E" w14:textId="77777777" w:rsidR="0082139B" w:rsidRPr="001C6474" w:rsidRDefault="0082139B" w:rsidP="000270A4">
      <w:pPr>
        <w:numPr>
          <w:ilvl w:val="0"/>
          <w:numId w:val="30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>che non sussistono situazioni di conflitto di interessi ai sensi della normativa vigente.</w:t>
      </w:r>
    </w:p>
    <w:p w14:paraId="423476D9" w14:textId="77777777" w:rsidR="000270A4" w:rsidRPr="001C6474" w:rsidRDefault="000270A4" w:rsidP="000270A4">
      <w:pPr>
        <w:spacing w:after="40" w:line="360" w:lineRule="auto"/>
        <w:jc w:val="both"/>
        <w:rPr>
          <w:rFonts w:ascii="Calibri" w:hAnsi="Calibri" w:cs="Calibri"/>
          <w:b/>
          <w:color w:val="1F497D" w:themeColor="text2"/>
        </w:rPr>
      </w:pPr>
    </w:p>
    <w:p w14:paraId="26B3CF3C" w14:textId="1EABDC70" w:rsidR="0082139B" w:rsidRPr="001C6474" w:rsidRDefault="0082139B" w:rsidP="000270A4">
      <w:pPr>
        <w:spacing w:after="40" w:line="360" w:lineRule="auto"/>
        <w:jc w:val="both"/>
        <w:rPr>
          <w:rFonts w:ascii="Calibri" w:hAnsi="Calibri" w:cs="Calibri"/>
          <w:b/>
          <w:color w:val="1F497D" w:themeColor="text2"/>
        </w:rPr>
      </w:pPr>
      <w:r w:rsidRPr="001C6474">
        <w:rPr>
          <w:rFonts w:ascii="Calibri" w:hAnsi="Calibri" w:cs="Calibri"/>
          <w:b/>
          <w:color w:val="1F497D" w:themeColor="text2"/>
        </w:rPr>
        <w:t>3. Normativa antimafia</w:t>
      </w:r>
    </w:p>
    <w:p w14:paraId="5B21F97A" w14:textId="5788119F" w:rsidR="0082139B" w:rsidRPr="001C6474" w:rsidRDefault="0082139B" w:rsidP="000270A4">
      <w:pPr>
        <w:numPr>
          <w:ilvl w:val="0"/>
          <w:numId w:val="31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lastRenderedPageBreak/>
        <w:t xml:space="preserve">che il soggetto proponente è in regola con la normativa antimafia di cui al </w:t>
      </w:r>
      <w:r w:rsidR="00EB68AA" w:rsidRPr="001C6474">
        <w:rPr>
          <w:rFonts w:ascii="Calibri" w:hAnsi="Calibri" w:cs="Calibri"/>
          <w:color w:val="1F497D" w:themeColor="text2"/>
        </w:rPr>
        <w:t>D.lgs.</w:t>
      </w:r>
      <w:r w:rsidRPr="001C6474">
        <w:rPr>
          <w:rFonts w:ascii="Calibri" w:hAnsi="Calibri" w:cs="Calibri"/>
          <w:color w:val="1F497D" w:themeColor="text2"/>
        </w:rPr>
        <w:t xml:space="preserve"> 6 settembre 2011, n. 159;</w:t>
      </w:r>
    </w:p>
    <w:p w14:paraId="30FAC031" w14:textId="2F45213E" w:rsidR="000270A4" w:rsidRPr="0043656C" w:rsidRDefault="0082139B" w:rsidP="000270A4">
      <w:pPr>
        <w:numPr>
          <w:ilvl w:val="0"/>
          <w:numId w:val="31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>che, in caso di richiesta, si impegna a fornire tempestivamente la documentazione necessaria ai fini delle verifiche antimafia.</w:t>
      </w:r>
    </w:p>
    <w:p w14:paraId="47D0322B" w14:textId="77777777" w:rsidR="000270A4" w:rsidRPr="001C6474" w:rsidRDefault="000270A4" w:rsidP="000270A4">
      <w:pPr>
        <w:spacing w:after="40" w:line="360" w:lineRule="auto"/>
        <w:jc w:val="both"/>
        <w:rPr>
          <w:rFonts w:ascii="Calibri" w:hAnsi="Calibri" w:cs="Calibri"/>
          <w:b/>
          <w:color w:val="1F497D" w:themeColor="text2"/>
        </w:rPr>
      </w:pPr>
    </w:p>
    <w:p w14:paraId="3F6B14F3" w14:textId="3380DA05" w:rsidR="0082139B" w:rsidRPr="001C6474" w:rsidRDefault="004167D1" w:rsidP="000270A4">
      <w:pPr>
        <w:spacing w:after="40" w:line="360" w:lineRule="auto"/>
        <w:jc w:val="both"/>
        <w:rPr>
          <w:rFonts w:ascii="Calibri" w:hAnsi="Calibri" w:cs="Calibri"/>
          <w:b/>
          <w:color w:val="1F497D" w:themeColor="text2"/>
        </w:rPr>
      </w:pPr>
      <w:r>
        <w:rPr>
          <w:rFonts w:ascii="Calibri" w:hAnsi="Calibri" w:cs="Calibri"/>
          <w:b/>
          <w:color w:val="1F497D" w:themeColor="text2"/>
        </w:rPr>
        <w:t>4</w:t>
      </w:r>
      <w:r w:rsidR="0082139B" w:rsidRPr="001C6474">
        <w:rPr>
          <w:rFonts w:ascii="Calibri" w:hAnsi="Calibri" w:cs="Calibri"/>
          <w:b/>
          <w:color w:val="1F497D" w:themeColor="text2"/>
        </w:rPr>
        <w:t>. Comunicazioni e responsabilità</w:t>
      </w:r>
    </w:p>
    <w:p w14:paraId="0A0F7251" w14:textId="77777777" w:rsidR="0082139B" w:rsidRPr="001C6474" w:rsidRDefault="0082139B" w:rsidP="000270A4">
      <w:pPr>
        <w:numPr>
          <w:ilvl w:val="0"/>
          <w:numId w:val="34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>di essere consapevole che eventuali dichiarazioni non veritiere comportano l’esclusione dalla procedura o la revoca del finanziamento;</w:t>
      </w:r>
    </w:p>
    <w:p w14:paraId="0DA13E35" w14:textId="4C32000B" w:rsidR="0082139B" w:rsidRDefault="0082139B" w:rsidP="000270A4">
      <w:pPr>
        <w:numPr>
          <w:ilvl w:val="0"/>
          <w:numId w:val="34"/>
        </w:num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>di accettare integralmente le disposizioni del presente Avviso.</w:t>
      </w:r>
    </w:p>
    <w:p w14:paraId="562228AB" w14:textId="77777777" w:rsidR="0043656C" w:rsidRPr="001C6474" w:rsidRDefault="0043656C" w:rsidP="0043656C">
      <w:pPr>
        <w:spacing w:after="40" w:line="360" w:lineRule="auto"/>
        <w:ind w:left="720"/>
        <w:jc w:val="both"/>
        <w:rPr>
          <w:rFonts w:ascii="Calibri" w:hAnsi="Calibri" w:cs="Calibri"/>
          <w:color w:val="1F497D" w:themeColor="text2"/>
        </w:rPr>
      </w:pPr>
    </w:p>
    <w:p w14:paraId="03CD292F" w14:textId="77777777" w:rsidR="0082139B" w:rsidRPr="001C6474" w:rsidRDefault="0082139B" w:rsidP="000270A4">
      <w:p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>Luogo e data ___________________________</w:t>
      </w:r>
    </w:p>
    <w:p w14:paraId="1EE19A65" w14:textId="479D2E6D" w:rsidR="0082139B" w:rsidRPr="001C6474" w:rsidRDefault="0082139B" w:rsidP="00A8741F">
      <w:pPr>
        <w:spacing w:after="40" w:line="360" w:lineRule="auto"/>
        <w:jc w:val="both"/>
        <w:rPr>
          <w:rFonts w:ascii="Calibri" w:hAnsi="Calibri" w:cs="Calibri"/>
          <w:color w:val="1F497D" w:themeColor="text2"/>
        </w:rPr>
      </w:pPr>
      <w:r w:rsidRPr="001C6474">
        <w:rPr>
          <w:rFonts w:ascii="Calibri" w:hAnsi="Calibri" w:cs="Calibri"/>
          <w:color w:val="1F497D" w:themeColor="text2"/>
        </w:rPr>
        <w:t>Firma digitale del legale rappresentante</w:t>
      </w:r>
    </w:p>
    <w:sectPr w:rsidR="0082139B" w:rsidRPr="001C6474" w:rsidSect="00365B85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BF4DA" w14:textId="77777777" w:rsidR="005A08AD" w:rsidRPr="00430ECF" w:rsidRDefault="005A08AD" w:rsidP="00AB02F2">
      <w:pPr>
        <w:spacing w:after="0" w:line="240" w:lineRule="auto"/>
      </w:pPr>
      <w:r w:rsidRPr="00430ECF">
        <w:separator/>
      </w:r>
    </w:p>
  </w:endnote>
  <w:endnote w:type="continuationSeparator" w:id="0">
    <w:p w14:paraId="74B30480" w14:textId="77777777" w:rsidR="005A08AD" w:rsidRPr="00430ECF" w:rsidRDefault="005A08AD" w:rsidP="00AB02F2">
      <w:pPr>
        <w:spacing w:after="0" w:line="240" w:lineRule="auto"/>
      </w:pPr>
      <w:r w:rsidRPr="00430E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6832263"/>
      <w:docPartObj>
        <w:docPartGallery w:val="Page Numbers (Bottom of Page)"/>
        <w:docPartUnique/>
      </w:docPartObj>
    </w:sdtPr>
    <w:sdtEndPr/>
    <w:sdtContent>
      <w:p w14:paraId="099B4206" w14:textId="45BD9B26" w:rsidR="001F5BDF" w:rsidRPr="00430ECF" w:rsidRDefault="001F5BDF">
        <w:pPr>
          <w:pStyle w:val="Pidipagina"/>
          <w:jc w:val="right"/>
        </w:pPr>
        <w:r w:rsidRPr="00430ECF">
          <w:fldChar w:fldCharType="begin"/>
        </w:r>
        <w:r w:rsidRPr="00430ECF">
          <w:instrText>PAGE   \* MERGEFORMAT</w:instrText>
        </w:r>
        <w:r w:rsidRPr="00430ECF">
          <w:fldChar w:fldCharType="separate"/>
        </w:r>
        <w:r w:rsidRPr="00430ECF">
          <w:t>2</w:t>
        </w:r>
        <w:r w:rsidRPr="00430ECF">
          <w:fldChar w:fldCharType="end"/>
        </w:r>
      </w:p>
    </w:sdtContent>
  </w:sdt>
  <w:p w14:paraId="18C429A8" w14:textId="77777777" w:rsidR="00DD0A9B" w:rsidRPr="00430ECF" w:rsidRDefault="00DD0A9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15EA6" w14:textId="77777777" w:rsidR="005A08AD" w:rsidRPr="00430ECF" w:rsidRDefault="005A08AD" w:rsidP="00AB02F2">
      <w:pPr>
        <w:spacing w:after="0" w:line="240" w:lineRule="auto"/>
      </w:pPr>
      <w:r w:rsidRPr="00430ECF">
        <w:separator/>
      </w:r>
    </w:p>
  </w:footnote>
  <w:footnote w:type="continuationSeparator" w:id="0">
    <w:p w14:paraId="4B806751" w14:textId="77777777" w:rsidR="005A08AD" w:rsidRPr="00430ECF" w:rsidRDefault="005A08AD" w:rsidP="00AB02F2">
      <w:pPr>
        <w:spacing w:after="0" w:line="240" w:lineRule="auto"/>
      </w:pPr>
      <w:r w:rsidRPr="00430EC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100C0" w14:textId="5728754A" w:rsidR="001279D9" w:rsidRPr="00430ECF" w:rsidRDefault="00DD0A9B" w:rsidP="001279D9">
    <w:pPr>
      <w:pStyle w:val="Intestazione"/>
    </w:pPr>
    <w:r w:rsidRPr="008319CE">
      <w:rPr>
        <w:noProof/>
      </w:rPr>
      <w:drawing>
        <wp:inline distT="0" distB="0" distL="0" distR="0" wp14:anchorId="46288AE6" wp14:editId="4F46E9D6">
          <wp:extent cx="5486400" cy="374015"/>
          <wp:effectExtent l="0" t="0" r="0" b="6985"/>
          <wp:docPr id="30952957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374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1EACE4" w14:textId="77777777" w:rsidR="00AB02F2" w:rsidRPr="00430ECF" w:rsidRDefault="00AB02F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D40E3F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2950D2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3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4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5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F847FC"/>
    <w:multiLevelType w:val="multilevel"/>
    <w:tmpl w:val="C6FAE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Cambria" w:eastAsiaTheme="minorEastAsia" w:hAnsi="Cambria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1D56674"/>
    <w:multiLevelType w:val="multilevel"/>
    <w:tmpl w:val="6FC0B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5CC1E18"/>
    <w:multiLevelType w:val="multilevel"/>
    <w:tmpl w:val="8D6CF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6910C8F"/>
    <w:multiLevelType w:val="hybridMultilevel"/>
    <w:tmpl w:val="DC58B00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7882F3E"/>
    <w:multiLevelType w:val="multilevel"/>
    <w:tmpl w:val="1382B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88218EE"/>
    <w:multiLevelType w:val="multilevel"/>
    <w:tmpl w:val="327AD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88F7584"/>
    <w:multiLevelType w:val="multilevel"/>
    <w:tmpl w:val="5E1E3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A6B6346"/>
    <w:multiLevelType w:val="multilevel"/>
    <w:tmpl w:val="69148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D936E62"/>
    <w:multiLevelType w:val="multilevel"/>
    <w:tmpl w:val="C576C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D937F11"/>
    <w:multiLevelType w:val="multilevel"/>
    <w:tmpl w:val="1EF87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DB46E62"/>
    <w:multiLevelType w:val="multilevel"/>
    <w:tmpl w:val="DEF61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1D13D7A"/>
    <w:multiLevelType w:val="hybridMultilevel"/>
    <w:tmpl w:val="844CD85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6AD2EDA"/>
    <w:multiLevelType w:val="multilevel"/>
    <w:tmpl w:val="37506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6E62D45"/>
    <w:multiLevelType w:val="multilevel"/>
    <w:tmpl w:val="D778A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7652E72"/>
    <w:multiLevelType w:val="hybridMultilevel"/>
    <w:tmpl w:val="E5B02FC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87E4BF2"/>
    <w:multiLevelType w:val="multilevel"/>
    <w:tmpl w:val="774E5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A7527D6"/>
    <w:multiLevelType w:val="hybridMultilevel"/>
    <w:tmpl w:val="1C682172"/>
    <w:lvl w:ilvl="0" w:tplc="9FE49382">
      <w:start w:val="1"/>
      <w:numFmt w:val="bullet"/>
      <w:lvlText w:val="-"/>
      <w:lvlJc w:val="left"/>
      <w:pPr>
        <w:ind w:left="774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8" w15:restartNumberingAfterBreak="0">
    <w:nsid w:val="1A753796"/>
    <w:multiLevelType w:val="hybridMultilevel"/>
    <w:tmpl w:val="558686D6"/>
    <w:lvl w:ilvl="0" w:tplc="04100017">
      <w:start w:val="1"/>
      <w:numFmt w:val="lowerLetter"/>
      <w:lvlText w:val="%1)"/>
      <w:lvlJc w:val="left"/>
      <w:pPr>
        <w:ind w:left="764" w:hanging="360"/>
      </w:pPr>
    </w:lvl>
    <w:lvl w:ilvl="1" w:tplc="04100019" w:tentative="1">
      <w:start w:val="1"/>
      <w:numFmt w:val="lowerLetter"/>
      <w:lvlText w:val="%2."/>
      <w:lvlJc w:val="left"/>
      <w:pPr>
        <w:ind w:left="1484" w:hanging="360"/>
      </w:pPr>
    </w:lvl>
    <w:lvl w:ilvl="2" w:tplc="0410001B" w:tentative="1">
      <w:start w:val="1"/>
      <w:numFmt w:val="lowerRoman"/>
      <w:lvlText w:val="%3."/>
      <w:lvlJc w:val="right"/>
      <w:pPr>
        <w:ind w:left="2204" w:hanging="180"/>
      </w:pPr>
    </w:lvl>
    <w:lvl w:ilvl="3" w:tplc="0410000F" w:tentative="1">
      <w:start w:val="1"/>
      <w:numFmt w:val="decimal"/>
      <w:lvlText w:val="%4."/>
      <w:lvlJc w:val="left"/>
      <w:pPr>
        <w:ind w:left="2924" w:hanging="360"/>
      </w:pPr>
    </w:lvl>
    <w:lvl w:ilvl="4" w:tplc="04100019" w:tentative="1">
      <w:start w:val="1"/>
      <w:numFmt w:val="lowerLetter"/>
      <w:lvlText w:val="%5."/>
      <w:lvlJc w:val="left"/>
      <w:pPr>
        <w:ind w:left="3644" w:hanging="360"/>
      </w:pPr>
    </w:lvl>
    <w:lvl w:ilvl="5" w:tplc="0410001B" w:tentative="1">
      <w:start w:val="1"/>
      <w:numFmt w:val="lowerRoman"/>
      <w:lvlText w:val="%6."/>
      <w:lvlJc w:val="right"/>
      <w:pPr>
        <w:ind w:left="4364" w:hanging="180"/>
      </w:pPr>
    </w:lvl>
    <w:lvl w:ilvl="6" w:tplc="0410000F" w:tentative="1">
      <w:start w:val="1"/>
      <w:numFmt w:val="decimal"/>
      <w:lvlText w:val="%7."/>
      <w:lvlJc w:val="left"/>
      <w:pPr>
        <w:ind w:left="5084" w:hanging="360"/>
      </w:pPr>
    </w:lvl>
    <w:lvl w:ilvl="7" w:tplc="04100019" w:tentative="1">
      <w:start w:val="1"/>
      <w:numFmt w:val="lowerLetter"/>
      <w:lvlText w:val="%8."/>
      <w:lvlJc w:val="left"/>
      <w:pPr>
        <w:ind w:left="5804" w:hanging="360"/>
      </w:pPr>
    </w:lvl>
    <w:lvl w:ilvl="8" w:tplc="0410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9" w15:restartNumberingAfterBreak="0">
    <w:nsid w:val="1BD90745"/>
    <w:multiLevelType w:val="multilevel"/>
    <w:tmpl w:val="2BACD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E584E59"/>
    <w:multiLevelType w:val="hybridMultilevel"/>
    <w:tmpl w:val="D3FE76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EE205DF"/>
    <w:multiLevelType w:val="multilevel"/>
    <w:tmpl w:val="E0326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EF43201"/>
    <w:multiLevelType w:val="multilevel"/>
    <w:tmpl w:val="F908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2BD7091"/>
    <w:multiLevelType w:val="hybridMultilevel"/>
    <w:tmpl w:val="5940731C"/>
    <w:lvl w:ilvl="0" w:tplc="04100017">
      <w:start w:val="1"/>
      <w:numFmt w:val="lowerLetter"/>
      <w:lvlText w:val="%1)"/>
      <w:lvlJc w:val="left"/>
      <w:pPr>
        <w:ind w:left="773" w:hanging="360"/>
      </w:pPr>
    </w:lvl>
    <w:lvl w:ilvl="1" w:tplc="04100019" w:tentative="1">
      <w:start w:val="1"/>
      <w:numFmt w:val="lowerLetter"/>
      <w:lvlText w:val="%2."/>
      <w:lvlJc w:val="left"/>
      <w:pPr>
        <w:ind w:left="1493" w:hanging="360"/>
      </w:pPr>
    </w:lvl>
    <w:lvl w:ilvl="2" w:tplc="0410001B" w:tentative="1">
      <w:start w:val="1"/>
      <w:numFmt w:val="lowerRoman"/>
      <w:lvlText w:val="%3."/>
      <w:lvlJc w:val="right"/>
      <w:pPr>
        <w:ind w:left="2213" w:hanging="180"/>
      </w:pPr>
    </w:lvl>
    <w:lvl w:ilvl="3" w:tplc="0410000F" w:tentative="1">
      <w:start w:val="1"/>
      <w:numFmt w:val="decimal"/>
      <w:lvlText w:val="%4."/>
      <w:lvlJc w:val="left"/>
      <w:pPr>
        <w:ind w:left="2933" w:hanging="360"/>
      </w:pPr>
    </w:lvl>
    <w:lvl w:ilvl="4" w:tplc="04100019" w:tentative="1">
      <w:start w:val="1"/>
      <w:numFmt w:val="lowerLetter"/>
      <w:lvlText w:val="%5."/>
      <w:lvlJc w:val="left"/>
      <w:pPr>
        <w:ind w:left="3653" w:hanging="360"/>
      </w:pPr>
    </w:lvl>
    <w:lvl w:ilvl="5" w:tplc="0410001B" w:tentative="1">
      <w:start w:val="1"/>
      <w:numFmt w:val="lowerRoman"/>
      <w:lvlText w:val="%6."/>
      <w:lvlJc w:val="right"/>
      <w:pPr>
        <w:ind w:left="4373" w:hanging="180"/>
      </w:pPr>
    </w:lvl>
    <w:lvl w:ilvl="6" w:tplc="0410000F" w:tentative="1">
      <w:start w:val="1"/>
      <w:numFmt w:val="decimal"/>
      <w:lvlText w:val="%7."/>
      <w:lvlJc w:val="left"/>
      <w:pPr>
        <w:ind w:left="5093" w:hanging="360"/>
      </w:pPr>
    </w:lvl>
    <w:lvl w:ilvl="7" w:tplc="04100019" w:tentative="1">
      <w:start w:val="1"/>
      <w:numFmt w:val="lowerLetter"/>
      <w:lvlText w:val="%8."/>
      <w:lvlJc w:val="left"/>
      <w:pPr>
        <w:ind w:left="5813" w:hanging="360"/>
      </w:pPr>
    </w:lvl>
    <w:lvl w:ilvl="8" w:tplc="0410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34" w15:restartNumberingAfterBreak="0">
    <w:nsid w:val="24B61376"/>
    <w:multiLevelType w:val="hybridMultilevel"/>
    <w:tmpl w:val="C2AA74A2"/>
    <w:lvl w:ilvl="0" w:tplc="086C93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84517CA"/>
    <w:multiLevelType w:val="hybridMultilevel"/>
    <w:tmpl w:val="75B8AF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542460"/>
    <w:multiLevelType w:val="hybridMultilevel"/>
    <w:tmpl w:val="3D185028"/>
    <w:lvl w:ilvl="0" w:tplc="6FA44DAE">
      <w:numFmt w:val="bullet"/>
      <w:pStyle w:val="Elencoacolori-Colore11"/>
      <w:lvlText w:val="•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E0B2554"/>
    <w:multiLevelType w:val="multilevel"/>
    <w:tmpl w:val="60F29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E6D5076"/>
    <w:multiLevelType w:val="hybridMultilevel"/>
    <w:tmpl w:val="F2E6EF22"/>
    <w:lvl w:ilvl="0" w:tplc="C2E45B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0F55B92"/>
    <w:multiLevelType w:val="multilevel"/>
    <w:tmpl w:val="70D0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3B67CC4"/>
    <w:multiLevelType w:val="multilevel"/>
    <w:tmpl w:val="813C4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5E303CD"/>
    <w:multiLevelType w:val="multilevel"/>
    <w:tmpl w:val="ED42B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61D2D52"/>
    <w:multiLevelType w:val="hybridMultilevel"/>
    <w:tmpl w:val="79588F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79D3590"/>
    <w:multiLevelType w:val="multilevel"/>
    <w:tmpl w:val="14206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8055E88"/>
    <w:multiLevelType w:val="multilevel"/>
    <w:tmpl w:val="B0ECE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9011419"/>
    <w:multiLevelType w:val="multilevel"/>
    <w:tmpl w:val="5DB0A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9E5370E"/>
    <w:multiLevelType w:val="hybridMultilevel"/>
    <w:tmpl w:val="C23AC37A"/>
    <w:lvl w:ilvl="0" w:tplc="9FE49382">
      <w:start w:val="1"/>
      <w:numFmt w:val="bullet"/>
      <w:lvlText w:val="-"/>
      <w:lvlJc w:val="left"/>
      <w:pPr>
        <w:ind w:left="2213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9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73" w:hanging="360"/>
      </w:pPr>
      <w:rPr>
        <w:rFonts w:ascii="Wingdings" w:hAnsi="Wingdings" w:hint="default"/>
      </w:rPr>
    </w:lvl>
  </w:abstractNum>
  <w:abstractNum w:abstractNumId="47" w15:restartNumberingAfterBreak="0">
    <w:nsid w:val="43B53BE2"/>
    <w:multiLevelType w:val="multilevel"/>
    <w:tmpl w:val="0EA2C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6A14CA4"/>
    <w:multiLevelType w:val="multilevel"/>
    <w:tmpl w:val="C520F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78503E9"/>
    <w:multiLevelType w:val="multilevel"/>
    <w:tmpl w:val="5E1E3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CDC55AC"/>
    <w:multiLevelType w:val="multilevel"/>
    <w:tmpl w:val="87763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34C5D57"/>
    <w:multiLevelType w:val="hybridMultilevel"/>
    <w:tmpl w:val="5C547B9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6C3471B"/>
    <w:multiLevelType w:val="hybridMultilevel"/>
    <w:tmpl w:val="CC22B3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8E333C7"/>
    <w:multiLevelType w:val="multilevel"/>
    <w:tmpl w:val="5E4C2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9E03CF8"/>
    <w:multiLevelType w:val="hybridMultilevel"/>
    <w:tmpl w:val="8446F8F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59E4584F"/>
    <w:multiLevelType w:val="multilevel"/>
    <w:tmpl w:val="25D00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A3038C0"/>
    <w:multiLevelType w:val="multilevel"/>
    <w:tmpl w:val="D19CC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BEF303B"/>
    <w:multiLevelType w:val="multilevel"/>
    <w:tmpl w:val="1548D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0016299"/>
    <w:multiLevelType w:val="multilevel"/>
    <w:tmpl w:val="AFD4F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0380CC5"/>
    <w:multiLevelType w:val="multilevel"/>
    <w:tmpl w:val="4106F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0C37337"/>
    <w:multiLevelType w:val="hybridMultilevel"/>
    <w:tmpl w:val="C7D0256A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61194636"/>
    <w:multiLevelType w:val="hybridMultilevel"/>
    <w:tmpl w:val="4AC61D5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-2812" w:hanging="360"/>
      </w:pPr>
    </w:lvl>
    <w:lvl w:ilvl="2" w:tplc="FFFFFFFF" w:tentative="1">
      <w:start w:val="1"/>
      <w:numFmt w:val="lowerRoman"/>
      <w:lvlText w:val="%3."/>
      <w:lvlJc w:val="right"/>
      <w:pPr>
        <w:ind w:left="-2092" w:hanging="180"/>
      </w:pPr>
    </w:lvl>
    <w:lvl w:ilvl="3" w:tplc="FFFFFFFF" w:tentative="1">
      <w:start w:val="1"/>
      <w:numFmt w:val="decimal"/>
      <w:lvlText w:val="%4."/>
      <w:lvlJc w:val="left"/>
      <w:pPr>
        <w:ind w:left="-1372" w:hanging="360"/>
      </w:pPr>
    </w:lvl>
    <w:lvl w:ilvl="4" w:tplc="FFFFFFFF" w:tentative="1">
      <w:start w:val="1"/>
      <w:numFmt w:val="lowerLetter"/>
      <w:lvlText w:val="%5."/>
      <w:lvlJc w:val="left"/>
      <w:pPr>
        <w:ind w:left="-652" w:hanging="360"/>
      </w:pPr>
    </w:lvl>
    <w:lvl w:ilvl="5" w:tplc="FFFFFFFF" w:tentative="1">
      <w:start w:val="1"/>
      <w:numFmt w:val="lowerRoman"/>
      <w:lvlText w:val="%6."/>
      <w:lvlJc w:val="right"/>
      <w:pPr>
        <w:ind w:left="68" w:hanging="180"/>
      </w:pPr>
    </w:lvl>
    <w:lvl w:ilvl="6" w:tplc="FFFFFFFF" w:tentative="1">
      <w:start w:val="1"/>
      <w:numFmt w:val="decimal"/>
      <w:lvlText w:val="%7."/>
      <w:lvlJc w:val="left"/>
      <w:pPr>
        <w:ind w:left="788" w:hanging="360"/>
      </w:pPr>
    </w:lvl>
    <w:lvl w:ilvl="7" w:tplc="FFFFFFFF" w:tentative="1">
      <w:start w:val="1"/>
      <w:numFmt w:val="lowerLetter"/>
      <w:lvlText w:val="%8."/>
      <w:lvlJc w:val="left"/>
      <w:pPr>
        <w:ind w:left="1508" w:hanging="360"/>
      </w:pPr>
    </w:lvl>
    <w:lvl w:ilvl="8" w:tplc="FFFFFFFF" w:tentative="1">
      <w:start w:val="1"/>
      <w:numFmt w:val="lowerRoman"/>
      <w:lvlText w:val="%9."/>
      <w:lvlJc w:val="right"/>
      <w:pPr>
        <w:ind w:left="2228" w:hanging="180"/>
      </w:pPr>
    </w:lvl>
  </w:abstractNum>
  <w:abstractNum w:abstractNumId="62" w15:restartNumberingAfterBreak="0">
    <w:nsid w:val="61833B3C"/>
    <w:multiLevelType w:val="multilevel"/>
    <w:tmpl w:val="6726A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1BF199A"/>
    <w:multiLevelType w:val="multilevel"/>
    <w:tmpl w:val="D2D4C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2273E63"/>
    <w:multiLevelType w:val="hybridMultilevel"/>
    <w:tmpl w:val="393654B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3E63CF8"/>
    <w:multiLevelType w:val="multilevel"/>
    <w:tmpl w:val="902EC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5FB07E3"/>
    <w:multiLevelType w:val="hybridMultilevel"/>
    <w:tmpl w:val="E3C23D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78F1BE1"/>
    <w:multiLevelType w:val="multilevel"/>
    <w:tmpl w:val="7DEE9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8BD7296"/>
    <w:multiLevelType w:val="hybridMultilevel"/>
    <w:tmpl w:val="72BE452C"/>
    <w:lvl w:ilvl="0" w:tplc="2EA82936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9C86B01"/>
    <w:multiLevelType w:val="multilevel"/>
    <w:tmpl w:val="AD3C5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B8C303B"/>
    <w:multiLevelType w:val="hybridMultilevel"/>
    <w:tmpl w:val="6088C044"/>
    <w:lvl w:ilvl="0" w:tplc="9FE49382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DB1636E"/>
    <w:multiLevelType w:val="multilevel"/>
    <w:tmpl w:val="75908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DF354C0"/>
    <w:multiLevelType w:val="multilevel"/>
    <w:tmpl w:val="3A8C7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277189B"/>
    <w:multiLevelType w:val="hybridMultilevel"/>
    <w:tmpl w:val="4AC61D5E"/>
    <w:lvl w:ilvl="0" w:tplc="0410000F">
      <w:start w:val="1"/>
      <w:numFmt w:val="decimal"/>
      <w:lvlText w:val="%1."/>
      <w:lvlJc w:val="left"/>
      <w:pPr>
        <w:ind w:left="489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9A453A1"/>
    <w:multiLevelType w:val="hybridMultilevel"/>
    <w:tmpl w:val="9CD633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A445DE"/>
    <w:multiLevelType w:val="multilevel"/>
    <w:tmpl w:val="41967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3939577">
    <w:abstractNumId w:val="10"/>
  </w:num>
  <w:num w:numId="2" w16cid:durableId="370227308">
    <w:abstractNumId w:val="8"/>
  </w:num>
  <w:num w:numId="3" w16cid:durableId="605036704">
    <w:abstractNumId w:val="7"/>
  </w:num>
  <w:num w:numId="4" w16cid:durableId="1574125808">
    <w:abstractNumId w:val="6"/>
  </w:num>
  <w:num w:numId="5" w16cid:durableId="733234846">
    <w:abstractNumId w:val="9"/>
  </w:num>
  <w:num w:numId="6" w16cid:durableId="1865629218">
    <w:abstractNumId w:val="5"/>
  </w:num>
  <w:num w:numId="7" w16cid:durableId="1205170547">
    <w:abstractNumId w:val="4"/>
  </w:num>
  <w:num w:numId="8" w16cid:durableId="1216627894">
    <w:abstractNumId w:val="3"/>
  </w:num>
  <w:num w:numId="9" w16cid:durableId="693844798">
    <w:abstractNumId w:val="2"/>
  </w:num>
  <w:num w:numId="10" w16cid:durableId="63258475">
    <w:abstractNumId w:val="30"/>
  </w:num>
  <w:num w:numId="11" w16cid:durableId="1201164701">
    <w:abstractNumId w:val="36"/>
  </w:num>
  <w:num w:numId="12" w16cid:durableId="86970802">
    <w:abstractNumId w:val="34"/>
  </w:num>
  <w:num w:numId="13" w16cid:durableId="373889948">
    <w:abstractNumId w:val="73"/>
  </w:num>
  <w:num w:numId="14" w16cid:durableId="2049379542">
    <w:abstractNumId w:val="49"/>
  </w:num>
  <w:num w:numId="15" w16cid:durableId="123886961">
    <w:abstractNumId w:val="21"/>
  </w:num>
  <w:num w:numId="16" w16cid:durableId="547760579">
    <w:abstractNumId w:val="72"/>
  </w:num>
  <w:num w:numId="17" w16cid:durableId="1137063168">
    <w:abstractNumId w:val="48"/>
  </w:num>
  <w:num w:numId="18" w16cid:durableId="1424304681">
    <w:abstractNumId w:val="20"/>
  </w:num>
  <w:num w:numId="19" w16cid:durableId="1087188278">
    <w:abstractNumId w:val="19"/>
  </w:num>
  <w:num w:numId="20" w16cid:durableId="1805073819">
    <w:abstractNumId w:val="13"/>
  </w:num>
  <w:num w:numId="21" w16cid:durableId="2108384123">
    <w:abstractNumId w:val="31"/>
  </w:num>
  <w:num w:numId="22" w16cid:durableId="2001956202">
    <w:abstractNumId w:val="57"/>
  </w:num>
  <w:num w:numId="23" w16cid:durableId="951277702">
    <w:abstractNumId w:val="45"/>
  </w:num>
  <w:num w:numId="24" w16cid:durableId="1701929286">
    <w:abstractNumId w:val="29"/>
  </w:num>
  <w:num w:numId="25" w16cid:durableId="1578637878">
    <w:abstractNumId w:val="53"/>
  </w:num>
  <w:num w:numId="26" w16cid:durableId="837424812">
    <w:abstractNumId w:val="71"/>
  </w:num>
  <w:num w:numId="27" w16cid:durableId="1896357977">
    <w:abstractNumId w:val="62"/>
  </w:num>
  <w:num w:numId="28" w16cid:durableId="975529011">
    <w:abstractNumId w:val="69"/>
  </w:num>
  <w:num w:numId="29" w16cid:durableId="1489904814">
    <w:abstractNumId w:val="43"/>
  </w:num>
  <w:num w:numId="30" w16cid:durableId="1264142231">
    <w:abstractNumId w:val="44"/>
  </w:num>
  <w:num w:numId="31" w16cid:durableId="1652757443">
    <w:abstractNumId w:val="16"/>
  </w:num>
  <w:num w:numId="32" w16cid:durableId="1807776074">
    <w:abstractNumId w:val="18"/>
  </w:num>
  <w:num w:numId="33" w16cid:durableId="1520463864">
    <w:abstractNumId w:val="65"/>
  </w:num>
  <w:num w:numId="34" w16cid:durableId="549654873">
    <w:abstractNumId w:val="67"/>
  </w:num>
  <w:num w:numId="35" w16cid:durableId="390810936">
    <w:abstractNumId w:val="50"/>
  </w:num>
  <w:num w:numId="36" w16cid:durableId="1735198603">
    <w:abstractNumId w:val="39"/>
  </w:num>
  <w:num w:numId="37" w16cid:durableId="1080102943">
    <w:abstractNumId w:val="26"/>
  </w:num>
  <w:num w:numId="38" w16cid:durableId="287130668">
    <w:abstractNumId w:val="41"/>
  </w:num>
  <w:num w:numId="39" w16cid:durableId="1314990549">
    <w:abstractNumId w:val="23"/>
  </w:num>
  <w:num w:numId="40" w16cid:durableId="1660648760">
    <w:abstractNumId w:val="32"/>
  </w:num>
  <w:num w:numId="41" w16cid:durableId="285159322">
    <w:abstractNumId w:val="37"/>
  </w:num>
  <w:num w:numId="42" w16cid:durableId="375083576">
    <w:abstractNumId w:val="75"/>
  </w:num>
  <w:num w:numId="43" w16cid:durableId="1154296196">
    <w:abstractNumId w:val="15"/>
  </w:num>
  <w:num w:numId="44" w16cid:durableId="1262569244">
    <w:abstractNumId w:val="55"/>
  </w:num>
  <w:num w:numId="45" w16cid:durableId="1991253951">
    <w:abstractNumId w:val="68"/>
  </w:num>
  <w:num w:numId="46" w16cid:durableId="1275556141">
    <w:abstractNumId w:val="17"/>
  </w:num>
  <w:num w:numId="47" w16cid:durableId="673652978">
    <w:abstractNumId w:val="11"/>
  </w:num>
  <w:num w:numId="48" w16cid:durableId="704987138">
    <w:abstractNumId w:val="63"/>
  </w:num>
  <w:num w:numId="49" w16cid:durableId="1004283196">
    <w:abstractNumId w:val="35"/>
  </w:num>
  <w:num w:numId="50" w16cid:durableId="1608804213">
    <w:abstractNumId w:val="70"/>
  </w:num>
  <w:num w:numId="51" w16cid:durableId="387345673">
    <w:abstractNumId w:val="42"/>
  </w:num>
  <w:num w:numId="52" w16cid:durableId="264272280">
    <w:abstractNumId w:val="14"/>
  </w:num>
  <w:num w:numId="53" w16cid:durableId="1610550230">
    <w:abstractNumId w:val="74"/>
  </w:num>
  <w:num w:numId="54" w16cid:durableId="445538977">
    <w:abstractNumId w:val="25"/>
  </w:num>
  <w:num w:numId="55" w16cid:durableId="190342923">
    <w:abstractNumId w:val="51"/>
  </w:num>
  <w:num w:numId="56" w16cid:durableId="1732656775">
    <w:abstractNumId w:val="22"/>
  </w:num>
  <w:num w:numId="57" w16cid:durableId="2130391186">
    <w:abstractNumId w:val="27"/>
  </w:num>
  <w:num w:numId="58" w16cid:durableId="1229026502">
    <w:abstractNumId w:val="38"/>
  </w:num>
  <w:num w:numId="59" w16cid:durableId="1058672356">
    <w:abstractNumId w:val="60"/>
  </w:num>
  <w:num w:numId="60" w16cid:durableId="455877042">
    <w:abstractNumId w:val="66"/>
  </w:num>
  <w:num w:numId="61" w16cid:durableId="413282912">
    <w:abstractNumId w:val="46"/>
  </w:num>
  <w:num w:numId="62" w16cid:durableId="1372613073">
    <w:abstractNumId w:val="59"/>
  </w:num>
  <w:num w:numId="63" w16cid:durableId="87119870">
    <w:abstractNumId w:val="52"/>
  </w:num>
  <w:num w:numId="64" w16cid:durableId="1438527421">
    <w:abstractNumId w:val="61"/>
  </w:num>
  <w:num w:numId="65" w16cid:durableId="1197814485">
    <w:abstractNumId w:val="47"/>
  </w:num>
  <w:num w:numId="66" w16cid:durableId="1530488358">
    <w:abstractNumId w:val="58"/>
  </w:num>
  <w:num w:numId="67" w16cid:durableId="1179462542">
    <w:abstractNumId w:val="40"/>
  </w:num>
  <w:num w:numId="68" w16cid:durableId="342979393">
    <w:abstractNumId w:val="54"/>
  </w:num>
  <w:num w:numId="69" w16cid:durableId="140848089">
    <w:abstractNumId w:val="12"/>
  </w:num>
  <w:num w:numId="70" w16cid:durableId="409694623">
    <w:abstractNumId w:val="24"/>
  </w:num>
  <w:num w:numId="71" w16cid:durableId="1274750868">
    <w:abstractNumId w:val="56"/>
  </w:num>
  <w:num w:numId="72" w16cid:durableId="1893540925">
    <w:abstractNumId w:val="1"/>
  </w:num>
  <w:num w:numId="73" w16cid:durableId="839658320">
    <w:abstractNumId w:val="0"/>
  </w:num>
  <w:num w:numId="74" w16cid:durableId="2081438514">
    <w:abstractNumId w:val="28"/>
  </w:num>
  <w:num w:numId="75" w16cid:durableId="1218513602">
    <w:abstractNumId w:val="64"/>
  </w:num>
  <w:num w:numId="76" w16cid:durableId="2070954822">
    <w:abstractNumId w:val="33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11BC"/>
    <w:rsid w:val="00002193"/>
    <w:rsid w:val="00002717"/>
    <w:rsid w:val="00002735"/>
    <w:rsid w:val="00002BF4"/>
    <w:rsid w:val="000034BC"/>
    <w:rsid w:val="00003E0A"/>
    <w:rsid w:val="00004C3D"/>
    <w:rsid w:val="00005026"/>
    <w:rsid w:val="0000586D"/>
    <w:rsid w:val="00005CA1"/>
    <w:rsid w:val="00005E55"/>
    <w:rsid w:val="00006100"/>
    <w:rsid w:val="00006327"/>
    <w:rsid w:val="000066E6"/>
    <w:rsid w:val="0000682E"/>
    <w:rsid w:val="00006A27"/>
    <w:rsid w:val="00007155"/>
    <w:rsid w:val="00007616"/>
    <w:rsid w:val="0000798A"/>
    <w:rsid w:val="00007C9C"/>
    <w:rsid w:val="00010042"/>
    <w:rsid w:val="000138A5"/>
    <w:rsid w:val="0001433E"/>
    <w:rsid w:val="00014BFD"/>
    <w:rsid w:val="000153FB"/>
    <w:rsid w:val="00015DB2"/>
    <w:rsid w:val="00016067"/>
    <w:rsid w:val="0001632B"/>
    <w:rsid w:val="00016CB5"/>
    <w:rsid w:val="0001703F"/>
    <w:rsid w:val="00017765"/>
    <w:rsid w:val="00017A82"/>
    <w:rsid w:val="00017B2A"/>
    <w:rsid w:val="00017EA5"/>
    <w:rsid w:val="000202F5"/>
    <w:rsid w:val="00021229"/>
    <w:rsid w:val="00021B25"/>
    <w:rsid w:val="000221B8"/>
    <w:rsid w:val="00022F99"/>
    <w:rsid w:val="000238D5"/>
    <w:rsid w:val="0002413D"/>
    <w:rsid w:val="0002598A"/>
    <w:rsid w:val="00026042"/>
    <w:rsid w:val="00026929"/>
    <w:rsid w:val="000270A4"/>
    <w:rsid w:val="00027F68"/>
    <w:rsid w:val="0003036A"/>
    <w:rsid w:val="0003040F"/>
    <w:rsid w:val="0003055B"/>
    <w:rsid w:val="000307CD"/>
    <w:rsid w:val="000309C6"/>
    <w:rsid w:val="00030A67"/>
    <w:rsid w:val="00030F3C"/>
    <w:rsid w:val="00031187"/>
    <w:rsid w:val="00031532"/>
    <w:rsid w:val="00031905"/>
    <w:rsid w:val="00031C46"/>
    <w:rsid w:val="00031D29"/>
    <w:rsid w:val="00032DD3"/>
    <w:rsid w:val="00033FED"/>
    <w:rsid w:val="000341E7"/>
    <w:rsid w:val="00034616"/>
    <w:rsid w:val="000348D6"/>
    <w:rsid w:val="0003591A"/>
    <w:rsid w:val="000359D3"/>
    <w:rsid w:val="00035DA1"/>
    <w:rsid w:val="000363B6"/>
    <w:rsid w:val="00036DFD"/>
    <w:rsid w:val="00037D8A"/>
    <w:rsid w:val="00037E6A"/>
    <w:rsid w:val="000404FA"/>
    <w:rsid w:val="00040775"/>
    <w:rsid w:val="00041005"/>
    <w:rsid w:val="000414A7"/>
    <w:rsid w:val="00042E4B"/>
    <w:rsid w:val="00043F4F"/>
    <w:rsid w:val="0004405D"/>
    <w:rsid w:val="00045114"/>
    <w:rsid w:val="000457DF"/>
    <w:rsid w:val="00045A10"/>
    <w:rsid w:val="00045A4B"/>
    <w:rsid w:val="000461FD"/>
    <w:rsid w:val="000468EA"/>
    <w:rsid w:val="00046AF5"/>
    <w:rsid w:val="00046BC8"/>
    <w:rsid w:val="000500DC"/>
    <w:rsid w:val="00050152"/>
    <w:rsid w:val="00050728"/>
    <w:rsid w:val="000508DD"/>
    <w:rsid w:val="00051097"/>
    <w:rsid w:val="00051683"/>
    <w:rsid w:val="000521A3"/>
    <w:rsid w:val="00052A55"/>
    <w:rsid w:val="00052DA8"/>
    <w:rsid w:val="00052F7E"/>
    <w:rsid w:val="00053260"/>
    <w:rsid w:val="00053B8F"/>
    <w:rsid w:val="00053B9B"/>
    <w:rsid w:val="0005439E"/>
    <w:rsid w:val="00054C1E"/>
    <w:rsid w:val="000567FA"/>
    <w:rsid w:val="00056A9B"/>
    <w:rsid w:val="00057580"/>
    <w:rsid w:val="0006063C"/>
    <w:rsid w:val="00061366"/>
    <w:rsid w:val="00062220"/>
    <w:rsid w:val="00062A5E"/>
    <w:rsid w:val="00063C1A"/>
    <w:rsid w:val="00063EAC"/>
    <w:rsid w:val="0006406F"/>
    <w:rsid w:val="00064248"/>
    <w:rsid w:val="00064A4C"/>
    <w:rsid w:val="00064E13"/>
    <w:rsid w:val="000659E7"/>
    <w:rsid w:val="00065CA8"/>
    <w:rsid w:val="00066247"/>
    <w:rsid w:val="000664EC"/>
    <w:rsid w:val="00066623"/>
    <w:rsid w:val="00066A37"/>
    <w:rsid w:val="00066C7A"/>
    <w:rsid w:val="0006753B"/>
    <w:rsid w:val="00067AE8"/>
    <w:rsid w:val="00067BFF"/>
    <w:rsid w:val="00070F15"/>
    <w:rsid w:val="000716BF"/>
    <w:rsid w:val="000719BE"/>
    <w:rsid w:val="00072C80"/>
    <w:rsid w:val="00073240"/>
    <w:rsid w:val="00073595"/>
    <w:rsid w:val="000738B8"/>
    <w:rsid w:val="0007441B"/>
    <w:rsid w:val="000747D3"/>
    <w:rsid w:val="000748E2"/>
    <w:rsid w:val="00075258"/>
    <w:rsid w:val="00075388"/>
    <w:rsid w:val="000755B2"/>
    <w:rsid w:val="0007589B"/>
    <w:rsid w:val="000759B2"/>
    <w:rsid w:val="00075A0E"/>
    <w:rsid w:val="0007665E"/>
    <w:rsid w:val="000766D8"/>
    <w:rsid w:val="00076E8A"/>
    <w:rsid w:val="0007751A"/>
    <w:rsid w:val="00077589"/>
    <w:rsid w:val="00077B2F"/>
    <w:rsid w:val="00077F61"/>
    <w:rsid w:val="00080E03"/>
    <w:rsid w:val="00081575"/>
    <w:rsid w:val="00081C3A"/>
    <w:rsid w:val="00081F94"/>
    <w:rsid w:val="00082256"/>
    <w:rsid w:val="0008239B"/>
    <w:rsid w:val="0008370A"/>
    <w:rsid w:val="00084377"/>
    <w:rsid w:val="00084DCD"/>
    <w:rsid w:val="00084FE2"/>
    <w:rsid w:val="0008502E"/>
    <w:rsid w:val="00085204"/>
    <w:rsid w:val="000855C4"/>
    <w:rsid w:val="000873FE"/>
    <w:rsid w:val="000904F4"/>
    <w:rsid w:val="00090C27"/>
    <w:rsid w:val="0009100B"/>
    <w:rsid w:val="000914DD"/>
    <w:rsid w:val="00091AAF"/>
    <w:rsid w:val="00092BC9"/>
    <w:rsid w:val="00093A33"/>
    <w:rsid w:val="00093B53"/>
    <w:rsid w:val="000943CE"/>
    <w:rsid w:val="000954BE"/>
    <w:rsid w:val="0009551C"/>
    <w:rsid w:val="00095CF6"/>
    <w:rsid w:val="00096271"/>
    <w:rsid w:val="000966B5"/>
    <w:rsid w:val="000967DD"/>
    <w:rsid w:val="000968C4"/>
    <w:rsid w:val="00096B6C"/>
    <w:rsid w:val="00097A3D"/>
    <w:rsid w:val="00097D8E"/>
    <w:rsid w:val="00097F2D"/>
    <w:rsid w:val="000A09E6"/>
    <w:rsid w:val="000A0C88"/>
    <w:rsid w:val="000A0D63"/>
    <w:rsid w:val="000A1334"/>
    <w:rsid w:val="000A227B"/>
    <w:rsid w:val="000A27DE"/>
    <w:rsid w:val="000A3906"/>
    <w:rsid w:val="000A55EC"/>
    <w:rsid w:val="000A584A"/>
    <w:rsid w:val="000A5A48"/>
    <w:rsid w:val="000A5DEF"/>
    <w:rsid w:val="000A6E7E"/>
    <w:rsid w:val="000A7CF2"/>
    <w:rsid w:val="000B013F"/>
    <w:rsid w:val="000B0D05"/>
    <w:rsid w:val="000B18AD"/>
    <w:rsid w:val="000B2087"/>
    <w:rsid w:val="000B3FE4"/>
    <w:rsid w:val="000B5346"/>
    <w:rsid w:val="000B5671"/>
    <w:rsid w:val="000B5C83"/>
    <w:rsid w:val="000B5CFB"/>
    <w:rsid w:val="000B5DB9"/>
    <w:rsid w:val="000B5F5F"/>
    <w:rsid w:val="000B61DD"/>
    <w:rsid w:val="000B69BF"/>
    <w:rsid w:val="000B6F4D"/>
    <w:rsid w:val="000B7F4D"/>
    <w:rsid w:val="000C0574"/>
    <w:rsid w:val="000C0842"/>
    <w:rsid w:val="000C0CFF"/>
    <w:rsid w:val="000C1ACA"/>
    <w:rsid w:val="000C1BF2"/>
    <w:rsid w:val="000C2088"/>
    <w:rsid w:val="000C286F"/>
    <w:rsid w:val="000C2A69"/>
    <w:rsid w:val="000C2DE6"/>
    <w:rsid w:val="000C3645"/>
    <w:rsid w:val="000C3FC2"/>
    <w:rsid w:val="000C4D8A"/>
    <w:rsid w:val="000C67FA"/>
    <w:rsid w:val="000C6831"/>
    <w:rsid w:val="000C6BA7"/>
    <w:rsid w:val="000C7E8B"/>
    <w:rsid w:val="000D05B0"/>
    <w:rsid w:val="000D0692"/>
    <w:rsid w:val="000D08EF"/>
    <w:rsid w:val="000D1974"/>
    <w:rsid w:val="000D236E"/>
    <w:rsid w:val="000D26E2"/>
    <w:rsid w:val="000D29AB"/>
    <w:rsid w:val="000D32E8"/>
    <w:rsid w:val="000D403A"/>
    <w:rsid w:val="000D408C"/>
    <w:rsid w:val="000D4DE7"/>
    <w:rsid w:val="000D6162"/>
    <w:rsid w:val="000D629B"/>
    <w:rsid w:val="000D6401"/>
    <w:rsid w:val="000D6A5B"/>
    <w:rsid w:val="000D6B0D"/>
    <w:rsid w:val="000D6C3F"/>
    <w:rsid w:val="000D7597"/>
    <w:rsid w:val="000D7AD5"/>
    <w:rsid w:val="000E0241"/>
    <w:rsid w:val="000E03D2"/>
    <w:rsid w:val="000E068F"/>
    <w:rsid w:val="000E09BB"/>
    <w:rsid w:val="000E2C57"/>
    <w:rsid w:val="000E3300"/>
    <w:rsid w:val="000E3B3D"/>
    <w:rsid w:val="000E3FB3"/>
    <w:rsid w:val="000E42C4"/>
    <w:rsid w:val="000E46E7"/>
    <w:rsid w:val="000E487B"/>
    <w:rsid w:val="000E4B60"/>
    <w:rsid w:val="000E4F37"/>
    <w:rsid w:val="000E5059"/>
    <w:rsid w:val="000E522C"/>
    <w:rsid w:val="000E5A15"/>
    <w:rsid w:val="000E63CD"/>
    <w:rsid w:val="000E6473"/>
    <w:rsid w:val="000E64A0"/>
    <w:rsid w:val="000E6A67"/>
    <w:rsid w:val="000E6D6F"/>
    <w:rsid w:val="000E74C3"/>
    <w:rsid w:val="000E756F"/>
    <w:rsid w:val="000E7962"/>
    <w:rsid w:val="000E7A57"/>
    <w:rsid w:val="000F0B75"/>
    <w:rsid w:val="000F1290"/>
    <w:rsid w:val="000F1374"/>
    <w:rsid w:val="000F1468"/>
    <w:rsid w:val="000F153C"/>
    <w:rsid w:val="000F16F6"/>
    <w:rsid w:val="000F222C"/>
    <w:rsid w:val="000F2773"/>
    <w:rsid w:val="000F296A"/>
    <w:rsid w:val="000F29CE"/>
    <w:rsid w:val="000F326B"/>
    <w:rsid w:val="000F3D31"/>
    <w:rsid w:val="000F506D"/>
    <w:rsid w:val="000F5341"/>
    <w:rsid w:val="000F53CD"/>
    <w:rsid w:val="000F55C1"/>
    <w:rsid w:val="000F5820"/>
    <w:rsid w:val="000F6214"/>
    <w:rsid w:val="000F6807"/>
    <w:rsid w:val="000F6959"/>
    <w:rsid w:val="000F6BB9"/>
    <w:rsid w:val="000F6F96"/>
    <w:rsid w:val="00101DBB"/>
    <w:rsid w:val="0010220F"/>
    <w:rsid w:val="00102670"/>
    <w:rsid w:val="001026C7"/>
    <w:rsid w:val="00102A2E"/>
    <w:rsid w:val="0010345D"/>
    <w:rsid w:val="001049CE"/>
    <w:rsid w:val="00104FDB"/>
    <w:rsid w:val="001050AC"/>
    <w:rsid w:val="0011023C"/>
    <w:rsid w:val="001105B4"/>
    <w:rsid w:val="0011067D"/>
    <w:rsid w:val="00110A40"/>
    <w:rsid w:val="00110CF0"/>
    <w:rsid w:val="00110E9F"/>
    <w:rsid w:val="00111001"/>
    <w:rsid w:val="001110FA"/>
    <w:rsid w:val="00114ED5"/>
    <w:rsid w:val="00115705"/>
    <w:rsid w:val="001161D9"/>
    <w:rsid w:val="001161FB"/>
    <w:rsid w:val="001166B8"/>
    <w:rsid w:val="00116E79"/>
    <w:rsid w:val="00117071"/>
    <w:rsid w:val="001175ED"/>
    <w:rsid w:val="00120156"/>
    <w:rsid w:val="001227DB"/>
    <w:rsid w:val="00122D75"/>
    <w:rsid w:val="0012329D"/>
    <w:rsid w:val="001232AA"/>
    <w:rsid w:val="0012391F"/>
    <w:rsid w:val="00123D21"/>
    <w:rsid w:val="001245AB"/>
    <w:rsid w:val="00125564"/>
    <w:rsid w:val="00125A57"/>
    <w:rsid w:val="00125BFE"/>
    <w:rsid w:val="001265AF"/>
    <w:rsid w:val="0012676F"/>
    <w:rsid w:val="00126FD2"/>
    <w:rsid w:val="001279D9"/>
    <w:rsid w:val="00130FC4"/>
    <w:rsid w:val="0013255F"/>
    <w:rsid w:val="001325A4"/>
    <w:rsid w:val="00132626"/>
    <w:rsid w:val="00133234"/>
    <w:rsid w:val="001333DE"/>
    <w:rsid w:val="0013343A"/>
    <w:rsid w:val="00133554"/>
    <w:rsid w:val="00133C97"/>
    <w:rsid w:val="0013426D"/>
    <w:rsid w:val="00135B1E"/>
    <w:rsid w:val="00135BB4"/>
    <w:rsid w:val="0013722B"/>
    <w:rsid w:val="001372AC"/>
    <w:rsid w:val="001373EF"/>
    <w:rsid w:val="001376CA"/>
    <w:rsid w:val="00137CE6"/>
    <w:rsid w:val="00140732"/>
    <w:rsid w:val="0014133C"/>
    <w:rsid w:val="00142020"/>
    <w:rsid w:val="00142C35"/>
    <w:rsid w:val="00143D32"/>
    <w:rsid w:val="00144CC0"/>
    <w:rsid w:val="001455F1"/>
    <w:rsid w:val="00145622"/>
    <w:rsid w:val="00145CD0"/>
    <w:rsid w:val="00146063"/>
    <w:rsid w:val="00146E77"/>
    <w:rsid w:val="001475D7"/>
    <w:rsid w:val="0015074B"/>
    <w:rsid w:val="00150DFC"/>
    <w:rsid w:val="001514D6"/>
    <w:rsid w:val="00151BDC"/>
    <w:rsid w:val="00151D43"/>
    <w:rsid w:val="00152739"/>
    <w:rsid w:val="001527DB"/>
    <w:rsid w:val="00152F0B"/>
    <w:rsid w:val="00154622"/>
    <w:rsid w:val="001547E1"/>
    <w:rsid w:val="00154B61"/>
    <w:rsid w:val="00154EFE"/>
    <w:rsid w:val="00155041"/>
    <w:rsid w:val="001554D6"/>
    <w:rsid w:val="001554D8"/>
    <w:rsid w:val="00155F3A"/>
    <w:rsid w:val="00156EEE"/>
    <w:rsid w:val="00157447"/>
    <w:rsid w:val="001608E2"/>
    <w:rsid w:val="00160B6E"/>
    <w:rsid w:val="00161015"/>
    <w:rsid w:val="00161D94"/>
    <w:rsid w:val="00162474"/>
    <w:rsid w:val="001624FE"/>
    <w:rsid w:val="00162A0D"/>
    <w:rsid w:val="00163C75"/>
    <w:rsid w:val="00164144"/>
    <w:rsid w:val="0016464B"/>
    <w:rsid w:val="001654FE"/>
    <w:rsid w:val="00166232"/>
    <w:rsid w:val="00166A49"/>
    <w:rsid w:val="00167CDA"/>
    <w:rsid w:val="001705F3"/>
    <w:rsid w:val="00170B9C"/>
    <w:rsid w:val="00170EDB"/>
    <w:rsid w:val="001710AA"/>
    <w:rsid w:val="00172572"/>
    <w:rsid w:val="00172ED4"/>
    <w:rsid w:val="001733DD"/>
    <w:rsid w:val="0017345F"/>
    <w:rsid w:val="001746C4"/>
    <w:rsid w:val="00174854"/>
    <w:rsid w:val="001751C7"/>
    <w:rsid w:val="00175537"/>
    <w:rsid w:val="00175DFF"/>
    <w:rsid w:val="00175F54"/>
    <w:rsid w:val="0017693D"/>
    <w:rsid w:val="00176D6C"/>
    <w:rsid w:val="00176F38"/>
    <w:rsid w:val="001773E0"/>
    <w:rsid w:val="0017741B"/>
    <w:rsid w:val="0017761F"/>
    <w:rsid w:val="001779BF"/>
    <w:rsid w:val="00177D47"/>
    <w:rsid w:val="001804FB"/>
    <w:rsid w:val="00180553"/>
    <w:rsid w:val="001813F8"/>
    <w:rsid w:val="001819B3"/>
    <w:rsid w:val="00181C46"/>
    <w:rsid w:val="00181CB8"/>
    <w:rsid w:val="001833BF"/>
    <w:rsid w:val="001836C4"/>
    <w:rsid w:val="0018378F"/>
    <w:rsid w:val="00184259"/>
    <w:rsid w:val="001843E9"/>
    <w:rsid w:val="00184879"/>
    <w:rsid w:val="0018593C"/>
    <w:rsid w:val="00186163"/>
    <w:rsid w:val="00186E2E"/>
    <w:rsid w:val="00186F36"/>
    <w:rsid w:val="001900A6"/>
    <w:rsid w:val="001914AF"/>
    <w:rsid w:val="00191B55"/>
    <w:rsid w:val="00192634"/>
    <w:rsid w:val="001937DB"/>
    <w:rsid w:val="00193D69"/>
    <w:rsid w:val="00193DE6"/>
    <w:rsid w:val="00193FE4"/>
    <w:rsid w:val="001945BB"/>
    <w:rsid w:val="00196630"/>
    <w:rsid w:val="00196A79"/>
    <w:rsid w:val="00196EA0"/>
    <w:rsid w:val="00197B4D"/>
    <w:rsid w:val="001A00E2"/>
    <w:rsid w:val="001A0CA0"/>
    <w:rsid w:val="001A0EBA"/>
    <w:rsid w:val="001A1891"/>
    <w:rsid w:val="001A1D6D"/>
    <w:rsid w:val="001A2888"/>
    <w:rsid w:val="001A353A"/>
    <w:rsid w:val="001A3BAC"/>
    <w:rsid w:val="001A445E"/>
    <w:rsid w:val="001A5358"/>
    <w:rsid w:val="001A5792"/>
    <w:rsid w:val="001A5AC0"/>
    <w:rsid w:val="001A6B34"/>
    <w:rsid w:val="001A6D73"/>
    <w:rsid w:val="001A6E15"/>
    <w:rsid w:val="001A71D2"/>
    <w:rsid w:val="001A76C9"/>
    <w:rsid w:val="001B0FB3"/>
    <w:rsid w:val="001B1BCC"/>
    <w:rsid w:val="001B1BED"/>
    <w:rsid w:val="001B1D1E"/>
    <w:rsid w:val="001B201B"/>
    <w:rsid w:val="001B2438"/>
    <w:rsid w:val="001B2888"/>
    <w:rsid w:val="001B2DA7"/>
    <w:rsid w:val="001B3C34"/>
    <w:rsid w:val="001B3F5C"/>
    <w:rsid w:val="001B4017"/>
    <w:rsid w:val="001B4B32"/>
    <w:rsid w:val="001B64CF"/>
    <w:rsid w:val="001B6674"/>
    <w:rsid w:val="001B6937"/>
    <w:rsid w:val="001B7D9A"/>
    <w:rsid w:val="001C07E4"/>
    <w:rsid w:val="001C0D39"/>
    <w:rsid w:val="001C1528"/>
    <w:rsid w:val="001C15C3"/>
    <w:rsid w:val="001C181C"/>
    <w:rsid w:val="001C18FE"/>
    <w:rsid w:val="001C1CC4"/>
    <w:rsid w:val="001C2C63"/>
    <w:rsid w:val="001C3AB7"/>
    <w:rsid w:val="001C3B5C"/>
    <w:rsid w:val="001C3E70"/>
    <w:rsid w:val="001C428B"/>
    <w:rsid w:val="001C4950"/>
    <w:rsid w:val="001C4C9B"/>
    <w:rsid w:val="001C5184"/>
    <w:rsid w:val="001C5386"/>
    <w:rsid w:val="001C5883"/>
    <w:rsid w:val="001C6474"/>
    <w:rsid w:val="001C6476"/>
    <w:rsid w:val="001C6A1E"/>
    <w:rsid w:val="001D0B6D"/>
    <w:rsid w:val="001D16C9"/>
    <w:rsid w:val="001D1F9B"/>
    <w:rsid w:val="001D2AF7"/>
    <w:rsid w:val="001D2CB5"/>
    <w:rsid w:val="001D2DB0"/>
    <w:rsid w:val="001D3266"/>
    <w:rsid w:val="001D3267"/>
    <w:rsid w:val="001D350F"/>
    <w:rsid w:val="001D37B6"/>
    <w:rsid w:val="001D3AA2"/>
    <w:rsid w:val="001D3D8D"/>
    <w:rsid w:val="001D429E"/>
    <w:rsid w:val="001D5D54"/>
    <w:rsid w:val="001D65A8"/>
    <w:rsid w:val="001D759D"/>
    <w:rsid w:val="001D7827"/>
    <w:rsid w:val="001D7A99"/>
    <w:rsid w:val="001D7DA3"/>
    <w:rsid w:val="001E1BF0"/>
    <w:rsid w:val="001E3648"/>
    <w:rsid w:val="001E452F"/>
    <w:rsid w:val="001E479C"/>
    <w:rsid w:val="001E5F5B"/>
    <w:rsid w:val="001E6143"/>
    <w:rsid w:val="001E72DE"/>
    <w:rsid w:val="001E72F4"/>
    <w:rsid w:val="001E78A2"/>
    <w:rsid w:val="001E7992"/>
    <w:rsid w:val="001E79DA"/>
    <w:rsid w:val="001E7B78"/>
    <w:rsid w:val="001F068B"/>
    <w:rsid w:val="001F24CB"/>
    <w:rsid w:val="001F27B2"/>
    <w:rsid w:val="001F2995"/>
    <w:rsid w:val="001F336B"/>
    <w:rsid w:val="001F38D2"/>
    <w:rsid w:val="001F413B"/>
    <w:rsid w:val="001F4EE8"/>
    <w:rsid w:val="001F56BE"/>
    <w:rsid w:val="001F5BDF"/>
    <w:rsid w:val="001F5FAB"/>
    <w:rsid w:val="001F6097"/>
    <w:rsid w:val="001F63B9"/>
    <w:rsid w:val="001F6691"/>
    <w:rsid w:val="001F66CA"/>
    <w:rsid w:val="001F7450"/>
    <w:rsid w:val="001F7D45"/>
    <w:rsid w:val="00200557"/>
    <w:rsid w:val="00201AAC"/>
    <w:rsid w:val="00202DF1"/>
    <w:rsid w:val="00202F91"/>
    <w:rsid w:val="0020322A"/>
    <w:rsid w:val="00203E42"/>
    <w:rsid w:val="00206114"/>
    <w:rsid w:val="0020626A"/>
    <w:rsid w:val="00206711"/>
    <w:rsid w:val="00206DAC"/>
    <w:rsid w:val="00207B73"/>
    <w:rsid w:val="00210225"/>
    <w:rsid w:val="00212218"/>
    <w:rsid w:val="00212B5A"/>
    <w:rsid w:val="0021330A"/>
    <w:rsid w:val="0021387D"/>
    <w:rsid w:val="00214FE8"/>
    <w:rsid w:val="00216591"/>
    <w:rsid w:val="00217840"/>
    <w:rsid w:val="0021789E"/>
    <w:rsid w:val="00217D70"/>
    <w:rsid w:val="00220635"/>
    <w:rsid w:val="00220650"/>
    <w:rsid w:val="002206DB"/>
    <w:rsid w:val="0022179F"/>
    <w:rsid w:val="00222DB2"/>
    <w:rsid w:val="00224156"/>
    <w:rsid w:val="002242EE"/>
    <w:rsid w:val="002247A6"/>
    <w:rsid w:val="002252FB"/>
    <w:rsid w:val="00225842"/>
    <w:rsid w:val="002262F3"/>
    <w:rsid w:val="002265F6"/>
    <w:rsid w:val="0022687C"/>
    <w:rsid w:val="00227106"/>
    <w:rsid w:val="0023033A"/>
    <w:rsid w:val="00230AAC"/>
    <w:rsid w:val="0023150A"/>
    <w:rsid w:val="00231EC1"/>
    <w:rsid w:val="0023243C"/>
    <w:rsid w:val="00232751"/>
    <w:rsid w:val="00233155"/>
    <w:rsid w:val="0023404D"/>
    <w:rsid w:val="00234CAE"/>
    <w:rsid w:val="00235041"/>
    <w:rsid w:val="00235F62"/>
    <w:rsid w:val="002360E3"/>
    <w:rsid w:val="002369CB"/>
    <w:rsid w:val="00236AD0"/>
    <w:rsid w:val="00236DDF"/>
    <w:rsid w:val="00237B88"/>
    <w:rsid w:val="002408C3"/>
    <w:rsid w:val="00240B1B"/>
    <w:rsid w:val="00240F64"/>
    <w:rsid w:val="002419EA"/>
    <w:rsid w:val="00241BC8"/>
    <w:rsid w:val="00241FDC"/>
    <w:rsid w:val="00242BFF"/>
    <w:rsid w:val="00242DE2"/>
    <w:rsid w:val="002433E4"/>
    <w:rsid w:val="00243A69"/>
    <w:rsid w:val="00243B90"/>
    <w:rsid w:val="002444A9"/>
    <w:rsid w:val="0024473A"/>
    <w:rsid w:val="002449DB"/>
    <w:rsid w:val="00244E4A"/>
    <w:rsid w:val="002452CD"/>
    <w:rsid w:val="002454D6"/>
    <w:rsid w:val="0024556F"/>
    <w:rsid w:val="00245D34"/>
    <w:rsid w:val="00245E38"/>
    <w:rsid w:val="00245F48"/>
    <w:rsid w:val="002460BD"/>
    <w:rsid w:val="00246618"/>
    <w:rsid w:val="0024680D"/>
    <w:rsid w:val="00246A67"/>
    <w:rsid w:val="00246F66"/>
    <w:rsid w:val="002471C2"/>
    <w:rsid w:val="002472B0"/>
    <w:rsid w:val="00250668"/>
    <w:rsid w:val="00250D67"/>
    <w:rsid w:val="00250F24"/>
    <w:rsid w:val="002516E3"/>
    <w:rsid w:val="0025198A"/>
    <w:rsid w:val="00251C7B"/>
    <w:rsid w:val="00251CA0"/>
    <w:rsid w:val="00251F7E"/>
    <w:rsid w:val="002526A4"/>
    <w:rsid w:val="002529D5"/>
    <w:rsid w:val="00253324"/>
    <w:rsid w:val="002539AF"/>
    <w:rsid w:val="00253DDE"/>
    <w:rsid w:val="00254F67"/>
    <w:rsid w:val="002555F2"/>
    <w:rsid w:val="0025586B"/>
    <w:rsid w:val="00255DDF"/>
    <w:rsid w:val="00255F2D"/>
    <w:rsid w:val="002562EB"/>
    <w:rsid w:val="002566E4"/>
    <w:rsid w:val="002567DC"/>
    <w:rsid w:val="00256F5A"/>
    <w:rsid w:val="00257041"/>
    <w:rsid w:val="00257383"/>
    <w:rsid w:val="002613CF"/>
    <w:rsid w:val="002628B4"/>
    <w:rsid w:val="00262903"/>
    <w:rsid w:val="00262F02"/>
    <w:rsid w:val="00263A52"/>
    <w:rsid w:val="00263C97"/>
    <w:rsid w:val="002642DE"/>
    <w:rsid w:val="0026549F"/>
    <w:rsid w:val="00265764"/>
    <w:rsid w:val="002709A9"/>
    <w:rsid w:val="002709D1"/>
    <w:rsid w:val="00270D49"/>
    <w:rsid w:val="002712AC"/>
    <w:rsid w:val="00271F09"/>
    <w:rsid w:val="00272507"/>
    <w:rsid w:val="0027282C"/>
    <w:rsid w:val="002737A6"/>
    <w:rsid w:val="00274214"/>
    <w:rsid w:val="00274327"/>
    <w:rsid w:val="002746B7"/>
    <w:rsid w:val="00274CCC"/>
    <w:rsid w:val="00274F11"/>
    <w:rsid w:val="00276329"/>
    <w:rsid w:val="00276745"/>
    <w:rsid w:val="0027689F"/>
    <w:rsid w:val="00276FF1"/>
    <w:rsid w:val="00277B60"/>
    <w:rsid w:val="00277C87"/>
    <w:rsid w:val="002802AE"/>
    <w:rsid w:val="00280350"/>
    <w:rsid w:val="00281910"/>
    <w:rsid w:val="002822DF"/>
    <w:rsid w:val="002842A7"/>
    <w:rsid w:val="002844A4"/>
    <w:rsid w:val="0028462D"/>
    <w:rsid w:val="00284A36"/>
    <w:rsid w:val="0028501E"/>
    <w:rsid w:val="00285A7C"/>
    <w:rsid w:val="00286AE6"/>
    <w:rsid w:val="00286D9B"/>
    <w:rsid w:val="00287120"/>
    <w:rsid w:val="002879A7"/>
    <w:rsid w:val="00287CDC"/>
    <w:rsid w:val="00287F1B"/>
    <w:rsid w:val="002900EF"/>
    <w:rsid w:val="00290CF2"/>
    <w:rsid w:val="00291882"/>
    <w:rsid w:val="0029196A"/>
    <w:rsid w:val="00291AA5"/>
    <w:rsid w:val="002921A8"/>
    <w:rsid w:val="002923EA"/>
    <w:rsid w:val="00294DAE"/>
    <w:rsid w:val="00294E61"/>
    <w:rsid w:val="002950DF"/>
    <w:rsid w:val="002953C4"/>
    <w:rsid w:val="0029639D"/>
    <w:rsid w:val="0029775F"/>
    <w:rsid w:val="002977BD"/>
    <w:rsid w:val="002A0516"/>
    <w:rsid w:val="002A0A36"/>
    <w:rsid w:val="002A118C"/>
    <w:rsid w:val="002A1776"/>
    <w:rsid w:val="002A1B55"/>
    <w:rsid w:val="002A1BC8"/>
    <w:rsid w:val="002A1CF3"/>
    <w:rsid w:val="002A398E"/>
    <w:rsid w:val="002A42E1"/>
    <w:rsid w:val="002A441E"/>
    <w:rsid w:val="002A478C"/>
    <w:rsid w:val="002A540A"/>
    <w:rsid w:val="002A618A"/>
    <w:rsid w:val="002A6776"/>
    <w:rsid w:val="002A6DF1"/>
    <w:rsid w:val="002A77ED"/>
    <w:rsid w:val="002A7F83"/>
    <w:rsid w:val="002B0274"/>
    <w:rsid w:val="002B0390"/>
    <w:rsid w:val="002B2415"/>
    <w:rsid w:val="002B2B78"/>
    <w:rsid w:val="002B363B"/>
    <w:rsid w:val="002B38A0"/>
    <w:rsid w:val="002B39D3"/>
    <w:rsid w:val="002B4325"/>
    <w:rsid w:val="002B43E9"/>
    <w:rsid w:val="002B4F1E"/>
    <w:rsid w:val="002B502E"/>
    <w:rsid w:val="002B54B3"/>
    <w:rsid w:val="002B6628"/>
    <w:rsid w:val="002B6B2B"/>
    <w:rsid w:val="002B6D35"/>
    <w:rsid w:val="002B773C"/>
    <w:rsid w:val="002B7A7D"/>
    <w:rsid w:val="002B7AF7"/>
    <w:rsid w:val="002B7B78"/>
    <w:rsid w:val="002C041B"/>
    <w:rsid w:val="002C04F9"/>
    <w:rsid w:val="002C0A0C"/>
    <w:rsid w:val="002C0D84"/>
    <w:rsid w:val="002C17B6"/>
    <w:rsid w:val="002C1CFD"/>
    <w:rsid w:val="002C20F4"/>
    <w:rsid w:val="002C21D5"/>
    <w:rsid w:val="002C23B0"/>
    <w:rsid w:val="002C241E"/>
    <w:rsid w:val="002C253F"/>
    <w:rsid w:val="002C2888"/>
    <w:rsid w:val="002C30B2"/>
    <w:rsid w:val="002C3294"/>
    <w:rsid w:val="002C3814"/>
    <w:rsid w:val="002C38C0"/>
    <w:rsid w:val="002C3C54"/>
    <w:rsid w:val="002C4135"/>
    <w:rsid w:val="002C52D8"/>
    <w:rsid w:val="002C5A9F"/>
    <w:rsid w:val="002C65E8"/>
    <w:rsid w:val="002C7197"/>
    <w:rsid w:val="002C7545"/>
    <w:rsid w:val="002C79AD"/>
    <w:rsid w:val="002D02FC"/>
    <w:rsid w:val="002D09FA"/>
    <w:rsid w:val="002D1E20"/>
    <w:rsid w:val="002D2FD4"/>
    <w:rsid w:val="002D402B"/>
    <w:rsid w:val="002D4273"/>
    <w:rsid w:val="002D478B"/>
    <w:rsid w:val="002D4844"/>
    <w:rsid w:val="002D4CE6"/>
    <w:rsid w:val="002D4FEB"/>
    <w:rsid w:val="002D51CA"/>
    <w:rsid w:val="002D5649"/>
    <w:rsid w:val="002D634A"/>
    <w:rsid w:val="002D65FF"/>
    <w:rsid w:val="002D6843"/>
    <w:rsid w:val="002D6B47"/>
    <w:rsid w:val="002D6DEE"/>
    <w:rsid w:val="002D7638"/>
    <w:rsid w:val="002D766C"/>
    <w:rsid w:val="002E11CE"/>
    <w:rsid w:val="002E14A6"/>
    <w:rsid w:val="002E1BED"/>
    <w:rsid w:val="002E3CC5"/>
    <w:rsid w:val="002E473C"/>
    <w:rsid w:val="002E515C"/>
    <w:rsid w:val="002E5990"/>
    <w:rsid w:val="002E5B1E"/>
    <w:rsid w:val="002E6418"/>
    <w:rsid w:val="002E663D"/>
    <w:rsid w:val="002E68D5"/>
    <w:rsid w:val="002E6AB1"/>
    <w:rsid w:val="002E6DC0"/>
    <w:rsid w:val="002E7939"/>
    <w:rsid w:val="002F0359"/>
    <w:rsid w:val="002F0ABF"/>
    <w:rsid w:val="002F1AC3"/>
    <w:rsid w:val="002F1F43"/>
    <w:rsid w:val="002F2268"/>
    <w:rsid w:val="002F22CF"/>
    <w:rsid w:val="002F23B9"/>
    <w:rsid w:val="002F2735"/>
    <w:rsid w:val="002F3179"/>
    <w:rsid w:val="002F36D7"/>
    <w:rsid w:val="002F3BC2"/>
    <w:rsid w:val="002F460F"/>
    <w:rsid w:val="002F476E"/>
    <w:rsid w:val="002F4876"/>
    <w:rsid w:val="002F4CF7"/>
    <w:rsid w:val="002F5694"/>
    <w:rsid w:val="002F5BF0"/>
    <w:rsid w:val="002F5F75"/>
    <w:rsid w:val="002F66D9"/>
    <w:rsid w:val="002F6B0B"/>
    <w:rsid w:val="002F6B41"/>
    <w:rsid w:val="002F6D02"/>
    <w:rsid w:val="002F71F7"/>
    <w:rsid w:val="002F72C5"/>
    <w:rsid w:val="002F7372"/>
    <w:rsid w:val="002F7B00"/>
    <w:rsid w:val="002F7F20"/>
    <w:rsid w:val="00300C15"/>
    <w:rsid w:val="00300E48"/>
    <w:rsid w:val="00301E30"/>
    <w:rsid w:val="003023E7"/>
    <w:rsid w:val="00302BE5"/>
    <w:rsid w:val="00304704"/>
    <w:rsid w:val="003047B1"/>
    <w:rsid w:val="003047DA"/>
    <w:rsid w:val="003065F4"/>
    <w:rsid w:val="00306651"/>
    <w:rsid w:val="00306AC6"/>
    <w:rsid w:val="00306FFC"/>
    <w:rsid w:val="0030769A"/>
    <w:rsid w:val="00307EFA"/>
    <w:rsid w:val="003102C0"/>
    <w:rsid w:val="003104BD"/>
    <w:rsid w:val="00310CF0"/>
    <w:rsid w:val="003110A0"/>
    <w:rsid w:val="0031281C"/>
    <w:rsid w:val="00312B6F"/>
    <w:rsid w:val="003135C2"/>
    <w:rsid w:val="00313A84"/>
    <w:rsid w:val="00313DB3"/>
    <w:rsid w:val="00315294"/>
    <w:rsid w:val="003158F1"/>
    <w:rsid w:val="003160B3"/>
    <w:rsid w:val="003179A8"/>
    <w:rsid w:val="00317FF1"/>
    <w:rsid w:val="00320C03"/>
    <w:rsid w:val="00320F4B"/>
    <w:rsid w:val="00321046"/>
    <w:rsid w:val="0032110E"/>
    <w:rsid w:val="00321852"/>
    <w:rsid w:val="003221C4"/>
    <w:rsid w:val="003227C3"/>
    <w:rsid w:val="003248D4"/>
    <w:rsid w:val="00324945"/>
    <w:rsid w:val="00324CAF"/>
    <w:rsid w:val="00325EE1"/>
    <w:rsid w:val="00325F2C"/>
    <w:rsid w:val="00326375"/>
    <w:rsid w:val="0032687D"/>
    <w:rsid w:val="00326F90"/>
    <w:rsid w:val="003278BA"/>
    <w:rsid w:val="00327B1C"/>
    <w:rsid w:val="00330343"/>
    <w:rsid w:val="0033108B"/>
    <w:rsid w:val="00331740"/>
    <w:rsid w:val="003323EE"/>
    <w:rsid w:val="0033340F"/>
    <w:rsid w:val="00333C70"/>
    <w:rsid w:val="00334B9D"/>
    <w:rsid w:val="00334C83"/>
    <w:rsid w:val="0033549E"/>
    <w:rsid w:val="00335523"/>
    <w:rsid w:val="00335919"/>
    <w:rsid w:val="0033676E"/>
    <w:rsid w:val="00337610"/>
    <w:rsid w:val="00337E65"/>
    <w:rsid w:val="003402F2"/>
    <w:rsid w:val="003402F8"/>
    <w:rsid w:val="00341468"/>
    <w:rsid w:val="00341712"/>
    <w:rsid w:val="00341A2E"/>
    <w:rsid w:val="003428C2"/>
    <w:rsid w:val="00342CD8"/>
    <w:rsid w:val="00343AEE"/>
    <w:rsid w:val="00344469"/>
    <w:rsid w:val="003446EB"/>
    <w:rsid w:val="00344810"/>
    <w:rsid w:val="0034544A"/>
    <w:rsid w:val="00345E13"/>
    <w:rsid w:val="00346250"/>
    <w:rsid w:val="00346606"/>
    <w:rsid w:val="00346DA6"/>
    <w:rsid w:val="00350213"/>
    <w:rsid w:val="00350612"/>
    <w:rsid w:val="003510E6"/>
    <w:rsid w:val="00351554"/>
    <w:rsid w:val="00351839"/>
    <w:rsid w:val="0035191D"/>
    <w:rsid w:val="00352401"/>
    <w:rsid w:val="00352D5B"/>
    <w:rsid w:val="003532DE"/>
    <w:rsid w:val="00353764"/>
    <w:rsid w:val="00353977"/>
    <w:rsid w:val="00353D5E"/>
    <w:rsid w:val="00353D89"/>
    <w:rsid w:val="00353E07"/>
    <w:rsid w:val="00353FC3"/>
    <w:rsid w:val="00354078"/>
    <w:rsid w:val="00354E64"/>
    <w:rsid w:val="003559CC"/>
    <w:rsid w:val="003571D3"/>
    <w:rsid w:val="0035795D"/>
    <w:rsid w:val="00357ED6"/>
    <w:rsid w:val="00360255"/>
    <w:rsid w:val="00360941"/>
    <w:rsid w:val="00360D5A"/>
    <w:rsid w:val="00361515"/>
    <w:rsid w:val="003618DC"/>
    <w:rsid w:val="00361E68"/>
    <w:rsid w:val="00362188"/>
    <w:rsid w:val="0036221A"/>
    <w:rsid w:val="0036267F"/>
    <w:rsid w:val="0036277B"/>
    <w:rsid w:val="0036294C"/>
    <w:rsid w:val="003633E5"/>
    <w:rsid w:val="0036431E"/>
    <w:rsid w:val="00364A03"/>
    <w:rsid w:val="00364AF6"/>
    <w:rsid w:val="00364DE9"/>
    <w:rsid w:val="00365B85"/>
    <w:rsid w:val="00365CBB"/>
    <w:rsid w:val="0036653C"/>
    <w:rsid w:val="00366B77"/>
    <w:rsid w:val="00367A27"/>
    <w:rsid w:val="00367B4B"/>
    <w:rsid w:val="00367E39"/>
    <w:rsid w:val="00367FB9"/>
    <w:rsid w:val="00370488"/>
    <w:rsid w:val="00370ADC"/>
    <w:rsid w:val="00370DB5"/>
    <w:rsid w:val="00370FEB"/>
    <w:rsid w:val="00371DCE"/>
    <w:rsid w:val="0037279C"/>
    <w:rsid w:val="00372F2C"/>
    <w:rsid w:val="00373130"/>
    <w:rsid w:val="0037455F"/>
    <w:rsid w:val="00375199"/>
    <w:rsid w:val="00375703"/>
    <w:rsid w:val="00375A5C"/>
    <w:rsid w:val="00375B35"/>
    <w:rsid w:val="00375D18"/>
    <w:rsid w:val="003768CD"/>
    <w:rsid w:val="00377168"/>
    <w:rsid w:val="0038016A"/>
    <w:rsid w:val="0038027A"/>
    <w:rsid w:val="00380619"/>
    <w:rsid w:val="00380FCE"/>
    <w:rsid w:val="0038151E"/>
    <w:rsid w:val="003817D8"/>
    <w:rsid w:val="00381834"/>
    <w:rsid w:val="00382B05"/>
    <w:rsid w:val="00384387"/>
    <w:rsid w:val="0038580B"/>
    <w:rsid w:val="003861B2"/>
    <w:rsid w:val="003862B0"/>
    <w:rsid w:val="00386940"/>
    <w:rsid w:val="00387C18"/>
    <w:rsid w:val="00391270"/>
    <w:rsid w:val="003915D4"/>
    <w:rsid w:val="00392838"/>
    <w:rsid w:val="00392D05"/>
    <w:rsid w:val="00392D9B"/>
    <w:rsid w:val="00392E56"/>
    <w:rsid w:val="003931A6"/>
    <w:rsid w:val="00393EF2"/>
    <w:rsid w:val="00394FE5"/>
    <w:rsid w:val="00395374"/>
    <w:rsid w:val="0039580F"/>
    <w:rsid w:val="00396249"/>
    <w:rsid w:val="003962E6"/>
    <w:rsid w:val="003968A5"/>
    <w:rsid w:val="00396FD2"/>
    <w:rsid w:val="00397582"/>
    <w:rsid w:val="00397785"/>
    <w:rsid w:val="003977FE"/>
    <w:rsid w:val="00397BD6"/>
    <w:rsid w:val="003A12FA"/>
    <w:rsid w:val="003A1310"/>
    <w:rsid w:val="003A1553"/>
    <w:rsid w:val="003A1C13"/>
    <w:rsid w:val="003A2112"/>
    <w:rsid w:val="003A2157"/>
    <w:rsid w:val="003A2C33"/>
    <w:rsid w:val="003A2FF0"/>
    <w:rsid w:val="003A31FB"/>
    <w:rsid w:val="003A3886"/>
    <w:rsid w:val="003A5193"/>
    <w:rsid w:val="003A623E"/>
    <w:rsid w:val="003A6363"/>
    <w:rsid w:val="003A654B"/>
    <w:rsid w:val="003A66C7"/>
    <w:rsid w:val="003B0064"/>
    <w:rsid w:val="003B0307"/>
    <w:rsid w:val="003B0436"/>
    <w:rsid w:val="003B06D2"/>
    <w:rsid w:val="003B090A"/>
    <w:rsid w:val="003B0C65"/>
    <w:rsid w:val="003B1358"/>
    <w:rsid w:val="003B13CB"/>
    <w:rsid w:val="003B2D77"/>
    <w:rsid w:val="003B38D1"/>
    <w:rsid w:val="003B421B"/>
    <w:rsid w:val="003B45F0"/>
    <w:rsid w:val="003B4FA5"/>
    <w:rsid w:val="003B513A"/>
    <w:rsid w:val="003B5922"/>
    <w:rsid w:val="003B5E4E"/>
    <w:rsid w:val="003B709A"/>
    <w:rsid w:val="003B7237"/>
    <w:rsid w:val="003B7538"/>
    <w:rsid w:val="003B75C8"/>
    <w:rsid w:val="003B75E8"/>
    <w:rsid w:val="003B7AE0"/>
    <w:rsid w:val="003B7EF7"/>
    <w:rsid w:val="003C0035"/>
    <w:rsid w:val="003C10D0"/>
    <w:rsid w:val="003C1917"/>
    <w:rsid w:val="003C1FB7"/>
    <w:rsid w:val="003C2291"/>
    <w:rsid w:val="003C2ECF"/>
    <w:rsid w:val="003C34ED"/>
    <w:rsid w:val="003C3A0D"/>
    <w:rsid w:val="003C41AB"/>
    <w:rsid w:val="003C44CB"/>
    <w:rsid w:val="003C47E4"/>
    <w:rsid w:val="003C4F68"/>
    <w:rsid w:val="003C514C"/>
    <w:rsid w:val="003C5C8A"/>
    <w:rsid w:val="003C5D3B"/>
    <w:rsid w:val="003C6066"/>
    <w:rsid w:val="003C6F31"/>
    <w:rsid w:val="003C750B"/>
    <w:rsid w:val="003D0F16"/>
    <w:rsid w:val="003D11D0"/>
    <w:rsid w:val="003D23A6"/>
    <w:rsid w:val="003D3433"/>
    <w:rsid w:val="003D3DFB"/>
    <w:rsid w:val="003D4E63"/>
    <w:rsid w:val="003D5F20"/>
    <w:rsid w:val="003D7314"/>
    <w:rsid w:val="003D7425"/>
    <w:rsid w:val="003D74C2"/>
    <w:rsid w:val="003D7566"/>
    <w:rsid w:val="003D782E"/>
    <w:rsid w:val="003D797F"/>
    <w:rsid w:val="003E014E"/>
    <w:rsid w:val="003E0D5F"/>
    <w:rsid w:val="003E0E7B"/>
    <w:rsid w:val="003E2211"/>
    <w:rsid w:val="003E243B"/>
    <w:rsid w:val="003E2B28"/>
    <w:rsid w:val="003E2B9B"/>
    <w:rsid w:val="003E2C99"/>
    <w:rsid w:val="003E30DA"/>
    <w:rsid w:val="003E3759"/>
    <w:rsid w:val="003E411E"/>
    <w:rsid w:val="003E42BF"/>
    <w:rsid w:val="003E4623"/>
    <w:rsid w:val="003E4974"/>
    <w:rsid w:val="003E513D"/>
    <w:rsid w:val="003E53AE"/>
    <w:rsid w:val="003E607B"/>
    <w:rsid w:val="003E66BD"/>
    <w:rsid w:val="003E67CE"/>
    <w:rsid w:val="003E6A66"/>
    <w:rsid w:val="003E6E44"/>
    <w:rsid w:val="003E6F42"/>
    <w:rsid w:val="003E7C88"/>
    <w:rsid w:val="003E7F71"/>
    <w:rsid w:val="003F014F"/>
    <w:rsid w:val="003F0304"/>
    <w:rsid w:val="003F1181"/>
    <w:rsid w:val="003F1688"/>
    <w:rsid w:val="003F20EB"/>
    <w:rsid w:val="003F3413"/>
    <w:rsid w:val="003F3561"/>
    <w:rsid w:val="003F3963"/>
    <w:rsid w:val="003F4444"/>
    <w:rsid w:val="003F5FE9"/>
    <w:rsid w:val="003F66EC"/>
    <w:rsid w:val="003F7572"/>
    <w:rsid w:val="003F7BF5"/>
    <w:rsid w:val="0040173B"/>
    <w:rsid w:val="0040296C"/>
    <w:rsid w:val="0040297D"/>
    <w:rsid w:val="00402C88"/>
    <w:rsid w:val="00402E35"/>
    <w:rsid w:val="00402F0F"/>
    <w:rsid w:val="004032BE"/>
    <w:rsid w:val="00403A99"/>
    <w:rsid w:val="004059F9"/>
    <w:rsid w:val="00406180"/>
    <w:rsid w:val="0040642C"/>
    <w:rsid w:val="00406570"/>
    <w:rsid w:val="00406927"/>
    <w:rsid w:val="00406DEB"/>
    <w:rsid w:val="004078C4"/>
    <w:rsid w:val="00410684"/>
    <w:rsid w:val="00410BFD"/>
    <w:rsid w:val="00410E39"/>
    <w:rsid w:val="00411195"/>
    <w:rsid w:val="004114AC"/>
    <w:rsid w:val="00411642"/>
    <w:rsid w:val="00411CDE"/>
    <w:rsid w:val="004123E9"/>
    <w:rsid w:val="00412487"/>
    <w:rsid w:val="00412FE8"/>
    <w:rsid w:val="00413815"/>
    <w:rsid w:val="004138AB"/>
    <w:rsid w:val="0041404D"/>
    <w:rsid w:val="00414D0D"/>
    <w:rsid w:val="00414D10"/>
    <w:rsid w:val="00414F3F"/>
    <w:rsid w:val="0041528B"/>
    <w:rsid w:val="00416420"/>
    <w:rsid w:val="004167D1"/>
    <w:rsid w:val="00416B69"/>
    <w:rsid w:val="00417EA9"/>
    <w:rsid w:val="004205F6"/>
    <w:rsid w:val="004206D2"/>
    <w:rsid w:val="00420999"/>
    <w:rsid w:val="00420C98"/>
    <w:rsid w:val="00420F18"/>
    <w:rsid w:val="004216D4"/>
    <w:rsid w:val="00421B98"/>
    <w:rsid w:val="00422975"/>
    <w:rsid w:val="00422C56"/>
    <w:rsid w:val="004232B6"/>
    <w:rsid w:val="004233C5"/>
    <w:rsid w:val="004234CF"/>
    <w:rsid w:val="00423644"/>
    <w:rsid w:val="004252FD"/>
    <w:rsid w:val="004255C0"/>
    <w:rsid w:val="004259E0"/>
    <w:rsid w:val="00425E16"/>
    <w:rsid w:val="004264A7"/>
    <w:rsid w:val="00426E08"/>
    <w:rsid w:val="00427A2A"/>
    <w:rsid w:val="00427D43"/>
    <w:rsid w:val="00427EBA"/>
    <w:rsid w:val="00430AEF"/>
    <w:rsid w:val="00430ECF"/>
    <w:rsid w:val="00431C19"/>
    <w:rsid w:val="00433576"/>
    <w:rsid w:val="0043358F"/>
    <w:rsid w:val="00433AB1"/>
    <w:rsid w:val="00434CF1"/>
    <w:rsid w:val="00434EE4"/>
    <w:rsid w:val="0043516C"/>
    <w:rsid w:val="0043523B"/>
    <w:rsid w:val="0043622E"/>
    <w:rsid w:val="0043656C"/>
    <w:rsid w:val="004370AF"/>
    <w:rsid w:val="0043713F"/>
    <w:rsid w:val="004374DA"/>
    <w:rsid w:val="00437D95"/>
    <w:rsid w:val="00437E6B"/>
    <w:rsid w:val="00437F7B"/>
    <w:rsid w:val="004406F8"/>
    <w:rsid w:val="004407D8"/>
    <w:rsid w:val="004408B2"/>
    <w:rsid w:val="00440E50"/>
    <w:rsid w:val="004411F7"/>
    <w:rsid w:val="00441A05"/>
    <w:rsid w:val="00441D51"/>
    <w:rsid w:val="00441D89"/>
    <w:rsid w:val="00441E7D"/>
    <w:rsid w:val="00442397"/>
    <w:rsid w:val="0044297F"/>
    <w:rsid w:val="00443731"/>
    <w:rsid w:val="00443D7F"/>
    <w:rsid w:val="00443FF5"/>
    <w:rsid w:val="00445BD0"/>
    <w:rsid w:val="0044655F"/>
    <w:rsid w:val="00446859"/>
    <w:rsid w:val="00446B5F"/>
    <w:rsid w:val="0044704B"/>
    <w:rsid w:val="00447667"/>
    <w:rsid w:val="004479A0"/>
    <w:rsid w:val="00447EB5"/>
    <w:rsid w:val="00450A56"/>
    <w:rsid w:val="00451340"/>
    <w:rsid w:val="0045156B"/>
    <w:rsid w:val="00451C01"/>
    <w:rsid w:val="00451FEF"/>
    <w:rsid w:val="0045206F"/>
    <w:rsid w:val="00452B19"/>
    <w:rsid w:val="004537CC"/>
    <w:rsid w:val="00453EA3"/>
    <w:rsid w:val="00454A3D"/>
    <w:rsid w:val="00455243"/>
    <w:rsid w:val="00455A71"/>
    <w:rsid w:val="004561A4"/>
    <w:rsid w:val="0045764D"/>
    <w:rsid w:val="004578AF"/>
    <w:rsid w:val="00457CC7"/>
    <w:rsid w:val="004602C8"/>
    <w:rsid w:val="0046076B"/>
    <w:rsid w:val="00460E14"/>
    <w:rsid w:val="00461223"/>
    <w:rsid w:val="00461FB8"/>
    <w:rsid w:val="00462335"/>
    <w:rsid w:val="0046387A"/>
    <w:rsid w:val="00464705"/>
    <w:rsid w:val="00464AA6"/>
    <w:rsid w:val="004650C4"/>
    <w:rsid w:val="00466575"/>
    <w:rsid w:val="00467498"/>
    <w:rsid w:val="00467DC1"/>
    <w:rsid w:val="00470078"/>
    <w:rsid w:val="004703DA"/>
    <w:rsid w:val="0047076C"/>
    <w:rsid w:val="00470783"/>
    <w:rsid w:val="004710B6"/>
    <w:rsid w:val="004715EB"/>
    <w:rsid w:val="00471631"/>
    <w:rsid w:val="00471F4E"/>
    <w:rsid w:val="0047217D"/>
    <w:rsid w:val="00472520"/>
    <w:rsid w:val="004733AC"/>
    <w:rsid w:val="004737BD"/>
    <w:rsid w:val="00474F1A"/>
    <w:rsid w:val="004754E3"/>
    <w:rsid w:val="00475689"/>
    <w:rsid w:val="00475832"/>
    <w:rsid w:val="00475949"/>
    <w:rsid w:val="00475962"/>
    <w:rsid w:val="00475C95"/>
    <w:rsid w:val="00475E13"/>
    <w:rsid w:val="00475F6A"/>
    <w:rsid w:val="004760A4"/>
    <w:rsid w:val="004777B2"/>
    <w:rsid w:val="00480213"/>
    <w:rsid w:val="004808A9"/>
    <w:rsid w:val="00481A26"/>
    <w:rsid w:val="00481E89"/>
    <w:rsid w:val="00482782"/>
    <w:rsid w:val="00482A8F"/>
    <w:rsid w:val="00482B87"/>
    <w:rsid w:val="00482BDD"/>
    <w:rsid w:val="00484095"/>
    <w:rsid w:val="0048410F"/>
    <w:rsid w:val="00484AD6"/>
    <w:rsid w:val="00484D94"/>
    <w:rsid w:val="00485968"/>
    <w:rsid w:val="004860AD"/>
    <w:rsid w:val="00486200"/>
    <w:rsid w:val="00486375"/>
    <w:rsid w:val="0048661F"/>
    <w:rsid w:val="004868A7"/>
    <w:rsid w:val="00487E66"/>
    <w:rsid w:val="00487FEC"/>
    <w:rsid w:val="00490E40"/>
    <w:rsid w:val="00491241"/>
    <w:rsid w:val="00494507"/>
    <w:rsid w:val="00494516"/>
    <w:rsid w:val="00494C87"/>
    <w:rsid w:val="0049582B"/>
    <w:rsid w:val="00495B8A"/>
    <w:rsid w:val="00495F4F"/>
    <w:rsid w:val="00496049"/>
    <w:rsid w:val="00496DC1"/>
    <w:rsid w:val="00497068"/>
    <w:rsid w:val="0049718A"/>
    <w:rsid w:val="004971D4"/>
    <w:rsid w:val="00497905"/>
    <w:rsid w:val="00497EDB"/>
    <w:rsid w:val="00497EE8"/>
    <w:rsid w:val="004A1929"/>
    <w:rsid w:val="004A1D36"/>
    <w:rsid w:val="004A2036"/>
    <w:rsid w:val="004A30F2"/>
    <w:rsid w:val="004A37C7"/>
    <w:rsid w:val="004A3D1E"/>
    <w:rsid w:val="004A436A"/>
    <w:rsid w:val="004A4421"/>
    <w:rsid w:val="004A463E"/>
    <w:rsid w:val="004A4E9F"/>
    <w:rsid w:val="004A5C50"/>
    <w:rsid w:val="004A6788"/>
    <w:rsid w:val="004A7C89"/>
    <w:rsid w:val="004A7DE5"/>
    <w:rsid w:val="004A7F14"/>
    <w:rsid w:val="004B0CFF"/>
    <w:rsid w:val="004B14E8"/>
    <w:rsid w:val="004B167C"/>
    <w:rsid w:val="004B18F0"/>
    <w:rsid w:val="004B1D34"/>
    <w:rsid w:val="004B3475"/>
    <w:rsid w:val="004B3636"/>
    <w:rsid w:val="004B375E"/>
    <w:rsid w:val="004B3B91"/>
    <w:rsid w:val="004B3B95"/>
    <w:rsid w:val="004B5861"/>
    <w:rsid w:val="004B6DEC"/>
    <w:rsid w:val="004B7159"/>
    <w:rsid w:val="004B7705"/>
    <w:rsid w:val="004B78EC"/>
    <w:rsid w:val="004B7A83"/>
    <w:rsid w:val="004C0210"/>
    <w:rsid w:val="004C04B2"/>
    <w:rsid w:val="004C0525"/>
    <w:rsid w:val="004C1314"/>
    <w:rsid w:val="004C13C1"/>
    <w:rsid w:val="004C3793"/>
    <w:rsid w:val="004C38AD"/>
    <w:rsid w:val="004C4333"/>
    <w:rsid w:val="004C4BE9"/>
    <w:rsid w:val="004C6296"/>
    <w:rsid w:val="004C6606"/>
    <w:rsid w:val="004C6CC8"/>
    <w:rsid w:val="004C7A5C"/>
    <w:rsid w:val="004C7A99"/>
    <w:rsid w:val="004C7C54"/>
    <w:rsid w:val="004D0319"/>
    <w:rsid w:val="004D0403"/>
    <w:rsid w:val="004D0E68"/>
    <w:rsid w:val="004D2093"/>
    <w:rsid w:val="004D2D22"/>
    <w:rsid w:val="004D505E"/>
    <w:rsid w:val="004D514F"/>
    <w:rsid w:val="004D5285"/>
    <w:rsid w:val="004D603E"/>
    <w:rsid w:val="004D66A2"/>
    <w:rsid w:val="004D79C5"/>
    <w:rsid w:val="004E1213"/>
    <w:rsid w:val="004E1B9C"/>
    <w:rsid w:val="004E1CED"/>
    <w:rsid w:val="004E2070"/>
    <w:rsid w:val="004E25FD"/>
    <w:rsid w:val="004E335E"/>
    <w:rsid w:val="004E404F"/>
    <w:rsid w:val="004E40B6"/>
    <w:rsid w:val="004E5A6E"/>
    <w:rsid w:val="004E5EFD"/>
    <w:rsid w:val="004E6344"/>
    <w:rsid w:val="004E6B88"/>
    <w:rsid w:val="004E78A3"/>
    <w:rsid w:val="004F0AC1"/>
    <w:rsid w:val="004F21DB"/>
    <w:rsid w:val="004F2C40"/>
    <w:rsid w:val="004F2F69"/>
    <w:rsid w:val="004F2FB9"/>
    <w:rsid w:val="004F2FE4"/>
    <w:rsid w:val="004F37A6"/>
    <w:rsid w:val="004F3F84"/>
    <w:rsid w:val="004F3FB5"/>
    <w:rsid w:val="004F4672"/>
    <w:rsid w:val="004F49FC"/>
    <w:rsid w:val="004F57AC"/>
    <w:rsid w:val="004F58E8"/>
    <w:rsid w:val="004F5BAF"/>
    <w:rsid w:val="004F61DB"/>
    <w:rsid w:val="004F62D1"/>
    <w:rsid w:val="004F6B72"/>
    <w:rsid w:val="004F6C1D"/>
    <w:rsid w:val="004F7464"/>
    <w:rsid w:val="004F7CFD"/>
    <w:rsid w:val="00500023"/>
    <w:rsid w:val="00500471"/>
    <w:rsid w:val="00500D92"/>
    <w:rsid w:val="00502838"/>
    <w:rsid w:val="00502A65"/>
    <w:rsid w:val="00502B99"/>
    <w:rsid w:val="00502B9D"/>
    <w:rsid w:val="00502C92"/>
    <w:rsid w:val="00503375"/>
    <w:rsid w:val="005035F1"/>
    <w:rsid w:val="00503C0B"/>
    <w:rsid w:val="0050475A"/>
    <w:rsid w:val="00504C24"/>
    <w:rsid w:val="00505507"/>
    <w:rsid w:val="005056AD"/>
    <w:rsid w:val="00505715"/>
    <w:rsid w:val="0050689D"/>
    <w:rsid w:val="005073A1"/>
    <w:rsid w:val="00507CCC"/>
    <w:rsid w:val="00507E36"/>
    <w:rsid w:val="0051007D"/>
    <w:rsid w:val="00510123"/>
    <w:rsid w:val="005101CA"/>
    <w:rsid w:val="005102CD"/>
    <w:rsid w:val="00510438"/>
    <w:rsid w:val="00511049"/>
    <w:rsid w:val="00511173"/>
    <w:rsid w:val="00512790"/>
    <w:rsid w:val="00512A5A"/>
    <w:rsid w:val="00512DE2"/>
    <w:rsid w:val="00513198"/>
    <w:rsid w:val="00514313"/>
    <w:rsid w:val="00514732"/>
    <w:rsid w:val="00515A8F"/>
    <w:rsid w:val="0051722D"/>
    <w:rsid w:val="00517340"/>
    <w:rsid w:val="005209A5"/>
    <w:rsid w:val="00521146"/>
    <w:rsid w:val="005213C0"/>
    <w:rsid w:val="005218D0"/>
    <w:rsid w:val="00521A46"/>
    <w:rsid w:val="00522DD7"/>
    <w:rsid w:val="00523462"/>
    <w:rsid w:val="005239D6"/>
    <w:rsid w:val="00524317"/>
    <w:rsid w:val="0052439F"/>
    <w:rsid w:val="005245B9"/>
    <w:rsid w:val="005245CA"/>
    <w:rsid w:val="005247B6"/>
    <w:rsid w:val="005247D7"/>
    <w:rsid w:val="00524CE7"/>
    <w:rsid w:val="00525288"/>
    <w:rsid w:val="00525CC7"/>
    <w:rsid w:val="00525FBE"/>
    <w:rsid w:val="00526141"/>
    <w:rsid w:val="00526254"/>
    <w:rsid w:val="005262E5"/>
    <w:rsid w:val="00526F35"/>
    <w:rsid w:val="005274FF"/>
    <w:rsid w:val="00527A18"/>
    <w:rsid w:val="00530441"/>
    <w:rsid w:val="0053151E"/>
    <w:rsid w:val="00531819"/>
    <w:rsid w:val="00531837"/>
    <w:rsid w:val="0053245A"/>
    <w:rsid w:val="00532CF5"/>
    <w:rsid w:val="00532EBC"/>
    <w:rsid w:val="005335D9"/>
    <w:rsid w:val="005337B8"/>
    <w:rsid w:val="00533956"/>
    <w:rsid w:val="0053403E"/>
    <w:rsid w:val="00534453"/>
    <w:rsid w:val="0053456A"/>
    <w:rsid w:val="0053458A"/>
    <w:rsid w:val="0053475B"/>
    <w:rsid w:val="00534A24"/>
    <w:rsid w:val="00534BD0"/>
    <w:rsid w:val="00535036"/>
    <w:rsid w:val="00535651"/>
    <w:rsid w:val="00535A73"/>
    <w:rsid w:val="00535FFD"/>
    <w:rsid w:val="00536DB1"/>
    <w:rsid w:val="00537147"/>
    <w:rsid w:val="0053738F"/>
    <w:rsid w:val="0053776F"/>
    <w:rsid w:val="0053796B"/>
    <w:rsid w:val="00537DB0"/>
    <w:rsid w:val="00540552"/>
    <w:rsid w:val="00540863"/>
    <w:rsid w:val="00540C95"/>
    <w:rsid w:val="005414E6"/>
    <w:rsid w:val="005420B5"/>
    <w:rsid w:val="0054257E"/>
    <w:rsid w:val="0054289F"/>
    <w:rsid w:val="00543751"/>
    <w:rsid w:val="00543B2D"/>
    <w:rsid w:val="005440BF"/>
    <w:rsid w:val="005443DA"/>
    <w:rsid w:val="005453D7"/>
    <w:rsid w:val="005454B2"/>
    <w:rsid w:val="0054677E"/>
    <w:rsid w:val="00547272"/>
    <w:rsid w:val="0054763A"/>
    <w:rsid w:val="00550D89"/>
    <w:rsid w:val="00550E8B"/>
    <w:rsid w:val="00551A70"/>
    <w:rsid w:val="00551EF1"/>
    <w:rsid w:val="00552A54"/>
    <w:rsid w:val="00553DD7"/>
    <w:rsid w:val="00554431"/>
    <w:rsid w:val="00555587"/>
    <w:rsid w:val="00555D6B"/>
    <w:rsid w:val="005571CF"/>
    <w:rsid w:val="005575CF"/>
    <w:rsid w:val="005611E5"/>
    <w:rsid w:val="005613D7"/>
    <w:rsid w:val="00561545"/>
    <w:rsid w:val="00561E2A"/>
    <w:rsid w:val="005620F9"/>
    <w:rsid w:val="0056271A"/>
    <w:rsid w:val="005629C8"/>
    <w:rsid w:val="00562C13"/>
    <w:rsid w:val="005641B1"/>
    <w:rsid w:val="005652F5"/>
    <w:rsid w:val="00566283"/>
    <w:rsid w:val="00566737"/>
    <w:rsid w:val="00566E88"/>
    <w:rsid w:val="00566EE0"/>
    <w:rsid w:val="00567C14"/>
    <w:rsid w:val="00571069"/>
    <w:rsid w:val="005719EF"/>
    <w:rsid w:val="00571E12"/>
    <w:rsid w:val="00572A33"/>
    <w:rsid w:val="00572E37"/>
    <w:rsid w:val="00573003"/>
    <w:rsid w:val="00573883"/>
    <w:rsid w:val="00573BA7"/>
    <w:rsid w:val="005741C3"/>
    <w:rsid w:val="005747B6"/>
    <w:rsid w:val="00574FC4"/>
    <w:rsid w:val="00575601"/>
    <w:rsid w:val="005765C2"/>
    <w:rsid w:val="005765EB"/>
    <w:rsid w:val="00576890"/>
    <w:rsid w:val="005778D7"/>
    <w:rsid w:val="00580D2D"/>
    <w:rsid w:val="00581999"/>
    <w:rsid w:val="00581E08"/>
    <w:rsid w:val="005821F2"/>
    <w:rsid w:val="0058259B"/>
    <w:rsid w:val="005834AD"/>
    <w:rsid w:val="005835D3"/>
    <w:rsid w:val="00583709"/>
    <w:rsid w:val="00583C66"/>
    <w:rsid w:val="00583F48"/>
    <w:rsid w:val="0058456B"/>
    <w:rsid w:val="005856BF"/>
    <w:rsid w:val="005859E8"/>
    <w:rsid w:val="00586364"/>
    <w:rsid w:val="0058788A"/>
    <w:rsid w:val="005905A3"/>
    <w:rsid w:val="00591579"/>
    <w:rsid w:val="005915AB"/>
    <w:rsid w:val="00591EF0"/>
    <w:rsid w:val="005922DA"/>
    <w:rsid w:val="005923AB"/>
    <w:rsid w:val="005926B1"/>
    <w:rsid w:val="00593B01"/>
    <w:rsid w:val="005942AD"/>
    <w:rsid w:val="00594C68"/>
    <w:rsid w:val="005956B9"/>
    <w:rsid w:val="005956E7"/>
    <w:rsid w:val="0059652B"/>
    <w:rsid w:val="00596669"/>
    <w:rsid w:val="00597018"/>
    <w:rsid w:val="0059721F"/>
    <w:rsid w:val="005A08AD"/>
    <w:rsid w:val="005A1E37"/>
    <w:rsid w:val="005A2323"/>
    <w:rsid w:val="005A2A2E"/>
    <w:rsid w:val="005A319D"/>
    <w:rsid w:val="005A3EEE"/>
    <w:rsid w:val="005A443A"/>
    <w:rsid w:val="005A4BA5"/>
    <w:rsid w:val="005A4C40"/>
    <w:rsid w:val="005A5507"/>
    <w:rsid w:val="005A6234"/>
    <w:rsid w:val="005A660F"/>
    <w:rsid w:val="005A6AD1"/>
    <w:rsid w:val="005A6AF4"/>
    <w:rsid w:val="005A79C6"/>
    <w:rsid w:val="005B0773"/>
    <w:rsid w:val="005B0A1A"/>
    <w:rsid w:val="005B0FC2"/>
    <w:rsid w:val="005B1456"/>
    <w:rsid w:val="005B1E3D"/>
    <w:rsid w:val="005B21BA"/>
    <w:rsid w:val="005B4457"/>
    <w:rsid w:val="005B49AA"/>
    <w:rsid w:val="005B50DB"/>
    <w:rsid w:val="005B53F7"/>
    <w:rsid w:val="005B5BEC"/>
    <w:rsid w:val="005B5D85"/>
    <w:rsid w:val="005B6396"/>
    <w:rsid w:val="005B69D6"/>
    <w:rsid w:val="005B6FD3"/>
    <w:rsid w:val="005B78FA"/>
    <w:rsid w:val="005B7D35"/>
    <w:rsid w:val="005C0335"/>
    <w:rsid w:val="005C0D20"/>
    <w:rsid w:val="005C0F39"/>
    <w:rsid w:val="005C1561"/>
    <w:rsid w:val="005C183C"/>
    <w:rsid w:val="005C19B8"/>
    <w:rsid w:val="005C1B04"/>
    <w:rsid w:val="005C20C9"/>
    <w:rsid w:val="005C2167"/>
    <w:rsid w:val="005C22C1"/>
    <w:rsid w:val="005C2311"/>
    <w:rsid w:val="005C2498"/>
    <w:rsid w:val="005C265D"/>
    <w:rsid w:val="005C2BF2"/>
    <w:rsid w:val="005C3021"/>
    <w:rsid w:val="005C3063"/>
    <w:rsid w:val="005C3537"/>
    <w:rsid w:val="005C43C0"/>
    <w:rsid w:val="005C476D"/>
    <w:rsid w:val="005C4CF6"/>
    <w:rsid w:val="005C4F50"/>
    <w:rsid w:val="005C5065"/>
    <w:rsid w:val="005C5A48"/>
    <w:rsid w:val="005C5BE8"/>
    <w:rsid w:val="005C66D2"/>
    <w:rsid w:val="005C7195"/>
    <w:rsid w:val="005C71F2"/>
    <w:rsid w:val="005C7715"/>
    <w:rsid w:val="005D00B2"/>
    <w:rsid w:val="005D0E55"/>
    <w:rsid w:val="005D124E"/>
    <w:rsid w:val="005D1F1D"/>
    <w:rsid w:val="005D205E"/>
    <w:rsid w:val="005D2572"/>
    <w:rsid w:val="005D2C05"/>
    <w:rsid w:val="005D345A"/>
    <w:rsid w:val="005D36AE"/>
    <w:rsid w:val="005D4088"/>
    <w:rsid w:val="005D4582"/>
    <w:rsid w:val="005D4A16"/>
    <w:rsid w:val="005D4A25"/>
    <w:rsid w:val="005D5956"/>
    <w:rsid w:val="005D5DD6"/>
    <w:rsid w:val="005D66AD"/>
    <w:rsid w:val="005D6901"/>
    <w:rsid w:val="005D7D93"/>
    <w:rsid w:val="005E013F"/>
    <w:rsid w:val="005E0395"/>
    <w:rsid w:val="005E126B"/>
    <w:rsid w:val="005E1B4E"/>
    <w:rsid w:val="005E2E19"/>
    <w:rsid w:val="005E40C7"/>
    <w:rsid w:val="005E472F"/>
    <w:rsid w:val="005E4EA7"/>
    <w:rsid w:val="005E592F"/>
    <w:rsid w:val="005E681A"/>
    <w:rsid w:val="005E6BC5"/>
    <w:rsid w:val="005E700A"/>
    <w:rsid w:val="005E72BF"/>
    <w:rsid w:val="005E7418"/>
    <w:rsid w:val="005E74A0"/>
    <w:rsid w:val="005E787A"/>
    <w:rsid w:val="005E7C0F"/>
    <w:rsid w:val="005E7DD6"/>
    <w:rsid w:val="005F0273"/>
    <w:rsid w:val="005F0430"/>
    <w:rsid w:val="005F079F"/>
    <w:rsid w:val="005F1C5C"/>
    <w:rsid w:val="005F24B8"/>
    <w:rsid w:val="005F2531"/>
    <w:rsid w:val="005F2935"/>
    <w:rsid w:val="005F2D1F"/>
    <w:rsid w:val="005F2EE8"/>
    <w:rsid w:val="005F3841"/>
    <w:rsid w:val="005F3B90"/>
    <w:rsid w:val="005F3BC2"/>
    <w:rsid w:val="005F56A7"/>
    <w:rsid w:val="005F58CC"/>
    <w:rsid w:val="005F592C"/>
    <w:rsid w:val="005F5CF1"/>
    <w:rsid w:val="005F652B"/>
    <w:rsid w:val="005F6E13"/>
    <w:rsid w:val="005F7DBD"/>
    <w:rsid w:val="00600576"/>
    <w:rsid w:val="0060064E"/>
    <w:rsid w:val="006018FD"/>
    <w:rsid w:val="00601B50"/>
    <w:rsid w:val="00601C9D"/>
    <w:rsid w:val="00602211"/>
    <w:rsid w:val="00603043"/>
    <w:rsid w:val="00603714"/>
    <w:rsid w:val="00603906"/>
    <w:rsid w:val="00603EB1"/>
    <w:rsid w:val="00604792"/>
    <w:rsid w:val="006048FE"/>
    <w:rsid w:val="0060534F"/>
    <w:rsid w:val="006057A6"/>
    <w:rsid w:val="00605F28"/>
    <w:rsid w:val="0060648F"/>
    <w:rsid w:val="00606622"/>
    <w:rsid w:val="00606C7F"/>
    <w:rsid w:val="00607273"/>
    <w:rsid w:val="00611462"/>
    <w:rsid w:val="00611549"/>
    <w:rsid w:val="006133AD"/>
    <w:rsid w:val="0061393A"/>
    <w:rsid w:val="00613A36"/>
    <w:rsid w:val="00614182"/>
    <w:rsid w:val="00614985"/>
    <w:rsid w:val="006155A7"/>
    <w:rsid w:val="006157EA"/>
    <w:rsid w:val="0061691B"/>
    <w:rsid w:val="006173A8"/>
    <w:rsid w:val="00617CB5"/>
    <w:rsid w:val="006201C1"/>
    <w:rsid w:val="0062054F"/>
    <w:rsid w:val="00620F76"/>
    <w:rsid w:val="00620FDD"/>
    <w:rsid w:val="0062158E"/>
    <w:rsid w:val="006217BB"/>
    <w:rsid w:val="006217E8"/>
    <w:rsid w:val="00621873"/>
    <w:rsid w:val="006219FC"/>
    <w:rsid w:val="00621EBF"/>
    <w:rsid w:val="0062274D"/>
    <w:rsid w:val="006230CF"/>
    <w:rsid w:val="006230D3"/>
    <w:rsid w:val="00623465"/>
    <w:rsid w:val="00623F7C"/>
    <w:rsid w:val="0062427B"/>
    <w:rsid w:val="006242F4"/>
    <w:rsid w:val="006247E7"/>
    <w:rsid w:val="0062495C"/>
    <w:rsid w:val="00624991"/>
    <w:rsid w:val="00625801"/>
    <w:rsid w:val="0062590F"/>
    <w:rsid w:val="00625CF6"/>
    <w:rsid w:val="006268B6"/>
    <w:rsid w:val="00627F0B"/>
    <w:rsid w:val="00630923"/>
    <w:rsid w:val="00630A19"/>
    <w:rsid w:val="0063102A"/>
    <w:rsid w:val="006318FB"/>
    <w:rsid w:val="00631BD2"/>
    <w:rsid w:val="00631CE4"/>
    <w:rsid w:val="00631E12"/>
    <w:rsid w:val="006324E0"/>
    <w:rsid w:val="00632869"/>
    <w:rsid w:val="00632A53"/>
    <w:rsid w:val="0063376E"/>
    <w:rsid w:val="006338E2"/>
    <w:rsid w:val="00635135"/>
    <w:rsid w:val="00635B95"/>
    <w:rsid w:val="00635D3A"/>
    <w:rsid w:val="00635D59"/>
    <w:rsid w:val="00637044"/>
    <w:rsid w:val="00637167"/>
    <w:rsid w:val="00637976"/>
    <w:rsid w:val="00637E3E"/>
    <w:rsid w:val="006408ED"/>
    <w:rsid w:val="00640D8B"/>
    <w:rsid w:val="00641203"/>
    <w:rsid w:val="0064152F"/>
    <w:rsid w:val="00641C16"/>
    <w:rsid w:val="006425F6"/>
    <w:rsid w:val="00642898"/>
    <w:rsid w:val="00643115"/>
    <w:rsid w:val="0064357F"/>
    <w:rsid w:val="00644C2F"/>
    <w:rsid w:val="00644DB2"/>
    <w:rsid w:val="00646200"/>
    <w:rsid w:val="00646CE3"/>
    <w:rsid w:val="00647044"/>
    <w:rsid w:val="0065057C"/>
    <w:rsid w:val="006511FA"/>
    <w:rsid w:val="00651277"/>
    <w:rsid w:val="006512B1"/>
    <w:rsid w:val="00652084"/>
    <w:rsid w:val="006520DE"/>
    <w:rsid w:val="00652E6E"/>
    <w:rsid w:val="00652F07"/>
    <w:rsid w:val="00652F3C"/>
    <w:rsid w:val="006536BA"/>
    <w:rsid w:val="00654C46"/>
    <w:rsid w:val="00655425"/>
    <w:rsid w:val="006560B8"/>
    <w:rsid w:val="00656B68"/>
    <w:rsid w:val="0066280E"/>
    <w:rsid w:val="00662EDE"/>
    <w:rsid w:val="0066357F"/>
    <w:rsid w:val="00664A4E"/>
    <w:rsid w:val="00664B32"/>
    <w:rsid w:val="00664BFB"/>
    <w:rsid w:val="00665595"/>
    <w:rsid w:val="00666A81"/>
    <w:rsid w:val="006673A0"/>
    <w:rsid w:val="00667425"/>
    <w:rsid w:val="00667EF1"/>
    <w:rsid w:val="0067063D"/>
    <w:rsid w:val="0067083D"/>
    <w:rsid w:val="00670A59"/>
    <w:rsid w:val="0067102B"/>
    <w:rsid w:val="006714B8"/>
    <w:rsid w:val="00671723"/>
    <w:rsid w:val="0067212C"/>
    <w:rsid w:val="0067250E"/>
    <w:rsid w:val="00672559"/>
    <w:rsid w:val="00673859"/>
    <w:rsid w:val="0067393E"/>
    <w:rsid w:val="006742B0"/>
    <w:rsid w:val="00674CDB"/>
    <w:rsid w:val="00675BC4"/>
    <w:rsid w:val="00675D60"/>
    <w:rsid w:val="006764DB"/>
    <w:rsid w:val="0067664B"/>
    <w:rsid w:val="00676C9C"/>
    <w:rsid w:val="00680B64"/>
    <w:rsid w:val="00680B8F"/>
    <w:rsid w:val="0068155C"/>
    <w:rsid w:val="00681FDC"/>
    <w:rsid w:val="00683301"/>
    <w:rsid w:val="006833E0"/>
    <w:rsid w:val="00683527"/>
    <w:rsid w:val="00684035"/>
    <w:rsid w:val="00684497"/>
    <w:rsid w:val="0068469D"/>
    <w:rsid w:val="00685856"/>
    <w:rsid w:val="00685CF5"/>
    <w:rsid w:val="00685D71"/>
    <w:rsid w:val="00685F2C"/>
    <w:rsid w:val="00686C3A"/>
    <w:rsid w:val="00690177"/>
    <w:rsid w:val="006916EC"/>
    <w:rsid w:val="0069186E"/>
    <w:rsid w:val="00691F15"/>
    <w:rsid w:val="00692CF5"/>
    <w:rsid w:val="00692DBF"/>
    <w:rsid w:val="00693330"/>
    <w:rsid w:val="00693CC0"/>
    <w:rsid w:val="006946F2"/>
    <w:rsid w:val="0069476A"/>
    <w:rsid w:val="0069523D"/>
    <w:rsid w:val="00696461"/>
    <w:rsid w:val="006966E5"/>
    <w:rsid w:val="006967C7"/>
    <w:rsid w:val="0069736E"/>
    <w:rsid w:val="0069775F"/>
    <w:rsid w:val="006A0363"/>
    <w:rsid w:val="006A075C"/>
    <w:rsid w:val="006A081D"/>
    <w:rsid w:val="006A0930"/>
    <w:rsid w:val="006A1692"/>
    <w:rsid w:val="006A2286"/>
    <w:rsid w:val="006A27D6"/>
    <w:rsid w:val="006A2BE1"/>
    <w:rsid w:val="006A3750"/>
    <w:rsid w:val="006A3A06"/>
    <w:rsid w:val="006A408B"/>
    <w:rsid w:val="006A4235"/>
    <w:rsid w:val="006A449A"/>
    <w:rsid w:val="006A4A4B"/>
    <w:rsid w:val="006A4D24"/>
    <w:rsid w:val="006A50D2"/>
    <w:rsid w:val="006A59D3"/>
    <w:rsid w:val="006A6284"/>
    <w:rsid w:val="006A7884"/>
    <w:rsid w:val="006B0166"/>
    <w:rsid w:val="006B065B"/>
    <w:rsid w:val="006B0810"/>
    <w:rsid w:val="006B0E77"/>
    <w:rsid w:val="006B0FF9"/>
    <w:rsid w:val="006B1216"/>
    <w:rsid w:val="006B1703"/>
    <w:rsid w:val="006B2141"/>
    <w:rsid w:val="006B26F7"/>
    <w:rsid w:val="006B29DF"/>
    <w:rsid w:val="006B32CD"/>
    <w:rsid w:val="006B34A6"/>
    <w:rsid w:val="006B3B2B"/>
    <w:rsid w:val="006B3EB9"/>
    <w:rsid w:val="006B4567"/>
    <w:rsid w:val="006B45B1"/>
    <w:rsid w:val="006B5B24"/>
    <w:rsid w:val="006B62FD"/>
    <w:rsid w:val="006B63BF"/>
    <w:rsid w:val="006B74B2"/>
    <w:rsid w:val="006B7676"/>
    <w:rsid w:val="006B7D08"/>
    <w:rsid w:val="006C1257"/>
    <w:rsid w:val="006C1BFB"/>
    <w:rsid w:val="006C3488"/>
    <w:rsid w:val="006C3B04"/>
    <w:rsid w:val="006C3CED"/>
    <w:rsid w:val="006C4658"/>
    <w:rsid w:val="006C4F2D"/>
    <w:rsid w:val="006C592C"/>
    <w:rsid w:val="006C63F7"/>
    <w:rsid w:val="006C659F"/>
    <w:rsid w:val="006C66AD"/>
    <w:rsid w:val="006C6921"/>
    <w:rsid w:val="006C7306"/>
    <w:rsid w:val="006C7574"/>
    <w:rsid w:val="006C7B0F"/>
    <w:rsid w:val="006C7DCE"/>
    <w:rsid w:val="006D0591"/>
    <w:rsid w:val="006D2D58"/>
    <w:rsid w:val="006D2F76"/>
    <w:rsid w:val="006D31F6"/>
    <w:rsid w:val="006D35BC"/>
    <w:rsid w:val="006D3A2C"/>
    <w:rsid w:val="006D442C"/>
    <w:rsid w:val="006D4E5F"/>
    <w:rsid w:val="006D56A1"/>
    <w:rsid w:val="006D5B9C"/>
    <w:rsid w:val="006D5CAB"/>
    <w:rsid w:val="006D6B3F"/>
    <w:rsid w:val="006D72C8"/>
    <w:rsid w:val="006D72EE"/>
    <w:rsid w:val="006D7D45"/>
    <w:rsid w:val="006D7F3A"/>
    <w:rsid w:val="006D7FAF"/>
    <w:rsid w:val="006E1362"/>
    <w:rsid w:val="006E2085"/>
    <w:rsid w:val="006E209C"/>
    <w:rsid w:val="006E2142"/>
    <w:rsid w:val="006E2BA2"/>
    <w:rsid w:val="006E2E12"/>
    <w:rsid w:val="006E3412"/>
    <w:rsid w:val="006E4781"/>
    <w:rsid w:val="006E4840"/>
    <w:rsid w:val="006E5028"/>
    <w:rsid w:val="006E5440"/>
    <w:rsid w:val="006E67DA"/>
    <w:rsid w:val="006E6981"/>
    <w:rsid w:val="006E6D6A"/>
    <w:rsid w:val="006E73AE"/>
    <w:rsid w:val="006E7793"/>
    <w:rsid w:val="006E79CD"/>
    <w:rsid w:val="006E7A78"/>
    <w:rsid w:val="006E7CCD"/>
    <w:rsid w:val="006F09BF"/>
    <w:rsid w:val="006F0B5F"/>
    <w:rsid w:val="006F0C81"/>
    <w:rsid w:val="006F0E1E"/>
    <w:rsid w:val="006F1966"/>
    <w:rsid w:val="006F19BD"/>
    <w:rsid w:val="006F20D4"/>
    <w:rsid w:val="006F2532"/>
    <w:rsid w:val="006F437B"/>
    <w:rsid w:val="006F487C"/>
    <w:rsid w:val="006F4FAA"/>
    <w:rsid w:val="006F55A4"/>
    <w:rsid w:val="006F5701"/>
    <w:rsid w:val="006F5B9F"/>
    <w:rsid w:val="006F61AD"/>
    <w:rsid w:val="006F6DE6"/>
    <w:rsid w:val="006F6FE9"/>
    <w:rsid w:val="006F70F7"/>
    <w:rsid w:val="006F7398"/>
    <w:rsid w:val="006F7673"/>
    <w:rsid w:val="006F7DA3"/>
    <w:rsid w:val="0070007B"/>
    <w:rsid w:val="00700439"/>
    <w:rsid w:val="007009B1"/>
    <w:rsid w:val="00701C51"/>
    <w:rsid w:val="00701F6C"/>
    <w:rsid w:val="007020AC"/>
    <w:rsid w:val="0070322D"/>
    <w:rsid w:val="00703990"/>
    <w:rsid w:val="00703BD7"/>
    <w:rsid w:val="00703CD0"/>
    <w:rsid w:val="0070430E"/>
    <w:rsid w:val="00704917"/>
    <w:rsid w:val="00704C00"/>
    <w:rsid w:val="00704C8D"/>
    <w:rsid w:val="0070514B"/>
    <w:rsid w:val="00705209"/>
    <w:rsid w:val="007052F3"/>
    <w:rsid w:val="007063D0"/>
    <w:rsid w:val="0070659D"/>
    <w:rsid w:val="00706B1E"/>
    <w:rsid w:val="00706F76"/>
    <w:rsid w:val="00707F10"/>
    <w:rsid w:val="00710311"/>
    <w:rsid w:val="0071138C"/>
    <w:rsid w:val="00711C12"/>
    <w:rsid w:val="00714265"/>
    <w:rsid w:val="007156D1"/>
    <w:rsid w:val="00715CC9"/>
    <w:rsid w:val="00715E67"/>
    <w:rsid w:val="007176E1"/>
    <w:rsid w:val="0071787E"/>
    <w:rsid w:val="00717CFF"/>
    <w:rsid w:val="007216E5"/>
    <w:rsid w:val="00721772"/>
    <w:rsid w:val="00722D4B"/>
    <w:rsid w:val="0072326A"/>
    <w:rsid w:val="007232C3"/>
    <w:rsid w:val="00723748"/>
    <w:rsid w:val="00723899"/>
    <w:rsid w:val="00723DCE"/>
    <w:rsid w:val="007245F4"/>
    <w:rsid w:val="007246BF"/>
    <w:rsid w:val="0072573A"/>
    <w:rsid w:val="00725833"/>
    <w:rsid w:val="007269E5"/>
    <w:rsid w:val="00726D24"/>
    <w:rsid w:val="00726ECA"/>
    <w:rsid w:val="00727024"/>
    <w:rsid w:val="00730219"/>
    <w:rsid w:val="00731972"/>
    <w:rsid w:val="00732167"/>
    <w:rsid w:val="0073248F"/>
    <w:rsid w:val="00733059"/>
    <w:rsid w:val="00733801"/>
    <w:rsid w:val="00734C9D"/>
    <w:rsid w:val="00734EAC"/>
    <w:rsid w:val="00735790"/>
    <w:rsid w:val="00735CD1"/>
    <w:rsid w:val="00736195"/>
    <w:rsid w:val="00736653"/>
    <w:rsid w:val="00736DF0"/>
    <w:rsid w:val="00737A7D"/>
    <w:rsid w:val="00737C4E"/>
    <w:rsid w:val="007404D7"/>
    <w:rsid w:val="007407D1"/>
    <w:rsid w:val="00740F80"/>
    <w:rsid w:val="007410C3"/>
    <w:rsid w:val="00741497"/>
    <w:rsid w:val="0074164B"/>
    <w:rsid w:val="0074165B"/>
    <w:rsid w:val="00741B08"/>
    <w:rsid w:val="00741EFC"/>
    <w:rsid w:val="007420EB"/>
    <w:rsid w:val="00742861"/>
    <w:rsid w:val="0074310B"/>
    <w:rsid w:val="0074315A"/>
    <w:rsid w:val="00743496"/>
    <w:rsid w:val="007437E0"/>
    <w:rsid w:val="00744D72"/>
    <w:rsid w:val="00745146"/>
    <w:rsid w:val="00745FED"/>
    <w:rsid w:val="007460D9"/>
    <w:rsid w:val="007464FA"/>
    <w:rsid w:val="00746CA8"/>
    <w:rsid w:val="00746D59"/>
    <w:rsid w:val="007503A8"/>
    <w:rsid w:val="00750B97"/>
    <w:rsid w:val="007510D0"/>
    <w:rsid w:val="007513DE"/>
    <w:rsid w:val="00752087"/>
    <w:rsid w:val="007529C4"/>
    <w:rsid w:val="0075356C"/>
    <w:rsid w:val="007535AA"/>
    <w:rsid w:val="00753619"/>
    <w:rsid w:val="00753A6D"/>
    <w:rsid w:val="00753EB8"/>
    <w:rsid w:val="00754154"/>
    <w:rsid w:val="00754537"/>
    <w:rsid w:val="00755130"/>
    <w:rsid w:val="00755A62"/>
    <w:rsid w:val="00755B36"/>
    <w:rsid w:val="00756AD1"/>
    <w:rsid w:val="00757825"/>
    <w:rsid w:val="00757B37"/>
    <w:rsid w:val="00757B97"/>
    <w:rsid w:val="00760B23"/>
    <w:rsid w:val="00760D7C"/>
    <w:rsid w:val="00760E00"/>
    <w:rsid w:val="00760EEF"/>
    <w:rsid w:val="0076134C"/>
    <w:rsid w:val="007613AB"/>
    <w:rsid w:val="00762250"/>
    <w:rsid w:val="007629FA"/>
    <w:rsid w:val="00763804"/>
    <w:rsid w:val="00764BE1"/>
    <w:rsid w:val="00764FAF"/>
    <w:rsid w:val="0076568B"/>
    <w:rsid w:val="0076578C"/>
    <w:rsid w:val="00765DF6"/>
    <w:rsid w:val="00766763"/>
    <w:rsid w:val="007668F3"/>
    <w:rsid w:val="00766BA7"/>
    <w:rsid w:val="007670A6"/>
    <w:rsid w:val="0076794B"/>
    <w:rsid w:val="00770187"/>
    <w:rsid w:val="00770906"/>
    <w:rsid w:val="00770E71"/>
    <w:rsid w:val="0077108B"/>
    <w:rsid w:val="00771210"/>
    <w:rsid w:val="00771B4B"/>
    <w:rsid w:val="00771D19"/>
    <w:rsid w:val="007729AE"/>
    <w:rsid w:val="00772C9B"/>
    <w:rsid w:val="007738F5"/>
    <w:rsid w:val="00774B47"/>
    <w:rsid w:val="00774CDA"/>
    <w:rsid w:val="007751F0"/>
    <w:rsid w:val="0077552B"/>
    <w:rsid w:val="0077638E"/>
    <w:rsid w:val="0077769D"/>
    <w:rsid w:val="00780185"/>
    <w:rsid w:val="00780761"/>
    <w:rsid w:val="00780C4F"/>
    <w:rsid w:val="00780F9D"/>
    <w:rsid w:val="00781A95"/>
    <w:rsid w:val="007836F4"/>
    <w:rsid w:val="00784015"/>
    <w:rsid w:val="00785633"/>
    <w:rsid w:val="007861E5"/>
    <w:rsid w:val="00786699"/>
    <w:rsid w:val="00787176"/>
    <w:rsid w:val="00787430"/>
    <w:rsid w:val="00787A32"/>
    <w:rsid w:val="00791E20"/>
    <w:rsid w:val="007927B8"/>
    <w:rsid w:val="00792F86"/>
    <w:rsid w:val="00793328"/>
    <w:rsid w:val="00794A4F"/>
    <w:rsid w:val="00794EFA"/>
    <w:rsid w:val="00795276"/>
    <w:rsid w:val="00795FF1"/>
    <w:rsid w:val="0079610B"/>
    <w:rsid w:val="00797917"/>
    <w:rsid w:val="0079795C"/>
    <w:rsid w:val="007A1022"/>
    <w:rsid w:val="007A17AA"/>
    <w:rsid w:val="007A1C00"/>
    <w:rsid w:val="007A1DBC"/>
    <w:rsid w:val="007A2255"/>
    <w:rsid w:val="007A25B4"/>
    <w:rsid w:val="007A2FA6"/>
    <w:rsid w:val="007A3502"/>
    <w:rsid w:val="007A3560"/>
    <w:rsid w:val="007A4B32"/>
    <w:rsid w:val="007A4CE2"/>
    <w:rsid w:val="007A5483"/>
    <w:rsid w:val="007A5595"/>
    <w:rsid w:val="007A58EC"/>
    <w:rsid w:val="007A5A42"/>
    <w:rsid w:val="007A7236"/>
    <w:rsid w:val="007B0AAB"/>
    <w:rsid w:val="007B1BD0"/>
    <w:rsid w:val="007B1F24"/>
    <w:rsid w:val="007B2D47"/>
    <w:rsid w:val="007B395D"/>
    <w:rsid w:val="007B3DC8"/>
    <w:rsid w:val="007B3F10"/>
    <w:rsid w:val="007B40BC"/>
    <w:rsid w:val="007B579A"/>
    <w:rsid w:val="007B581F"/>
    <w:rsid w:val="007B72EF"/>
    <w:rsid w:val="007C0637"/>
    <w:rsid w:val="007C06CE"/>
    <w:rsid w:val="007C07AB"/>
    <w:rsid w:val="007C0885"/>
    <w:rsid w:val="007C21D7"/>
    <w:rsid w:val="007C2963"/>
    <w:rsid w:val="007C29A3"/>
    <w:rsid w:val="007C3067"/>
    <w:rsid w:val="007C3719"/>
    <w:rsid w:val="007C51B6"/>
    <w:rsid w:val="007C574C"/>
    <w:rsid w:val="007C5A5C"/>
    <w:rsid w:val="007C5F8E"/>
    <w:rsid w:val="007C6B05"/>
    <w:rsid w:val="007C76B9"/>
    <w:rsid w:val="007C7937"/>
    <w:rsid w:val="007D0615"/>
    <w:rsid w:val="007D10E6"/>
    <w:rsid w:val="007D132E"/>
    <w:rsid w:val="007D140C"/>
    <w:rsid w:val="007D1554"/>
    <w:rsid w:val="007D1A4C"/>
    <w:rsid w:val="007D1BE7"/>
    <w:rsid w:val="007D1E70"/>
    <w:rsid w:val="007D20BD"/>
    <w:rsid w:val="007D3047"/>
    <w:rsid w:val="007D3AA1"/>
    <w:rsid w:val="007D3C45"/>
    <w:rsid w:val="007D44E9"/>
    <w:rsid w:val="007D497A"/>
    <w:rsid w:val="007D5D4E"/>
    <w:rsid w:val="007D6406"/>
    <w:rsid w:val="007D6BF8"/>
    <w:rsid w:val="007D6D5A"/>
    <w:rsid w:val="007D6E74"/>
    <w:rsid w:val="007D75F4"/>
    <w:rsid w:val="007D76D0"/>
    <w:rsid w:val="007D7A35"/>
    <w:rsid w:val="007D7E44"/>
    <w:rsid w:val="007E0446"/>
    <w:rsid w:val="007E0F16"/>
    <w:rsid w:val="007E131D"/>
    <w:rsid w:val="007E16B4"/>
    <w:rsid w:val="007E1EE7"/>
    <w:rsid w:val="007E21D3"/>
    <w:rsid w:val="007E252B"/>
    <w:rsid w:val="007E374D"/>
    <w:rsid w:val="007E3DD1"/>
    <w:rsid w:val="007E473A"/>
    <w:rsid w:val="007E55DA"/>
    <w:rsid w:val="007E6C0A"/>
    <w:rsid w:val="007E6F1E"/>
    <w:rsid w:val="007E74A5"/>
    <w:rsid w:val="007E775E"/>
    <w:rsid w:val="007E7761"/>
    <w:rsid w:val="007E7CA5"/>
    <w:rsid w:val="007E7D1C"/>
    <w:rsid w:val="007E7E30"/>
    <w:rsid w:val="007E7FF5"/>
    <w:rsid w:val="007F0296"/>
    <w:rsid w:val="007F0A3A"/>
    <w:rsid w:val="007F0F91"/>
    <w:rsid w:val="007F1853"/>
    <w:rsid w:val="007F19FD"/>
    <w:rsid w:val="007F2228"/>
    <w:rsid w:val="007F289E"/>
    <w:rsid w:val="007F343D"/>
    <w:rsid w:val="007F358D"/>
    <w:rsid w:val="007F367E"/>
    <w:rsid w:val="007F3DD0"/>
    <w:rsid w:val="007F409B"/>
    <w:rsid w:val="007F457E"/>
    <w:rsid w:val="007F4FB7"/>
    <w:rsid w:val="007F5246"/>
    <w:rsid w:val="007F6C74"/>
    <w:rsid w:val="007F7B24"/>
    <w:rsid w:val="007F7CB0"/>
    <w:rsid w:val="00800779"/>
    <w:rsid w:val="00800DFC"/>
    <w:rsid w:val="0080192D"/>
    <w:rsid w:val="00801C0B"/>
    <w:rsid w:val="008038B3"/>
    <w:rsid w:val="008039FB"/>
    <w:rsid w:val="00803AF5"/>
    <w:rsid w:val="00803E29"/>
    <w:rsid w:val="00804AF3"/>
    <w:rsid w:val="00804E4B"/>
    <w:rsid w:val="00805F98"/>
    <w:rsid w:val="0080629B"/>
    <w:rsid w:val="0080664C"/>
    <w:rsid w:val="00806DF8"/>
    <w:rsid w:val="00807C55"/>
    <w:rsid w:val="00807E5F"/>
    <w:rsid w:val="0081050D"/>
    <w:rsid w:val="00810915"/>
    <w:rsid w:val="00811534"/>
    <w:rsid w:val="00811744"/>
    <w:rsid w:val="00811F72"/>
    <w:rsid w:val="00812566"/>
    <w:rsid w:val="00812BC3"/>
    <w:rsid w:val="00813176"/>
    <w:rsid w:val="008133A9"/>
    <w:rsid w:val="008147E9"/>
    <w:rsid w:val="00814CA7"/>
    <w:rsid w:val="0081512A"/>
    <w:rsid w:val="00816563"/>
    <w:rsid w:val="00816BA4"/>
    <w:rsid w:val="00817A62"/>
    <w:rsid w:val="0082048D"/>
    <w:rsid w:val="00820B2B"/>
    <w:rsid w:val="0082139B"/>
    <w:rsid w:val="00821505"/>
    <w:rsid w:val="00821BB7"/>
    <w:rsid w:val="00821C03"/>
    <w:rsid w:val="008222D3"/>
    <w:rsid w:val="00823C60"/>
    <w:rsid w:val="0082422B"/>
    <w:rsid w:val="00824EEB"/>
    <w:rsid w:val="00824FF1"/>
    <w:rsid w:val="00825091"/>
    <w:rsid w:val="0082524A"/>
    <w:rsid w:val="00825B68"/>
    <w:rsid w:val="008268F2"/>
    <w:rsid w:val="0082697C"/>
    <w:rsid w:val="0083061B"/>
    <w:rsid w:val="008319CE"/>
    <w:rsid w:val="00831AFC"/>
    <w:rsid w:val="00833637"/>
    <w:rsid w:val="00833E5B"/>
    <w:rsid w:val="00833FA7"/>
    <w:rsid w:val="008342F8"/>
    <w:rsid w:val="008344F9"/>
    <w:rsid w:val="00834814"/>
    <w:rsid w:val="00834939"/>
    <w:rsid w:val="00834BCB"/>
    <w:rsid w:val="00835D2C"/>
    <w:rsid w:val="008360BE"/>
    <w:rsid w:val="0083643D"/>
    <w:rsid w:val="00837258"/>
    <w:rsid w:val="008375EB"/>
    <w:rsid w:val="00837C33"/>
    <w:rsid w:val="008401C8"/>
    <w:rsid w:val="00840A95"/>
    <w:rsid w:val="00840B82"/>
    <w:rsid w:val="00841D1F"/>
    <w:rsid w:val="00841EE4"/>
    <w:rsid w:val="008426A0"/>
    <w:rsid w:val="00842C7F"/>
    <w:rsid w:val="00843439"/>
    <w:rsid w:val="008435C2"/>
    <w:rsid w:val="008437EB"/>
    <w:rsid w:val="00844126"/>
    <w:rsid w:val="00844373"/>
    <w:rsid w:val="008443C1"/>
    <w:rsid w:val="008443D4"/>
    <w:rsid w:val="00844A9B"/>
    <w:rsid w:val="00845310"/>
    <w:rsid w:val="0084585E"/>
    <w:rsid w:val="00845C1F"/>
    <w:rsid w:val="00845EF9"/>
    <w:rsid w:val="008462B4"/>
    <w:rsid w:val="00846834"/>
    <w:rsid w:val="0084720F"/>
    <w:rsid w:val="00847687"/>
    <w:rsid w:val="00847D0E"/>
    <w:rsid w:val="00851AFA"/>
    <w:rsid w:val="008523D0"/>
    <w:rsid w:val="008526DB"/>
    <w:rsid w:val="00852F54"/>
    <w:rsid w:val="00853115"/>
    <w:rsid w:val="008532DE"/>
    <w:rsid w:val="008534F4"/>
    <w:rsid w:val="00853A15"/>
    <w:rsid w:val="00853AC3"/>
    <w:rsid w:val="008541F7"/>
    <w:rsid w:val="0085444D"/>
    <w:rsid w:val="00854FAE"/>
    <w:rsid w:val="00855398"/>
    <w:rsid w:val="008559C9"/>
    <w:rsid w:val="00856676"/>
    <w:rsid w:val="00856857"/>
    <w:rsid w:val="00856904"/>
    <w:rsid w:val="00856EAC"/>
    <w:rsid w:val="00857660"/>
    <w:rsid w:val="00857950"/>
    <w:rsid w:val="00860E87"/>
    <w:rsid w:val="00861282"/>
    <w:rsid w:val="00861294"/>
    <w:rsid w:val="00861555"/>
    <w:rsid w:val="00861DBA"/>
    <w:rsid w:val="00861EC3"/>
    <w:rsid w:val="00861F88"/>
    <w:rsid w:val="008647C9"/>
    <w:rsid w:val="008649CD"/>
    <w:rsid w:val="00865797"/>
    <w:rsid w:val="00865B56"/>
    <w:rsid w:val="00866A37"/>
    <w:rsid w:val="00866A75"/>
    <w:rsid w:val="00867106"/>
    <w:rsid w:val="008678E0"/>
    <w:rsid w:val="0087011C"/>
    <w:rsid w:val="00870234"/>
    <w:rsid w:val="008704D7"/>
    <w:rsid w:val="008708D0"/>
    <w:rsid w:val="008717C4"/>
    <w:rsid w:val="00871F6C"/>
    <w:rsid w:val="00873488"/>
    <w:rsid w:val="00873DD2"/>
    <w:rsid w:val="00874417"/>
    <w:rsid w:val="008744B2"/>
    <w:rsid w:val="00874886"/>
    <w:rsid w:val="008755C9"/>
    <w:rsid w:val="00875A5A"/>
    <w:rsid w:val="008762F8"/>
    <w:rsid w:val="0087671D"/>
    <w:rsid w:val="00876B5A"/>
    <w:rsid w:val="00876B84"/>
    <w:rsid w:val="00876EF1"/>
    <w:rsid w:val="00877620"/>
    <w:rsid w:val="00877CAF"/>
    <w:rsid w:val="00877CF6"/>
    <w:rsid w:val="00880777"/>
    <w:rsid w:val="0088247B"/>
    <w:rsid w:val="00882D1A"/>
    <w:rsid w:val="00884466"/>
    <w:rsid w:val="00884EBA"/>
    <w:rsid w:val="00884FE6"/>
    <w:rsid w:val="008859E0"/>
    <w:rsid w:val="00885E81"/>
    <w:rsid w:val="008863FC"/>
    <w:rsid w:val="008866AF"/>
    <w:rsid w:val="00886E61"/>
    <w:rsid w:val="00887B6A"/>
    <w:rsid w:val="00887FAF"/>
    <w:rsid w:val="008919D6"/>
    <w:rsid w:val="00891FBF"/>
    <w:rsid w:val="0089299D"/>
    <w:rsid w:val="0089357D"/>
    <w:rsid w:val="008935A9"/>
    <w:rsid w:val="008937A9"/>
    <w:rsid w:val="00893B82"/>
    <w:rsid w:val="0089435D"/>
    <w:rsid w:val="00894458"/>
    <w:rsid w:val="008950BC"/>
    <w:rsid w:val="0089695C"/>
    <w:rsid w:val="0089771E"/>
    <w:rsid w:val="008A0ADC"/>
    <w:rsid w:val="008A0B64"/>
    <w:rsid w:val="008A0E8C"/>
    <w:rsid w:val="008A1730"/>
    <w:rsid w:val="008A1B26"/>
    <w:rsid w:val="008A1C2E"/>
    <w:rsid w:val="008A1E92"/>
    <w:rsid w:val="008A1F87"/>
    <w:rsid w:val="008A263B"/>
    <w:rsid w:val="008A287F"/>
    <w:rsid w:val="008A298C"/>
    <w:rsid w:val="008A2EF4"/>
    <w:rsid w:val="008A2FCB"/>
    <w:rsid w:val="008A3A55"/>
    <w:rsid w:val="008A3D98"/>
    <w:rsid w:val="008A42D5"/>
    <w:rsid w:val="008A4530"/>
    <w:rsid w:val="008A67A0"/>
    <w:rsid w:val="008A69D1"/>
    <w:rsid w:val="008A75EB"/>
    <w:rsid w:val="008A795C"/>
    <w:rsid w:val="008A7A05"/>
    <w:rsid w:val="008B0A5E"/>
    <w:rsid w:val="008B0BA6"/>
    <w:rsid w:val="008B0D96"/>
    <w:rsid w:val="008B17B3"/>
    <w:rsid w:val="008B1A5B"/>
    <w:rsid w:val="008B22A4"/>
    <w:rsid w:val="008B3227"/>
    <w:rsid w:val="008B38F2"/>
    <w:rsid w:val="008B3AE1"/>
    <w:rsid w:val="008B5428"/>
    <w:rsid w:val="008B6985"/>
    <w:rsid w:val="008C030A"/>
    <w:rsid w:val="008C0CA6"/>
    <w:rsid w:val="008C0E35"/>
    <w:rsid w:val="008C1275"/>
    <w:rsid w:val="008C225D"/>
    <w:rsid w:val="008C26F5"/>
    <w:rsid w:val="008C38C6"/>
    <w:rsid w:val="008C481C"/>
    <w:rsid w:val="008C4E3B"/>
    <w:rsid w:val="008C509C"/>
    <w:rsid w:val="008C51AF"/>
    <w:rsid w:val="008C6B54"/>
    <w:rsid w:val="008C6B6A"/>
    <w:rsid w:val="008C75C7"/>
    <w:rsid w:val="008C772A"/>
    <w:rsid w:val="008C7D8E"/>
    <w:rsid w:val="008C7E49"/>
    <w:rsid w:val="008D099D"/>
    <w:rsid w:val="008D0BCB"/>
    <w:rsid w:val="008D0E2B"/>
    <w:rsid w:val="008D12AD"/>
    <w:rsid w:val="008D1324"/>
    <w:rsid w:val="008D1654"/>
    <w:rsid w:val="008D1784"/>
    <w:rsid w:val="008D1996"/>
    <w:rsid w:val="008D1DBF"/>
    <w:rsid w:val="008D2127"/>
    <w:rsid w:val="008D24B6"/>
    <w:rsid w:val="008D2C69"/>
    <w:rsid w:val="008D3180"/>
    <w:rsid w:val="008D3331"/>
    <w:rsid w:val="008D3B3E"/>
    <w:rsid w:val="008D4114"/>
    <w:rsid w:val="008D4D23"/>
    <w:rsid w:val="008D527F"/>
    <w:rsid w:val="008D59C2"/>
    <w:rsid w:val="008D5A13"/>
    <w:rsid w:val="008D6108"/>
    <w:rsid w:val="008D6663"/>
    <w:rsid w:val="008D6858"/>
    <w:rsid w:val="008D7288"/>
    <w:rsid w:val="008D732F"/>
    <w:rsid w:val="008D7355"/>
    <w:rsid w:val="008E056E"/>
    <w:rsid w:val="008E088C"/>
    <w:rsid w:val="008E0FCD"/>
    <w:rsid w:val="008E1203"/>
    <w:rsid w:val="008E17B0"/>
    <w:rsid w:val="008E223F"/>
    <w:rsid w:val="008E2DAD"/>
    <w:rsid w:val="008E3A2F"/>
    <w:rsid w:val="008E402B"/>
    <w:rsid w:val="008E4221"/>
    <w:rsid w:val="008E449F"/>
    <w:rsid w:val="008E4787"/>
    <w:rsid w:val="008E48AE"/>
    <w:rsid w:val="008E4E03"/>
    <w:rsid w:val="008E519C"/>
    <w:rsid w:val="008E5D72"/>
    <w:rsid w:val="008E5EEC"/>
    <w:rsid w:val="008E676F"/>
    <w:rsid w:val="008E6ED6"/>
    <w:rsid w:val="008E74BD"/>
    <w:rsid w:val="008F0680"/>
    <w:rsid w:val="008F177C"/>
    <w:rsid w:val="008F18DC"/>
    <w:rsid w:val="008F1B2D"/>
    <w:rsid w:val="008F1BC1"/>
    <w:rsid w:val="008F24DA"/>
    <w:rsid w:val="008F26B9"/>
    <w:rsid w:val="008F309F"/>
    <w:rsid w:val="008F34A0"/>
    <w:rsid w:val="008F3A65"/>
    <w:rsid w:val="008F41DA"/>
    <w:rsid w:val="008F472A"/>
    <w:rsid w:val="008F4AC2"/>
    <w:rsid w:val="008F67D4"/>
    <w:rsid w:val="008F6C8D"/>
    <w:rsid w:val="008F6DA9"/>
    <w:rsid w:val="008F77B1"/>
    <w:rsid w:val="008F7B85"/>
    <w:rsid w:val="0090000B"/>
    <w:rsid w:val="00900334"/>
    <w:rsid w:val="0090039F"/>
    <w:rsid w:val="00900846"/>
    <w:rsid w:val="00900AA9"/>
    <w:rsid w:val="00901BC7"/>
    <w:rsid w:val="00901E36"/>
    <w:rsid w:val="009021E5"/>
    <w:rsid w:val="009025C9"/>
    <w:rsid w:val="009042B5"/>
    <w:rsid w:val="00904323"/>
    <w:rsid w:val="00904E3B"/>
    <w:rsid w:val="00905185"/>
    <w:rsid w:val="009053CA"/>
    <w:rsid w:val="00906AEB"/>
    <w:rsid w:val="00907ABF"/>
    <w:rsid w:val="0091150E"/>
    <w:rsid w:val="0091360D"/>
    <w:rsid w:val="00913D29"/>
    <w:rsid w:val="00915523"/>
    <w:rsid w:val="00915FE5"/>
    <w:rsid w:val="009162FE"/>
    <w:rsid w:val="00916323"/>
    <w:rsid w:val="00916837"/>
    <w:rsid w:val="009174CA"/>
    <w:rsid w:val="00920411"/>
    <w:rsid w:val="0092041F"/>
    <w:rsid w:val="00920B86"/>
    <w:rsid w:val="00921238"/>
    <w:rsid w:val="009212E8"/>
    <w:rsid w:val="009220FE"/>
    <w:rsid w:val="0092247F"/>
    <w:rsid w:val="00922A13"/>
    <w:rsid w:val="00922A59"/>
    <w:rsid w:val="009247AD"/>
    <w:rsid w:val="009250AC"/>
    <w:rsid w:val="00926074"/>
    <w:rsid w:val="009264C8"/>
    <w:rsid w:val="009277A7"/>
    <w:rsid w:val="00927CB3"/>
    <w:rsid w:val="00931188"/>
    <w:rsid w:val="009311A9"/>
    <w:rsid w:val="009321D2"/>
    <w:rsid w:val="00932CAB"/>
    <w:rsid w:val="00932D0A"/>
    <w:rsid w:val="009340CA"/>
    <w:rsid w:val="00934EF3"/>
    <w:rsid w:val="00935A9F"/>
    <w:rsid w:val="009369DB"/>
    <w:rsid w:val="00940337"/>
    <w:rsid w:val="00940853"/>
    <w:rsid w:val="00940C89"/>
    <w:rsid w:val="00940CAB"/>
    <w:rsid w:val="00941336"/>
    <w:rsid w:val="00941CD7"/>
    <w:rsid w:val="00941EAE"/>
    <w:rsid w:val="00942FC9"/>
    <w:rsid w:val="0094366D"/>
    <w:rsid w:val="00944A1B"/>
    <w:rsid w:val="00944C96"/>
    <w:rsid w:val="00944FFB"/>
    <w:rsid w:val="00945078"/>
    <w:rsid w:val="0094724D"/>
    <w:rsid w:val="00947583"/>
    <w:rsid w:val="0095011E"/>
    <w:rsid w:val="009507A2"/>
    <w:rsid w:val="00950834"/>
    <w:rsid w:val="00951BC2"/>
    <w:rsid w:val="00952F10"/>
    <w:rsid w:val="00953A2B"/>
    <w:rsid w:val="00953DAE"/>
    <w:rsid w:val="0095400C"/>
    <w:rsid w:val="00954CDF"/>
    <w:rsid w:val="00954EAE"/>
    <w:rsid w:val="00955CB4"/>
    <w:rsid w:val="00955CDF"/>
    <w:rsid w:val="009561C6"/>
    <w:rsid w:val="00956203"/>
    <w:rsid w:val="00956EE4"/>
    <w:rsid w:val="0095764B"/>
    <w:rsid w:val="0096010C"/>
    <w:rsid w:val="0096094C"/>
    <w:rsid w:val="00960E0F"/>
    <w:rsid w:val="009612E9"/>
    <w:rsid w:val="00961F66"/>
    <w:rsid w:val="00962B99"/>
    <w:rsid w:val="00962DC8"/>
    <w:rsid w:val="00963115"/>
    <w:rsid w:val="00964743"/>
    <w:rsid w:val="00965147"/>
    <w:rsid w:val="00966D5A"/>
    <w:rsid w:val="009678ED"/>
    <w:rsid w:val="00967D18"/>
    <w:rsid w:val="00970073"/>
    <w:rsid w:val="00970EF0"/>
    <w:rsid w:val="00970F74"/>
    <w:rsid w:val="00972994"/>
    <w:rsid w:val="00972DD7"/>
    <w:rsid w:val="00973728"/>
    <w:rsid w:val="009739D0"/>
    <w:rsid w:val="00974208"/>
    <w:rsid w:val="009747E9"/>
    <w:rsid w:val="00975AB8"/>
    <w:rsid w:val="00975E33"/>
    <w:rsid w:val="009761A6"/>
    <w:rsid w:val="009767BE"/>
    <w:rsid w:val="00976AC8"/>
    <w:rsid w:val="00977237"/>
    <w:rsid w:val="00977715"/>
    <w:rsid w:val="00977D1F"/>
    <w:rsid w:val="00977E09"/>
    <w:rsid w:val="00977E4F"/>
    <w:rsid w:val="00977EE4"/>
    <w:rsid w:val="00980306"/>
    <w:rsid w:val="0098039F"/>
    <w:rsid w:val="009803D5"/>
    <w:rsid w:val="009807FC"/>
    <w:rsid w:val="00980993"/>
    <w:rsid w:val="00980B36"/>
    <w:rsid w:val="00980D60"/>
    <w:rsid w:val="00981530"/>
    <w:rsid w:val="0098238D"/>
    <w:rsid w:val="0098309D"/>
    <w:rsid w:val="00983970"/>
    <w:rsid w:val="00983C05"/>
    <w:rsid w:val="00984B96"/>
    <w:rsid w:val="00984DD1"/>
    <w:rsid w:val="00985006"/>
    <w:rsid w:val="00985D05"/>
    <w:rsid w:val="00985EEF"/>
    <w:rsid w:val="0098635F"/>
    <w:rsid w:val="00986534"/>
    <w:rsid w:val="00987332"/>
    <w:rsid w:val="0098748E"/>
    <w:rsid w:val="009874F1"/>
    <w:rsid w:val="009878F6"/>
    <w:rsid w:val="00987ECE"/>
    <w:rsid w:val="0099012C"/>
    <w:rsid w:val="009908BE"/>
    <w:rsid w:val="00990D7B"/>
    <w:rsid w:val="00990E6F"/>
    <w:rsid w:val="00990EF4"/>
    <w:rsid w:val="009926C1"/>
    <w:rsid w:val="0099307D"/>
    <w:rsid w:val="009936F6"/>
    <w:rsid w:val="00993EF4"/>
    <w:rsid w:val="00994066"/>
    <w:rsid w:val="00994F83"/>
    <w:rsid w:val="00995604"/>
    <w:rsid w:val="009956B9"/>
    <w:rsid w:val="00995AD1"/>
    <w:rsid w:val="00995DB7"/>
    <w:rsid w:val="00995F09"/>
    <w:rsid w:val="00996413"/>
    <w:rsid w:val="009967CF"/>
    <w:rsid w:val="009A0434"/>
    <w:rsid w:val="009A1361"/>
    <w:rsid w:val="009A1F06"/>
    <w:rsid w:val="009A22DC"/>
    <w:rsid w:val="009A2676"/>
    <w:rsid w:val="009A2D2E"/>
    <w:rsid w:val="009A2FDA"/>
    <w:rsid w:val="009A4918"/>
    <w:rsid w:val="009A5151"/>
    <w:rsid w:val="009A6A92"/>
    <w:rsid w:val="009A6DA1"/>
    <w:rsid w:val="009A7904"/>
    <w:rsid w:val="009A7A39"/>
    <w:rsid w:val="009A7CF9"/>
    <w:rsid w:val="009B050B"/>
    <w:rsid w:val="009B168C"/>
    <w:rsid w:val="009B202E"/>
    <w:rsid w:val="009B34FD"/>
    <w:rsid w:val="009B3A37"/>
    <w:rsid w:val="009B428E"/>
    <w:rsid w:val="009B4317"/>
    <w:rsid w:val="009B4E68"/>
    <w:rsid w:val="009B5062"/>
    <w:rsid w:val="009B5113"/>
    <w:rsid w:val="009B553F"/>
    <w:rsid w:val="009B5AE7"/>
    <w:rsid w:val="009B6708"/>
    <w:rsid w:val="009B78D1"/>
    <w:rsid w:val="009B7AB2"/>
    <w:rsid w:val="009B7FAC"/>
    <w:rsid w:val="009C0315"/>
    <w:rsid w:val="009C0799"/>
    <w:rsid w:val="009C0C9E"/>
    <w:rsid w:val="009C10CA"/>
    <w:rsid w:val="009C1CD8"/>
    <w:rsid w:val="009C23A2"/>
    <w:rsid w:val="009C2896"/>
    <w:rsid w:val="009C2BAF"/>
    <w:rsid w:val="009C30FE"/>
    <w:rsid w:val="009C3373"/>
    <w:rsid w:val="009C34DB"/>
    <w:rsid w:val="009C3C88"/>
    <w:rsid w:val="009C5B2D"/>
    <w:rsid w:val="009C5F0E"/>
    <w:rsid w:val="009C60B7"/>
    <w:rsid w:val="009C630E"/>
    <w:rsid w:val="009C63B0"/>
    <w:rsid w:val="009D11BE"/>
    <w:rsid w:val="009D1621"/>
    <w:rsid w:val="009D1B96"/>
    <w:rsid w:val="009D21DB"/>
    <w:rsid w:val="009D275D"/>
    <w:rsid w:val="009D2DBB"/>
    <w:rsid w:val="009D3766"/>
    <w:rsid w:val="009D4411"/>
    <w:rsid w:val="009D447B"/>
    <w:rsid w:val="009D6244"/>
    <w:rsid w:val="009D6629"/>
    <w:rsid w:val="009D6C83"/>
    <w:rsid w:val="009D706B"/>
    <w:rsid w:val="009E0420"/>
    <w:rsid w:val="009E0709"/>
    <w:rsid w:val="009E08DB"/>
    <w:rsid w:val="009E0D13"/>
    <w:rsid w:val="009E1659"/>
    <w:rsid w:val="009E1FB5"/>
    <w:rsid w:val="009E21FD"/>
    <w:rsid w:val="009E2504"/>
    <w:rsid w:val="009E25C2"/>
    <w:rsid w:val="009E272C"/>
    <w:rsid w:val="009E430B"/>
    <w:rsid w:val="009E44A8"/>
    <w:rsid w:val="009E463D"/>
    <w:rsid w:val="009E52C8"/>
    <w:rsid w:val="009E5607"/>
    <w:rsid w:val="009E5A79"/>
    <w:rsid w:val="009E5E9C"/>
    <w:rsid w:val="009E68CB"/>
    <w:rsid w:val="009E697D"/>
    <w:rsid w:val="009E6CE0"/>
    <w:rsid w:val="009E759E"/>
    <w:rsid w:val="009E7757"/>
    <w:rsid w:val="009E7D4A"/>
    <w:rsid w:val="009E7EF6"/>
    <w:rsid w:val="009F03F5"/>
    <w:rsid w:val="009F0846"/>
    <w:rsid w:val="009F093E"/>
    <w:rsid w:val="009F102F"/>
    <w:rsid w:val="009F1606"/>
    <w:rsid w:val="009F1E46"/>
    <w:rsid w:val="009F41C1"/>
    <w:rsid w:val="009F4E98"/>
    <w:rsid w:val="009F5988"/>
    <w:rsid w:val="009F5BC3"/>
    <w:rsid w:val="009F5C4A"/>
    <w:rsid w:val="009F64A4"/>
    <w:rsid w:val="009F6C94"/>
    <w:rsid w:val="009F7B1A"/>
    <w:rsid w:val="00A004B3"/>
    <w:rsid w:val="00A005C0"/>
    <w:rsid w:val="00A00AC5"/>
    <w:rsid w:val="00A00B2B"/>
    <w:rsid w:val="00A011A7"/>
    <w:rsid w:val="00A01A3B"/>
    <w:rsid w:val="00A02587"/>
    <w:rsid w:val="00A02C77"/>
    <w:rsid w:val="00A035FE"/>
    <w:rsid w:val="00A04CDB"/>
    <w:rsid w:val="00A0556F"/>
    <w:rsid w:val="00A060C7"/>
    <w:rsid w:val="00A06FED"/>
    <w:rsid w:val="00A07377"/>
    <w:rsid w:val="00A07AB3"/>
    <w:rsid w:val="00A07DCC"/>
    <w:rsid w:val="00A10714"/>
    <w:rsid w:val="00A10F9D"/>
    <w:rsid w:val="00A11658"/>
    <w:rsid w:val="00A117F3"/>
    <w:rsid w:val="00A11932"/>
    <w:rsid w:val="00A123D5"/>
    <w:rsid w:val="00A12765"/>
    <w:rsid w:val="00A12846"/>
    <w:rsid w:val="00A13549"/>
    <w:rsid w:val="00A13AC4"/>
    <w:rsid w:val="00A1435C"/>
    <w:rsid w:val="00A14635"/>
    <w:rsid w:val="00A15D8C"/>
    <w:rsid w:val="00A15FD1"/>
    <w:rsid w:val="00A169D0"/>
    <w:rsid w:val="00A17180"/>
    <w:rsid w:val="00A17680"/>
    <w:rsid w:val="00A206F5"/>
    <w:rsid w:val="00A21919"/>
    <w:rsid w:val="00A22309"/>
    <w:rsid w:val="00A22506"/>
    <w:rsid w:val="00A22986"/>
    <w:rsid w:val="00A22DF3"/>
    <w:rsid w:val="00A230CD"/>
    <w:rsid w:val="00A23A19"/>
    <w:rsid w:val="00A24090"/>
    <w:rsid w:val="00A2449C"/>
    <w:rsid w:val="00A249AD"/>
    <w:rsid w:val="00A26C93"/>
    <w:rsid w:val="00A2724A"/>
    <w:rsid w:val="00A306C4"/>
    <w:rsid w:val="00A30917"/>
    <w:rsid w:val="00A30FF1"/>
    <w:rsid w:val="00A31589"/>
    <w:rsid w:val="00A32E53"/>
    <w:rsid w:val="00A33090"/>
    <w:rsid w:val="00A34C1C"/>
    <w:rsid w:val="00A34DBD"/>
    <w:rsid w:val="00A35034"/>
    <w:rsid w:val="00A354ED"/>
    <w:rsid w:val="00A357B7"/>
    <w:rsid w:val="00A364FC"/>
    <w:rsid w:val="00A374DC"/>
    <w:rsid w:val="00A37F2F"/>
    <w:rsid w:val="00A4063B"/>
    <w:rsid w:val="00A40661"/>
    <w:rsid w:val="00A409D5"/>
    <w:rsid w:val="00A40F6A"/>
    <w:rsid w:val="00A41152"/>
    <w:rsid w:val="00A4140B"/>
    <w:rsid w:val="00A41563"/>
    <w:rsid w:val="00A417BC"/>
    <w:rsid w:val="00A4210F"/>
    <w:rsid w:val="00A42112"/>
    <w:rsid w:val="00A4216C"/>
    <w:rsid w:val="00A42421"/>
    <w:rsid w:val="00A429B1"/>
    <w:rsid w:val="00A429E4"/>
    <w:rsid w:val="00A429E9"/>
    <w:rsid w:val="00A42AC8"/>
    <w:rsid w:val="00A44624"/>
    <w:rsid w:val="00A45593"/>
    <w:rsid w:val="00A45778"/>
    <w:rsid w:val="00A46182"/>
    <w:rsid w:val="00A469F8"/>
    <w:rsid w:val="00A47167"/>
    <w:rsid w:val="00A501A8"/>
    <w:rsid w:val="00A50222"/>
    <w:rsid w:val="00A50756"/>
    <w:rsid w:val="00A50D4B"/>
    <w:rsid w:val="00A50ED9"/>
    <w:rsid w:val="00A51A2A"/>
    <w:rsid w:val="00A5222D"/>
    <w:rsid w:val="00A543FA"/>
    <w:rsid w:val="00A548E4"/>
    <w:rsid w:val="00A5563C"/>
    <w:rsid w:val="00A568D6"/>
    <w:rsid w:val="00A578E9"/>
    <w:rsid w:val="00A609C3"/>
    <w:rsid w:val="00A60E3F"/>
    <w:rsid w:val="00A610F6"/>
    <w:rsid w:val="00A61504"/>
    <w:rsid w:val="00A61D7F"/>
    <w:rsid w:val="00A61EB2"/>
    <w:rsid w:val="00A62A22"/>
    <w:rsid w:val="00A6492E"/>
    <w:rsid w:val="00A65977"/>
    <w:rsid w:val="00A66502"/>
    <w:rsid w:val="00A67325"/>
    <w:rsid w:val="00A6744F"/>
    <w:rsid w:val="00A702C9"/>
    <w:rsid w:val="00A70356"/>
    <w:rsid w:val="00A70DD3"/>
    <w:rsid w:val="00A71570"/>
    <w:rsid w:val="00A71B7E"/>
    <w:rsid w:val="00A72570"/>
    <w:rsid w:val="00A72668"/>
    <w:rsid w:val="00A728FA"/>
    <w:rsid w:val="00A72CF9"/>
    <w:rsid w:val="00A73FDA"/>
    <w:rsid w:val="00A76035"/>
    <w:rsid w:val="00A761FC"/>
    <w:rsid w:val="00A77189"/>
    <w:rsid w:val="00A77492"/>
    <w:rsid w:val="00A774FE"/>
    <w:rsid w:val="00A805D8"/>
    <w:rsid w:val="00A81411"/>
    <w:rsid w:val="00A81677"/>
    <w:rsid w:val="00A8178C"/>
    <w:rsid w:val="00A83653"/>
    <w:rsid w:val="00A83C58"/>
    <w:rsid w:val="00A84608"/>
    <w:rsid w:val="00A849E4"/>
    <w:rsid w:val="00A84AC5"/>
    <w:rsid w:val="00A85320"/>
    <w:rsid w:val="00A85DC3"/>
    <w:rsid w:val="00A85EC1"/>
    <w:rsid w:val="00A86CE4"/>
    <w:rsid w:val="00A8741F"/>
    <w:rsid w:val="00A90FD3"/>
    <w:rsid w:val="00A91094"/>
    <w:rsid w:val="00A9141D"/>
    <w:rsid w:val="00A91FEF"/>
    <w:rsid w:val="00A920BD"/>
    <w:rsid w:val="00A92714"/>
    <w:rsid w:val="00A94077"/>
    <w:rsid w:val="00A94FAF"/>
    <w:rsid w:val="00A95390"/>
    <w:rsid w:val="00A96306"/>
    <w:rsid w:val="00A97D94"/>
    <w:rsid w:val="00AA1885"/>
    <w:rsid w:val="00AA1D8D"/>
    <w:rsid w:val="00AA2286"/>
    <w:rsid w:val="00AA26CE"/>
    <w:rsid w:val="00AA2729"/>
    <w:rsid w:val="00AA2A07"/>
    <w:rsid w:val="00AA304F"/>
    <w:rsid w:val="00AA339C"/>
    <w:rsid w:val="00AA4B50"/>
    <w:rsid w:val="00AA51F4"/>
    <w:rsid w:val="00AA6596"/>
    <w:rsid w:val="00AA67C0"/>
    <w:rsid w:val="00AA6CCB"/>
    <w:rsid w:val="00AA7B98"/>
    <w:rsid w:val="00AA7E86"/>
    <w:rsid w:val="00AB02F2"/>
    <w:rsid w:val="00AB08C3"/>
    <w:rsid w:val="00AB0F1F"/>
    <w:rsid w:val="00AB10A9"/>
    <w:rsid w:val="00AB1413"/>
    <w:rsid w:val="00AB1B28"/>
    <w:rsid w:val="00AB1D9A"/>
    <w:rsid w:val="00AB2387"/>
    <w:rsid w:val="00AB2D11"/>
    <w:rsid w:val="00AB4A80"/>
    <w:rsid w:val="00AB4AAA"/>
    <w:rsid w:val="00AB5C3B"/>
    <w:rsid w:val="00AB5EF3"/>
    <w:rsid w:val="00AB6271"/>
    <w:rsid w:val="00AB7717"/>
    <w:rsid w:val="00AB7C63"/>
    <w:rsid w:val="00AC0A8D"/>
    <w:rsid w:val="00AC1C92"/>
    <w:rsid w:val="00AC1FBB"/>
    <w:rsid w:val="00AC31B8"/>
    <w:rsid w:val="00AC334B"/>
    <w:rsid w:val="00AC4C4A"/>
    <w:rsid w:val="00AC51C4"/>
    <w:rsid w:val="00AC52FE"/>
    <w:rsid w:val="00AC571C"/>
    <w:rsid w:val="00AC5987"/>
    <w:rsid w:val="00AC6F27"/>
    <w:rsid w:val="00AC7098"/>
    <w:rsid w:val="00AC73A4"/>
    <w:rsid w:val="00AC7821"/>
    <w:rsid w:val="00AC79FF"/>
    <w:rsid w:val="00AD09A5"/>
    <w:rsid w:val="00AD0FA7"/>
    <w:rsid w:val="00AD1844"/>
    <w:rsid w:val="00AD1AEF"/>
    <w:rsid w:val="00AD21E5"/>
    <w:rsid w:val="00AD244B"/>
    <w:rsid w:val="00AD2696"/>
    <w:rsid w:val="00AD2AEC"/>
    <w:rsid w:val="00AD2D9C"/>
    <w:rsid w:val="00AD2E39"/>
    <w:rsid w:val="00AD3173"/>
    <w:rsid w:val="00AD3395"/>
    <w:rsid w:val="00AD3873"/>
    <w:rsid w:val="00AD3FE0"/>
    <w:rsid w:val="00AD4348"/>
    <w:rsid w:val="00AD44DB"/>
    <w:rsid w:val="00AD4ADC"/>
    <w:rsid w:val="00AD4ED0"/>
    <w:rsid w:val="00AD5415"/>
    <w:rsid w:val="00AD5835"/>
    <w:rsid w:val="00AD5E02"/>
    <w:rsid w:val="00AD5FAC"/>
    <w:rsid w:val="00AD67CE"/>
    <w:rsid w:val="00AD72A4"/>
    <w:rsid w:val="00AD76D5"/>
    <w:rsid w:val="00AD781C"/>
    <w:rsid w:val="00AE0A7A"/>
    <w:rsid w:val="00AE15BA"/>
    <w:rsid w:val="00AE1AC1"/>
    <w:rsid w:val="00AE1D15"/>
    <w:rsid w:val="00AE1E6B"/>
    <w:rsid w:val="00AE361E"/>
    <w:rsid w:val="00AE3D0E"/>
    <w:rsid w:val="00AE53B4"/>
    <w:rsid w:val="00AE545D"/>
    <w:rsid w:val="00AE5AF1"/>
    <w:rsid w:val="00AE5E4A"/>
    <w:rsid w:val="00AE63D4"/>
    <w:rsid w:val="00AE6A2D"/>
    <w:rsid w:val="00AE6BFD"/>
    <w:rsid w:val="00AF12AB"/>
    <w:rsid w:val="00AF15AE"/>
    <w:rsid w:val="00AF1D26"/>
    <w:rsid w:val="00AF2BF1"/>
    <w:rsid w:val="00AF3241"/>
    <w:rsid w:val="00AF348C"/>
    <w:rsid w:val="00AF3715"/>
    <w:rsid w:val="00AF3D34"/>
    <w:rsid w:val="00AF4C94"/>
    <w:rsid w:val="00AF7140"/>
    <w:rsid w:val="00AF7E6C"/>
    <w:rsid w:val="00B00238"/>
    <w:rsid w:val="00B00B4D"/>
    <w:rsid w:val="00B00D4E"/>
    <w:rsid w:val="00B0177A"/>
    <w:rsid w:val="00B01871"/>
    <w:rsid w:val="00B01DC8"/>
    <w:rsid w:val="00B01E1D"/>
    <w:rsid w:val="00B01EDB"/>
    <w:rsid w:val="00B043A2"/>
    <w:rsid w:val="00B04CAD"/>
    <w:rsid w:val="00B04D8F"/>
    <w:rsid w:val="00B05081"/>
    <w:rsid w:val="00B05174"/>
    <w:rsid w:val="00B0538F"/>
    <w:rsid w:val="00B05620"/>
    <w:rsid w:val="00B05C35"/>
    <w:rsid w:val="00B06036"/>
    <w:rsid w:val="00B06488"/>
    <w:rsid w:val="00B06C4E"/>
    <w:rsid w:val="00B07A56"/>
    <w:rsid w:val="00B07AAE"/>
    <w:rsid w:val="00B1011D"/>
    <w:rsid w:val="00B103A4"/>
    <w:rsid w:val="00B1043F"/>
    <w:rsid w:val="00B104A1"/>
    <w:rsid w:val="00B10C5A"/>
    <w:rsid w:val="00B11164"/>
    <w:rsid w:val="00B116B1"/>
    <w:rsid w:val="00B11CEA"/>
    <w:rsid w:val="00B11F8C"/>
    <w:rsid w:val="00B1239B"/>
    <w:rsid w:val="00B149CF"/>
    <w:rsid w:val="00B15FD5"/>
    <w:rsid w:val="00B16559"/>
    <w:rsid w:val="00B16594"/>
    <w:rsid w:val="00B168A5"/>
    <w:rsid w:val="00B1709E"/>
    <w:rsid w:val="00B1768F"/>
    <w:rsid w:val="00B17F78"/>
    <w:rsid w:val="00B20775"/>
    <w:rsid w:val="00B20864"/>
    <w:rsid w:val="00B20BE3"/>
    <w:rsid w:val="00B20BEA"/>
    <w:rsid w:val="00B20FA0"/>
    <w:rsid w:val="00B218BD"/>
    <w:rsid w:val="00B21D38"/>
    <w:rsid w:val="00B22BBC"/>
    <w:rsid w:val="00B22EC7"/>
    <w:rsid w:val="00B2377F"/>
    <w:rsid w:val="00B2387D"/>
    <w:rsid w:val="00B240A1"/>
    <w:rsid w:val="00B24D45"/>
    <w:rsid w:val="00B25477"/>
    <w:rsid w:val="00B2570E"/>
    <w:rsid w:val="00B25A96"/>
    <w:rsid w:val="00B26CD4"/>
    <w:rsid w:val="00B276D5"/>
    <w:rsid w:val="00B27BC8"/>
    <w:rsid w:val="00B3056D"/>
    <w:rsid w:val="00B30D16"/>
    <w:rsid w:val="00B31203"/>
    <w:rsid w:val="00B316ED"/>
    <w:rsid w:val="00B32E91"/>
    <w:rsid w:val="00B32EF9"/>
    <w:rsid w:val="00B338F6"/>
    <w:rsid w:val="00B33AC1"/>
    <w:rsid w:val="00B33B58"/>
    <w:rsid w:val="00B33E49"/>
    <w:rsid w:val="00B34281"/>
    <w:rsid w:val="00B34FF9"/>
    <w:rsid w:val="00B355FB"/>
    <w:rsid w:val="00B35B6F"/>
    <w:rsid w:val="00B3695F"/>
    <w:rsid w:val="00B36CCA"/>
    <w:rsid w:val="00B375CB"/>
    <w:rsid w:val="00B37629"/>
    <w:rsid w:val="00B37B65"/>
    <w:rsid w:val="00B37C10"/>
    <w:rsid w:val="00B40DD3"/>
    <w:rsid w:val="00B40EE3"/>
    <w:rsid w:val="00B41297"/>
    <w:rsid w:val="00B41AFE"/>
    <w:rsid w:val="00B41E14"/>
    <w:rsid w:val="00B430F6"/>
    <w:rsid w:val="00B44978"/>
    <w:rsid w:val="00B4501B"/>
    <w:rsid w:val="00B4555D"/>
    <w:rsid w:val="00B45BE6"/>
    <w:rsid w:val="00B46187"/>
    <w:rsid w:val="00B464F0"/>
    <w:rsid w:val="00B46A36"/>
    <w:rsid w:val="00B470D1"/>
    <w:rsid w:val="00B471A0"/>
    <w:rsid w:val="00B4730B"/>
    <w:rsid w:val="00B4751B"/>
    <w:rsid w:val="00B47730"/>
    <w:rsid w:val="00B47811"/>
    <w:rsid w:val="00B518E1"/>
    <w:rsid w:val="00B51AAB"/>
    <w:rsid w:val="00B51C3F"/>
    <w:rsid w:val="00B5235A"/>
    <w:rsid w:val="00B52414"/>
    <w:rsid w:val="00B5280F"/>
    <w:rsid w:val="00B52BDF"/>
    <w:rsid w:val="00B52D67"/>
    <w:rsid w:val="00B53260"/>
    <w:rsid w:val="00B53457"/>
    <w:rsid w:val="00B53D45"/>
    <w:rsid w:val="00B53F69"/>
    <w:rsid w:val="00B5470E"/>
    <w:rsid w:val="00B5505F"/>
    <w:rsid w:val="00B552D8"/>
    <w:rsid w:val="00B5574A"/>
    <w:rsid w:val="00B55E13"/>
    <w:rsid w:val="00B56E4B"/>
    <w:rsid w:val="00B577B6"/>
    <w:rsid w:val="00B60412"/>
    <w:rsid w:val="00B60EBE"/>
    <w:rsid w:val="00B61F8A"/>
    <w:rsid w:val="00B625B2"/>
    <w:rsid w:val="00B62D79"/>
    <w:rsid w:val="00B63276"/>
    <w:rsid w:val="00B63303"/>
    <w:rsid w:val="00B633DF"/>
    <w:rsid w:val="00B6377A"/>
    <w:rsid w:val="00B64C13"/>
    <w:rsid w:val="00B6555B"/>
    <w:rsid w:val="00B65D04"/>
    <w:rsid w:val="00B6662B"/>
    <w:rsid w:val="00B669B6"/>
    <w:rsid w:val="00B67C2E"/>
    <w:rsid w:val="00B7027B"/>
    <w:rsid w:val="00B71307"/>
    <w:rsid w:val="00B720AE"/>
    <w:rsid w:val="00B72411"/>
    <w:rsid w:val="00B725A3"/>
    <w:rsid w:val="00B727FA"/>
    <w:rsid w:val="00B72EDF"/>
    <w:rsid w:val="00B73CE2"/>
    <w:rsid w:val="00B74144"/>
    <w:rsid w:val="00B74F3F"/>
    <w:rsid w:val="00B762F3"/>
    <w:rsid w:val="00B7673E"/>
    <w:rsid w:val="00B76B87"/>
    <w:rsid w:val="00B76E7C"/>
    <w:rsid w:val="00B770B2"/>
    <w:rsid w:val="00B771B5"/>
    <w:rsid w:val="00B77810"/>
    <w:rsid w:val="00B77941"/>
    <w:rsid w:val="00B77C95"/>
    <w:rsid w:val="00B77ED7"/>
    <w:rsid w:val="00B77F2A"/>
    <w:rsid w:val="00B803C8"/>
    <w:rsid w:val="00B80CF1"/>
    <w:rsid w:val="00B80E5F"/>
    <w:rsid w:val="00B8109D"/>
    <w:rsid w:val="00B818D0"/>
    <w:rsid w:val="00B82863"/>
    <w:rsid w:val="00B82C56"/>
    <w:rsid w:val="00B83B48"/>
    <w:rsid w:val="00B83EE2"/>
    <w:rsid w:val="00B83F3E"/>
    <w:rsid w:val="00B84C85"/>
    <w:rsid w:val="00B84DD9"/>
    <w:rsid w:val="00B85F58"/>
    <w:rsid w:val="00B8602B"/>
    <w:rsid w:val="00B86193"/>
    <w:rsid w:val="00B862B0"/>
    <w:rsid w:val="00B87136"/>
    <w:rsid w:val="00B87843"/>
    <w:rsid w:val="00B87A48"/>
    <w:rsid w:val="00B9009B"/>
    <w:rsid w:val="00B90AA3"/>
    <w:rsid w:val="00B90ECC"/>
    <w:rsid w:val="00B910D6"/>
    <w:rsid w:val="00B912E5"/>
    <w:rsid w:val="00B91FBA"/>
    <w:rsid w:val="00B92193"/>
    <w:rsid w:val="00B9241D"/>
    <w:rsid w:val="00B93431"/>
    <w:rsid w:val="00B93C24"/>
    <w:rsid w:val="00B94365"/>
    <w:rsid w:val="00B94659"/>
    <w:rsid w:val="00B946CF"/>
    <w:rsid w:val="00B94803"/>
    <w:rsid w:val="00B9554C"/>
    <w:rsid w:val="00B955FE"/>
    <w:rsid w:val="00B96F17"/>
    <w:rsid w:val="00B9700F"/>
    <w:rsid w:val="00B97055"/>
    <w:rsid w:val="00B970FD"/>
    <w:rsid w:val="00BA026F"/>
    <w:rsid w:val="00BA0758"/>
    <w:rsid w:val="00BA1159"/>
    <w:rsid w:val="00BA2002"/>
    <w:rsid w:val="00BA20A3"/>
    <w:rsid w:val="00BA344F"/>
    <w:rsid w:val="00BA3619"/>
    <w:rsid w:val="00BA607E"/>
    <w:rsid w:val="00BA645E"/>
    <w:rsid w:val="00BA67A1"/>
    <w:rsid w:val="00BA6D22"/>
    <w:rsid w:val="00BB0708"/>
    <w:rsid w:val="00BB08C9"/>
    <w:rsid w:val="00BB1413"/>
    <w:rsid w:val="00BB1762"/>
    <w:rsid w:val="00BB199E"/>
    <w:rsid w:val="00BB1AFC"/>
    <w:rsid w:val="00BB1D9F"/>
    <w:rsid w:val="00BB4509"/>
    <w:rsid w:val="00BB45E0"/>
    <w:rsid w:val="00BB55DD"/>
    <w:rsid w:val="00BB6838"/>
    <w:rsid w:val="00BB7414"/>
    <w:rsid w:val="00BB7614"/>
    <w:rsid w:val="00BB7D7A"/>
    <w:rsid w:val="00BB7FF9"/>
    <w:rsid w:val="00BC04E4"/>
    <w:rsid w:val="00BC0D1F"/>
    <w:rsid w:val="00BC1637"/>
    <w:rsid w:val="00BC18F5"/>
    <w:rsid w:val="00BC2E64"/>
    <w:rsid w:val="00BC3103"/>
    <w:rsid w:val="00BC4369"/>
    <w:rsid w:val="00BC44DE"/>
    <w:rsid w:val="00BC4798"/>
    <w:rsid w:val="00BC4922"/>
    <w:rsid w:val="00BC4A10"/>
    <w:rsid w:val="00BC4E04"/>
    <w:rsid w:val="00BC4FEF"/>
    <w:rsid w:val="00BC6365"/>
    <w:rsid w:val="00BC687A"/>
    <w:rsid w:val="00BC6A07"/>
    <w:rsid w:val="00BC707E"/>
    <w:rsid w:val="00BC7583"/>
    <w:rsid w:val="00BC7742"/>
    <w:rsid w:val="00BC7896"/>
    <w:rsid w:val="00BC78B4"/>
    <w:rsid w:val="00BC7AF7"/>
    <w:rsid w:val="00BC7EC9"/>
    <w:rsid w:val="00BC7EDB"/>
    <w:rsid w:val="00BD075B"/>
    <w:rsid w:val="00BD09CB"/>
    <w:rsid w:val="00BD0C53"/>
    <w:rsid w:val="00BD2613"/>
    <w:rsid w:val="00BD2FDD"/>
    <w:rsid w:val="00BD3076"/>
    <w:rsid w:val="00BD4956"/>
    <w:rsid w:val="00BD4966"/>
    <w:rsid w:val="00BD576F"/>
    <w:rsid w:val="00BD6311"/>
    <w:rsid w:val="00BD6441"/>
    <w:rsid w:val="00BD7884"/>
    <w:rsid w:val="00BE05F0"/>
    <w:rsid w:val="00BE1A3D"/>
    <w:rsid w:val="00BE26B1"/>
    <w:rsid w:val="00BE281C"/>
    <w:rsid w:val="00BE2B9B"/>
    <w:rsid w:val="00BE36C2"/>
    <w:rsid w:val="00BE42F2"/>
    <w:rsid w:val="00BE45AA"/>
    <w:rsid w:val="00BE4A37"/>
    <w:rsid w:val="00BE4C91"/>
    <w:rsid w:val="00BE6100"/>
    <w:rsid w:val="00BE6B1F"/>
    <w:rsid w:val="00BE6CD8"/>
    <w:rsid w:val="00BE6E78"/>
    <w:rsid w:val="00BE6E7C"/>
    <w:rsid w:val="00BE7336"/>
    <w:rsid w:val="00BF1257"/>
    <w:rsid w:val="00BF1D74"/>
    <w:rsid w:val="00BF28BF"/>
    <w:rsid w:val="00BF2EE2"/>
    <w:rsid w:val="00BF3322"/>
    <w:rsid w:val="00BF353A"/>
    <w:rsid w:val="00BF3C5A"/>
    <w:rsid w:val="00BF3E71"/>
    <w:rsid w:val="00BF4396"/>
    <w:rsid w:val="00BF4758"/>
    <w:rsid w:val="00BF475F"/>
    <w:rsid w:val="00BF4781"/>
    <w:rsid w:val="00BF4FA6"/>
    <w:rsid w:val="00BF5430"/>
    <w:rsid w:val="00BF54CA"/>
    <w:rsid w:val="00BF564E"/>
    <w:rsid w:val="00BF5997"/>
    <w:rsid w:val="00BF5B8E"/>
    <w:rsid w:val="00BF5F0D"/>
    <w:rsid w:val="00BF5F2C"/>
    <w:rsid w:val="00BF6E04"/>
    <w:rsid w:val="00BF7C64"/>
    <w:rsid w:val="00BF7CDA"/>
    <w:rsid w:val="00C00530"/>
    <w:rsid w:val="00C00F32"/>
    <w:rsid w:val="00C02A37"/>
    <w:rsid w:val="00C02CF6"/>
    <w:rsid w:val="00C0369B"/>
    <w:rsid w:val="00C03C08"/>
    <w:rsid w:val="00C047B7"/>
    <w:rsid w:val="00C05FD8"/>
    <w:rsid w:val="00C0646E"/>
    <w:rsid w:val="00C07878"/>
    <w:rsid w:val="00C07C0F"/>
    <w:rsid w:val="00C10B68"/>
    <w:rsid w:val="00C1130E"/>
    <w:rsid w:val="00C11979"/>
    <w:rsid w:val="00C11FA3"/>
    <w:rsid w:val="00C126DE"/>
    <w:rsid w:val="00C12CDE"/>
    <w:rsid w:val="00C13F5C"/>
    <w:rsid w:val="00C14262"/>
    <w:rsid w:val="00C14B7E"/>
    <w:rsid w:val="00C152CD"/>
    <w:rsid w:val="00C15398"/>
    <w:rsid w:val="00C155CF"/>
    <w:rsid w:val="00C159BB"/>
    <w:rsid w:val="00C159CB"/>
    <w:rsid w:val="00C15D4D"/>
    <w:rsid w:val="00C16B7C"/>
    <w:rsid w:val="00C16F22"/>
    <w:rsid w:val="00C17C63"/>
    <w:rsid w:val="00C20D64"/>
    <w:rsid w:val="00C21121"/>
    <w:rsid w:val="00C213D6"/>
    <w:rsid w:val="00C21B79"/>
    <w:rsid w:val="00C21BE3"/>
    <w:rsid w:val="00C21F5F"/>
    <w:rsid w:val="00C2253B"/>
    <w:rsid w:val="00C23C90"/>
    <w:rsid w:val="00C24215"/>
    <w:rsid w:val="00C242F5"/>
    <w:rsid w:val="00C2465E"/>
    <w:rsid w:val="00C24DE7"/>
    <w:rsid w:val="00C24E00"/>
    <w:rsid w:val="00C25530"/>
    <w:rsid w:val="00C25FF1"/>
    <w:rsid w:val="00C26369"/>
    <w:rsid w:val="00C274B9"/>
    <w:rsid w:val="00C27B75"/>
    <w:rsid w:val="00C3039A"/>
    <w:rsid w:val="00C31ACA"/>
    <w:rsid w:val="00C31D17"/>
    <w:rsid w:val="00C320D0"/>
    <w:rsid w:val="00C3250D"/>
    <w:rsid w:val="00C326B9"/>
    <w:rsid w:val="00C32BE1"/>
    <w:rsid w:val="00C33317"/>
    <w:rsid w:val="00C33AEC"/>
    <w:rsid w:val="00C33FC0"/>
    <w:rsid w:val="00C34E44"/>
    <w:rsid w:val="00C35AD0"/>
    <w:rsid w:val="00C35C20"/>
    <w:rsid w:val="00C36682"/>
    <w:rsid w:val="00C36855"/>
    <w:rsid w:val="00C36D7F"/>
    <w:rsid w:val="00C36F71"/>
    <w:rsid w:val="00C37501"/>
    <w:rsid w:val="00C3767E"/>
    <w:rsid w:val="00C376C3"/>
    <w:rsid w:val="00C379D2"/>
    <w:rsid w:val="00C40518"/>
    <w:rsid w:val="00C4071C"/>
    <w:rsid w:val="00C40AD1"/>
    <w:rsid w:val="00C413D8"/>
    <w:rsid w:val="00C419BA"/>
    <w:rsid w:val="00C41B86"/>
    <w:rsid w:val="00C42656"/>
    <w:rsid w:val="00C42D12"/>
    <w:rsid w:val="00C42D66"/>
    <w:rsid w:val="00C43771"/>
    <w:rsid w:val="00C44077"/>
    <w:rsid w:val="00C440B5"/>
    <w:rsid w:val="00C440B6"/>
    <w:rsid w:val="00C44610"/>
    <w:rsid w:val="00C459AD"/>
    <w:rsid w:val="00C45CD9"/>
    <w:rsid w:val="00C46949"/>
    <w:rsid w:val="00C4741B"/>
    <w:rsid w:val="00C47D5F"/>
    <w:rsid w:val="00C50135"/>
    <w:rsid w:val="00C50AF1"/>
    <w:rsid w:val="00C50DD6"/>
    <w:rsid w:val="00C50E4F"/>
    <w:rsid w:val="00C50EF4"/>
    <w:rsid w:val="00C512DD"/>
    <w:rsid w:val="00C51373"/>
    <w:rsid w:val="00C51928"/>
    <w:rsid w:val="00C5264F"/>
    <w:rsid w:val="00C52E64"/>
    <w:rsid w:val="00C530ED"/>
    <w:rsid w:val="00C53529"/>
    <w:rsid w:val="00C53E00"/>
    <w:rsid w:val="00C54456"/>
    <w:rsid w:val="00C54683"/>
    <w:rsid w:val="00C54E42"/>
    <w:rsid w:val="00C55006"/>
    <w:rsid w:val="00C55639"/>
    <w:rsid w:val="00C55C16"/>
    <w:rsid w:val="00C56C65"/>
    <w:rsid w:val="00C6013D"/>
    <w:rsid w:val="00C60D97"/>
    <w:rsid w:val="00C618C5"/>
    <w:rsid w:val="00C62393"/>
    <w:rsid w:val="00C62F66"/>
    <w:rsid w:val="00C635AD"/>
    <w:rsid w:val="00C63FA8"/>
    <w:rsid w:val="00C644C4"/>
    <w:rsid w:val="00C650EB"/>
    <w:rsid w:val="00C658DC"/>
    <w:rsid w:val="00C65A82"/>
    <w:rsid w:val="00C65DE4"/>
    <w:rsid w:val="00C66166"/>
    <w:rsid w:val="00C664AB"/>
    <w:rsid w:val="00C66DF8"/>
    <w:rsid w:val="00C70031"/>
    <w:rsid w:val="00C70225"/>
    <w:rsid w:val="00C70661"/>
    <w:rsid w:val="00C70FE5"/>
    <w:rsid w:val="00C71480"/>
    <w:rsid w:val="00C71831"/>
    <w:rsid w:val="00C71A30"/>
    <w:rsid w:val="00C72528"/>
    <w:rsid w:val="00C7315E"/>
    <w:rsid w:val="00C7328A"/>
    <w:rsid w:val="00C74931"/>
    <w:rsid w:val="00C74CA3"/>
    <w:rsid w:val="00C74CC7"/>
    <w:rsid w:val="00C75431"/>
    <w:rsid w:val="00C7640E"/>
    <w:rsid w:val="00C807E3"/>
    <w:rsid w:val="00C813BD"/>
    <w:rsid w:val="00C81607"/>
    <w:rsid w:val="00C816D5"/>
    <w:rsid w:val="00C81C05"/>
    <w:rsid w:val="00C821EE"/>
    <w:rsid w:val="00C82B14"/>
    <w:rsid w:val="00C831B1"/>
    <w:rsid w:val="00C839C5"/>
    <w:rsid w:val="00C83E83"/>
    <w:rsid w:val="00C84B23"/>
    <w:rsid w:val="00C8532A"/>
    <w:rsid w:val="00C85E80"/>
    <w:rsid w:val="00C865BE"/>
    <w:rsid w:val="00C86A07"/>
    <w:rsid w:val="00C87672"/>
    <w:rsid w:val="00C9087D"/>
    <w:rsid w:val="00C9106A"/>
    <w:rsid w:val="00C919D3"/>
    <w:rsid w:val="00C923C2"/>
    <w:rsid w:val="00C92853"/>
    <w:rsid w:val="00C92A91"/>
    <w:rsid w:val="00C93AC5"/>
    <w:rsid w:val="00C93F8E"/>
    <w:rsid w:val="00C94020"/>
    <w:rsid w:val="00C941FA"/>
    <w:rsid w:val="00C94B28"/>
    <w:rsid w:val="00C94C13"/>
    <w:rsid w:val="00C9594E"/>
    <w:rsid w:val="00C95EAC"/>
    <w:rsid w:val="00C9719E"/>
    <w:rsid w:val="00C97683"/>
    <w:rsid w:val="00CA0090"/>
    <w:rsid w:val="00CA0270"/>
    <w:rsid w:val="00CA0353"/>
    <w:rsid w:val="00CA0626"/>
    <w:rsid w:val="00CA06A2"/>
    <w:rsid w:val="00CA1810"/>
    <w:rsid w:val="00CA1A6E"/>
    <w:rsid w:val="00CA235A"/>
    <w:rsid w:val="00CA2A40"/>
    <w:rsid w:val="00CA2DF2"/>
    <w:rsid w:val="00CA2F75"/>
    <w:rsid w:val="00CA3217"/>
    <w:rsid w:val="00CA3BD0"/>
    <w:rsid w:val="00CA3C47"/>
    <w:rsid w:val="00CA3C7A"/>
    <w:rsid w:val="00CA485D"/>
    <w:rsid w:val="00CA54C4"/>
    <w:rsid w:val="00CA5867"/>
    <w:rsid w:val="00CA59A8"/>
    <w:rsid w:val="00CA5B3E"/>
    <w:rsid w:val="00CA5CEC"/>
    <w:rsid w:val="00CA5D82"/>
    <w:rsid w:val="00CA68D2"/>
    <w:rsid w:val="00CA6C4A"/>
    <w:rsid w:val="00CA726F"/>
    <w:rsid w:val="00CA7281"/>
    <w:rsid w:val="00CA7AEA"/>
    <w:rsid w:val="00CA7E8F"/>
    <w:rsid w:val="00CB00F6"/>
    <w:rsid w:val="00CB0664"/>
    <w:rsid w:val="00CB0F7A"/>
    <w:rsid w:val="00CB1467"/>
    <w:rsid w:val="00CB1499"/>
    <w:rsid w:val="00CB16F4"/>
    <w:rsid w:val="00CB185A"/>
    <w:rsid w:val="00CB2675"/>
    <w:rsid w:val="00CB3AF9"/>
    <w:rsid w:val="00CB52F1"/>
    <w:rsid w:val="00CB59FE"/>
    <w:rsid w:val="00CB5CBD"/>
    <w:rsid w:val="00CB6879"/>
    <w:rsid w:val="00CC042A"/>
    <w:rsid w:val="00CC0E1B"/>
    <w:rsid w:val="00CC0E80"/>
    <w:rsid w:val="00CC11CE"/>
    <w:rsid w:val="00CC1669"/>
    <w:rsid w:val="00CC190E"/>
    <w:rsid w:val="00CC23D9"/>
    <w:rsid w:val="00CC2D60"/>
    <w:rsid w:val="00CC3681"/>
    <w:rsid w:val="00CC4575"/>
    <w:rsid w:val="00CC47E3"/>
    <w:rsid w:val="00CC548A"/>
    <w:rsid w:val="00CC54A6"/>
    <w:rsid w:val="00CC6C72"/>
    <w:rsid w:val="00CD002A"/>
    <w:rsid w:val="00CD03CA"/>
    <w:rsid w:val="00CD0A6F"/>
    <w:rsid w:val="00CD27CC"/>
    <w:rsid w:val="00CD2B71"/>
    <w:rsid w:val="00CD317A"/>
    <w:rsid w:val="00CD46C8"/>
    <w:rsid w:val="00CD478A"/>
    <w:rsid w:val="00CD5406"/>
    <w:rsid w:val="00CD5407"/>
    <w:rsid w:val="00CD55E4"/>
    <w:rsid w:val="00CD634D"/>
    <w:rsid w:val="00CD6E64"/>
    <w:rsid w:val="00CD6F6F"/>
    <w:rsid w:val="00CD7A03"/>
    <w:rsid w:val="00CD7D6A"/>
    <w:rsid w:val="00CE00A2"/>
    <w:rsid w:val="00CE010F"/>
    <w:rsid w:val="00CE01BB"/>
    <w:rsid w:val="00CE01EB"/>
    <w:rsid w:val="00CE0F0B"/>
    <w:rsid w:val="00CE1829"/>
    <w:rsid w:val="00CE1A14"/>
    <w:rsid w:val="00CE2B77"/>
    <w:rsid w:val="00CE2C86"/>
    <w:rsid w:val="00CE2FF5"/>
    <w:rsid w:val="00CE44A3"/>
    <w:rsid w:val="00CE4953"/>
    <w:rsid w:val="00CE52EB"/>
    <w:rsid w:val="00CE5CA4"/>
    <w:rsid w:val="00CE6163"/>
    <w:rsid w:val="00CE6FEE"/>
    <w:rsid w:val="00CE7145"/>
    <w:rsid w:val="00CE77A2"/>
    <w:rsid w:val="00CF0920"/>
    <w:rsid w:val="00CF0B4F"/>
    <w:rsid w:val="00CF12AF"/>
    <w:rsid w:val="00CF15C2"/>
    <w:rsid w:val="00CF217B"/>
    <w:rsid w:val="00CF217F"/>
    <w:rsid w:val="00CF23E7"/>
    <w:rsid w:val="00CF24D1"/>
    <w:rsid w:val="00CF45E6"/>
    <w:rsid w:val="00CF50F8"/>
    <w:rsid w:val="00CF5375"/>
    <w:rsid w:val="00CF540F"/>
    <w:rsid w:val="00CF54D5"/>
    <w:rsid w:val="00CF5CC0"/>
    <w:rsid w:val="00CF5E15"/>
    <w:rsid w:val="00CF5F24"/>
    <w:rsid w:val="00CF6366"/>
    <w:rsid w:val="00CF6393"/>
    <w:rsid w:val="00CF698D"/>
    <w:rsid w:val="00CF6DBE"/>
    <w:rsid w:val="00CF7235"/>
    <w:rsid w:val="00CF74A0"/>
    <w:rsid w:val="00D00ACB"/>
    <w:rsid w:val="00D00FFB"/>
    <w:rsid w:val="00D015F3"/>
    <w:rsid w:val="00D0193F"/>
    <w:rsid w:val="00D01E96"/>
    <w:rsid w:val="00D01FEA"/>
    <w:rsid w:val="00D03B77"/>
    <w:rsid w:val="00D05CD6"/>
    <w:rsid w:val="00D06253"/>
    <w:rsid w:val="00D10049"/>
    <w:rsid w:val="00D105A0"/>
    <w:rsid w:val="00D10809"/>
    <w:rsid w:val="00D111B8"/>
    <w:rsid w:val="00D11F5C"/>
    <w:rsid w:val="00D121F5"/>
    <w:rsid w:val="00D12AB1"/>
    <w:rsid w:val="00D12B90"/>
    <w:rsid w:val="00D13B22"/>
    <w:rsid w:val="00D13DA3"/>
    <w:rsid w:val="00D13E9E"/>
    <w:rsid w:val="00D14C14"/>
    <w:rsid w:val="00D14D60"/>
    <w:rsid w:val="00D16396"/>
    <w:rsid w:val="00D16A22"/>
    <w:rsid w:val="00D16E9E"/>
    <w:rsid w:val="00D1775F"/>
    <w:rsid w:val="00D17B9F"/>
    <w:rsid w:val="00D17D00"/>
    <w:rsid w:val="00D20E17"/>
    <w:rsid w:val="00D20E6F"/>
    <w:rsid w:val="00D211FE"/>
    <w:rsid w:val="00D2186B"/>
    <w:rsid w:val="00D21AA0"/>
    <w:rsid w:val="00D21C20"/>
    <w:rsid w:val="00D21C82"/>
    <w:rsid w:val="00D22F1B"/>
    <w:rsid w:val="00D23276"/>
    <w:rsid w:val="00D2355B"/>
    <w:rsid w:val="00D237A7"/>
    <w:rsid w:val="00D240F8"/>
    <w:rsid w:val="00D256A1"/>
    <w:rsid w:val="00D256D8"/>
    <w:rsid w:val="00D26753"/>
    <w:rsid w:val="00D27004"/>
    <w:rsid w:val="00D272A0"/>
    <w:rsid w:val="00D27F3D"/>
    <w:rsid w:val="00D30195"/>
    <w:rsid w:val="00D30D30"/>
    <w:rsid w:val="00D30FA6"/>
    <w:rsid w:val="00D311A4"/>
    <w:rsid w:val="00D311C6"/>
    <w:rsid w:val="00D31701"/>
    <w:rsid w:val="00D31EF5"/>
    <w:rsid w:val="00D32381"/>
    <w:rsid w:val="00D32F4B"/>
    <w:rsid w:val="00D33ECD"/>
    <w:rsid w:val="00D34CB8"/>
    <w:rsid w:val="00D34F2B"/>
    <w:rsid w:val="00D352AC"/>
    <w:rsid w:val="00D356BF"/>
    <w:rsid w:val="00D35C5B"/>
    <w:rsid w:val="00D36C16"/>
    <w:rsid w:val="00D36F42"/>
    <w:rsid w:val="00D372A5"/>
    <w:rsid w:val="00D3737D"/>
    <w:rsid w:val="00D3795D"/>
    <w:rsid w:val="00D37A56"/>
    <w:rsid w:val="00D37AB0"/>
    <w:rsid w:val="00D40B0B"/>
    <w:rsid w:val="00D40CC6"/>
    <w:rsid w:val="00D41E48"/>
    <w:rsid w:val="00D421D7"/>
    <w:rsid w:val="00D422E8"/>
    <w:rsid w:val="00D426CE"/>
    <w:rsid w:val="00D4298C"/>
    <w:rsid w:val="00D43543"/>
    <w:rsid w:val="00D43EA9"/>
    <w:rsid w:val="00D45264"/>
    <w:rsid w:val="00D45864"/>
    <w:rsid w:val="00D46126"/>
    <w:rsid w:val="00D46CEC"/>
    <w:rsid w:val="00D472FB"/>
    <w:rsid w:val="00D473F3"/>
    <w:rsid w:val="00D47EC3"/>
    <w:rsid w:val="00D50ADA"/>
    <w:rsid w:val="00D51304"/>
    <w:rsid w:val="00D5251E"/>
    <w:rsid w:val="00D52702"/>
    <w:rsid w:val="00D52CE1"/>
    <w:rsid w:val="00D52E91"/>
    <w:rsid w:val="00D536B8"/>
    <w:rsid w:val="00D538B4"/>
    <w:rsid w:val="00D53B41"/>
    <w:rsid w:val="00D5432D"/>
    <w:rsid w:val="00D54CB0"/>
    <w:rsid w:val="00D54E02"/>
    <w:rsid w:val="00D54FAC"/>
    <w:rsid w:val="00D553FF"/>
    <w:rsid w:val="00D5554F"/>
    <w:rsid w:val="00D5589E"/>
    <w:rsid w:val="00D55E4B"/>
    <w:rsid w:val="00D560A6"/>
    <w:rsid w:val="00D561A5"/>
    <w:rsid w:val="00D56AC5"/>
    <w:rsid w:val="00D56E74"/>
    <w:rsid w:val="00D56F3E"/>
    <w:rsid w:val="00D57461"/>
    <w:rsid w:val="00D574BF"/>
    <w:rsid w:val="00D600C5"/>
    <w:rsid w:val="00D60317"/>
    <w:rsid w:val="00D605E1"/>
    <w:rsid w:val="00D6064E"/>
    <w:rsid w:val="00D606BE"/>
    <w:rsid w:val="00D6071F"/>
    <w:rsid w:val="00D6115F"/>
    <w:rsid w:val="00D62201"/>
    <w:rsid w:val="00D63037"/>
    <w:rsid w:val="00D63307"/>
    <w:rsid w:val="00D63B9F"/>
    <w:rsid w:val="00D63BA0"/>
    <w:rsid w:val="00D63D87"/>
    <w:rsid w:val="00D63EC6"/>
    <w:rsid w:val="00D640D3"/>
    <w:rsid w:val="00D644CF"/>
    <w:rsid w:val="00D6464D"/>
    <w:rsid w:val="00D66177"/>
    <w:rsid w:val="00D662A0"/>
    <w:rsid w:val="00D667BA"/>
    <w:rsid w:val="00D66C89"/>
    <w:rsid w:val="00D66CA4"/>
    <w:rsid w:val="00D66D37"/>
    <w:rsid w:val="00D672A5"/>
    <w:rsid w:val="00D6798D"/>
    <w:rsid w:val="00D70A59"/>
    <w:rsid w:val="00D70AE6"/>
    <w:rsid w:val="00D71371"/>
    <w:rsid w:val="00D71DFA"/>
    <w:rsid w:val="00D71ECF"/>
    <w:rsid w:val="00D727F0"/>
    <w:rsid w:val="00D72F7D"/>
    <w:rsid w:val="00D7392C"/>
    <w:rsid w:val="00D73BC9"/>
    <w:rsid w:val="00D73EC7"/>
    <w:rsid w:val="00D74F37"/>
    <w:rsid w:val="00D75030"/>
    <w:rsid w:val="00D752D7"/>
    <w:rsid w:val="00D752EF"/>
    <w:rsid w:val="00D7577D"/>
    <w:rsid w:val="00D76211"/>
    <w:rsid w:val="00D763BD"/>
    <w:rsid w:val="00D76DBD"/>
    <w:rsid w:val="00D800BE"/>
    <w:rsid w:val="00D803D8"/>
    <w:rsid w:val="00D805FA"/>
    <w:rsid w:val="00D81403"/>
    <w:rsid w:val="00D81DE7"/>
    <w:rsid w:val="00D825D6"/>
    <w:rsid w:val="00D825F1"/>
    <w:rsid w:val="00D8461C"/>
    <w:rsid w:val="00D8509D"/>
    <w:rsid w:val="00D85217"/>
    <w:rsid w:val="00D8575A"/>
    <w:rsid w:val="00D85A3C"/>
    <w:rsid w:val="00D86126"/>
    <w:rsid w:val="00D869B9"/>
    <w:rsid w:val="00D87002"/>
    <w:rsid w:val="00D9188A"/>
    <w:rsid w:val="00D91B87"/>
    <w:rsid w:val="00D9297E"/>
    <w:rsid w:val="00D9337A"/>
    <w:rsid w:val="00D94D8D"/>
    <w:rsid w:val="00D94EA1"/>
    <w:rsid w:val="00D95042"/>
    <w:rsid w:val="00D95739"/>
    <w:rsid w:val="00D95CC4"/>
    <w:rsid w:val="00D96614"/>
    <w:rsid w:val="00D967E2"/>
    <w:rsid w:val="00D974FE"/>
    <w:rsid w:val="00D9754C"/>
    <w:rsid w:val="00D9755F"/>
    <w:rsid w:val="00D976D6"/>
    <w:rsid w:val="00DA03C5"/>
    <w:rsid w:val="00DA125B"/>
    <w:rsid w:val="00DA184D"/>
    <w:rsid w:val="00DA1B7D"/>
    <w:rsid w:val="00DA1BA8"/>
    <w:rsid w:val="00DA2044"/>
    <w:rsid w:val="00DA231E"/>
    <w:rsid w:val="00DA38E3"/>
    <w:rsid w:val="00DA3C76"/>
    <w:rsid w:val="00DA51E4"/>
    <w:rsid w:val="00DA5F54"/>
    <w:rsid w:val="00DA66A6"/>
    <w:rsid w:val="00DA70AF"/>
    <w:rsid w:val="00DA7521"/>
    <w:rsid w:val="00DA7DC9"/>
    <w:rsid w:val="00DA7DDE"/>
    <w:rsid w:val="00DB04AA"/>
    <w:rsid w:val="00DB09C0"/>
    <w:rsid w:val="00DB1799"/>
    <w:rsid w:val="00DB27F2"/>
    <w:rsid w:val="00DB30B2"/>
    <w:rsid w:val="00DB44F5"/>
    <w:rsid w:val="00DB4DBF"/>
    <w:rsid w:val="00DB5054"/>
    <w:rsid w:val="00DB5367"/>
    <w:rsid w:val="00DB5647"/>
    <w:rsid w:val="00DB70F4"/>
    <w:rsid w:val="00DB7AE2"/>
    <w:rsid w:val="00DC0002"/>
    <w:rsid w:val="00DC0186"/>
    <w:rsid w:val="00DC0330"/>
    <w:rsid w:val="00DC093A"/>
    <w:rsid w:val="00DC0A4E"/>
    <w:rsid w:val="00DC0D06"/>
    <w:rsid w:val="00DC1235"/>
    <w:rsid w:val="00DC1386"/>
    <w:rsid w:val="00DC13A4"/>
    <w:rsid w:val="00DC14A3"/>
    <w:rsid w:val="00DC1E72"/>
    <w:rsid w:val="00DC1F7A"/>
    <w:rsid w:val="00DC2F02"/>
    <w:rsid w:val="00DC39F3"/>
    <w:rsid w:val="00DC453E"/>
    <w:rsid w:val="00DC56A3"/>
    <w:rsid w:val="00DC5AE0"/>
    <w:rsid w:val="00DC6A6F"/>
    <w:rsid w:val="00DC73F4"/>
    <w:rsid w:val="00DC75E6"/>
    <w:rsid w:val="00DC7EA9"/>
    <w:rsid w:val="00DD0767"/>
    <w:rsid w:val="00DD0A9B"/>
    <w:rsid w:val="00DD127A"/>
    <w:rsid w:val="00DD14CE"/>
    <w:rsid w:val="00DD17B1"/>
    <w:rsid w:val="00DD193A"/>
    <w:rsid w:val="00DD1F05"/>
    <w:rsid w:val="00DD2019"/>
    <w:rsid w:val="00DD259E"/>
    <w:rsid w:val="00DD28B5"/>
    <w:rsid w:val="00DD2CAC"/>
    <w:rsid w:val="00DD3108"/>
    <w:rsid w:val="00DD3694"/>
    <w:rsid w:val="00DD370F"/>
    <w:rsid w:val="00DD407E"/>
    <w:rsid w:val="00DD4B14"/>
    <w:rsid w:val="00DD4BC1"/>
    <w:rsid w:val="00DD4FE9"/>
    <w:rsid w:val="00DD5924"/>
    <w:rsid w:val="00DD67FD"/>
    <w:rsid w:val="00DD716A"/>
    <w:rsid w:val="00DD7263"/>
    <w:rsid w:val="00DD7614"/>
    <w:rsid w:val="00DD7753"/>
    <w:rsid w:val="00DD7D06"/>
    <w:rsid w:val="00DD7F02"/>
    <w:rsid w:val="00DE0285"/>
    <w:rsid w:val="00DE0385"/>
    <w:rsid w:val="00DE0726"/>
    <w:rsid w:val="00DE0A84"/>
    <w:rsid w:val="00DE0AF3"/>
    <w:rsid w:val="00DE1707"/>
    <w:rsid w:val="00DE18B0"/>
    <w:rsid w:val="00DE1C3C"/>
    <w:rsid w:val="00DE24A7"/>
    <w:rsid w:val="00DE2A86"/>
    <w:rsid w:val="00DE2CC5"/>
    <w:rsid w:val="00DE2ECB"/>
    <w:rsid w:val="00DE3049"/>
    <w:rsid w:val="00DE32BF"/>
    <w:rsid w:val="00DE4551"/>
    <w:rsid w:val="00DE4FF4"/>
    <w:rsid w:val="00DE50D7"/>
    <w:rsid w:val="00DE553B"/>
    <w:rsid w:val="00DE5809"/>
    <w:rsid w:val="00DE6470"/>
    <w:rsid w:val="00DE689C"/>
    <w:rsid w:val="00DE6C68"/>
    <w:rsid w:val="00DE733B"/>
    <w:rsid w:val="00DE7513"/>
    <w:rsid w:val="00DE75DB"/>
    <w:rsid w:val="00DE76A3"/>
    <w:rsid w:val="00DE7C28"/>
    <w:rsid w:val="00DF0947"/>
    <w:rsid w:val="00DF1132"/>
    <w:rsid w:val="00DF1284"/>
    <w:rsid w:val="00DF12AC"/>
    <w:rsid w:val="00DF13AB"/>
    <w:rsid w:val="00DF18AF"/>
    <w:rsid w:val="00DF1DAB"/>
    <w:rsid w:val="00DF24EC"/>
    <w:rsid w:val="00DF2D84"/>
    <w:rsid w:val="00DF3181"/>
    <w:rsid w:val="00DF3D28"/>
    <w:rsid w:val="00DF441A"/>
    <w:rsid w:val="00DF4815"/>
    <w:rsid w:val="00DF5103"/>
    <w:rsid w:val="00DF5768"/>
    <w:rsid w:val="00DF72E6"/>
    <w:rsid w:val="00DF73AD"/>
    <w:rsid w:val="00DF75C6"/>
    <w:rsid w:val="00DF7D1F"/>
    <w:rsid w:val="00E00A63"/>
    <w:rsid w:val="00E021F2"/>
    <w:rsid w:val="00E0317F"/>
    <w:rsid w:val="00E03349"/>
    <w:rsid w:val="00E044AF"/>
    <w:rsid w:val="00E046F7"/>
    <w:rsid w:val="00E04AEB"/>
    <w:rsid w:val="00E04E55"/>
    <w:rsid w:val="00E05B1F"/>
    <w:rsid w:val="00E05DF8"/>
    <w:rsid w:val="00E062A6"/>
    <w:rsid w:val="00E06C0B"/>
    <w:rsid w:val="00E0784C"/>
    <w:rsid w:val="00E108DA"/>
    <w:rsid w:val="00E10906"/>
    <w:rsid w:val="00E110FA"/>
    <w:rsid w:val="00E1141D"/>
    <w:rsid w:val="00E115F2"/>
    <w:rsid w:val="00E11C0D"/>
    <w:rsid w:val="00E12391"/>
    <w:rsid w:val="00E137C5"/>
    <w:rsid w:val="00E138D5"/>
    <w:rsid w:val="00E13CDA"/>
    <w:rsid w:val="00E14170"/>
    <w:rsid w:val="00E1448C"/>
    <w:rsid w:val="00E1465A"/>
    <w:rsid w:val="00E15050"/>
    <w:rsid w:val="00E15107"/>
    <w:rsid w:val="00E16152"/>
    <w:rsid w:val="00E16E08"/>
    <w:rsid w:val="00E17134"/>
    <w:rsid w:val="00E17823"/>
    <w:rsid w:val="00E17DB5"/>
    <w:rsid w:val="00E20204"/>
    <w:rsid w:val="00E20225"/>
    <w:rsid w:val="00E2075D"/>
    <w:rsid w:val="00E20C22"/>
    <w:rsid w:val="00E21A7B"/>
    <w:rsid w:val="00E21B26"/>
    <w:rsid w:val="00E21B61"/>
    <w:rsid w:val="00E21E63"/>
    <w:rsid w:val="00E21E8F"/>
    <w:rsid w:val="00E22B0E"/>
    <w:rsid w:val="00E22FD8"/>
    <w:rsid w:val="00E23319"/>
    <w:rsid w:val="00E236EC"/>
    <w:rsid w:val="00E241B7"/>
    <w:rsid w:val="00E2519E"/>
    <w:rsid w:val="00E25594"/>
    <w:rsid w:val="00E2631B"/>
    <w:rsid w:val="00E265EA"/>
    <w:rsid w:val="00E3000B"/>
    <w:rsid w:val="00E3000C"/>
    <w:rsid w:val="00E3019F"/>
    <w:rsid w:val="00E30523"/>
    <w:rsid w:val="00E307BE"/>
    <w:rsid w:val="00E31373"/>
    <w:rsid w:val="00E31930"/>
    <w:rsid w:val="00E3262F"/>
    <w:rsid w:val="00E32CF5"/>
    <w:rsid w:val="00E33598"/>
    <w:rsid w:val="00E33BE8"/>
    <w:rsid w:val="00E33DAB"/>
    <w:rsid w:val="00E3437D"/>
    <w:rsid w:val="00E344CC"/>
    <w:rsid w:val="00E3489B"/>
    <w:rsid w:val="00E3497B"/>
    <w:rsid w:val="00E34DBB"/>
    <w:rsid w:val="00E35A4B"/>
    <w:rsid w:val="00E369F1"/>
    <w:rsid w:val="00E36E0F"/>
    <w:rsid w:val="00E372B8"/>
    <w:rsid w:val="00E376C8"/>
    <w:rsid w:val="00E40291"/>
    <w:rsid w:val="00E405CF"/>
    <w:rsid w:val="00E40EBB"/>
    <w:rsid w:val="00E40F64"/>
    <w:rsid w:val="00E41170"/>
    <w:rsid w:val="00E4126A"/>
    <w:rsid w:val="00E413F4"/>
    <w:rsid w:val="00E41983"/>
    <w:rsid w:val="00E41BAD"/>
    <w:rsid w:val="00E422E8"/>
    <w:rsid w:val="00E42333"/>
    <w:rsid w:val="00E425FE"/>
    <w:rsid w:val="00E43A61"/>
    <w:rsid w:val="00E43C54"/>
    <w:rsid w:val="00E44F6C"/>
    <w:rsid w:val="00E45036"/>
    <w:rsid w:val="00E452F2"/>
    <w:rsid w:val="00E45AAC"/>
    <w:rsid w:val="00E45B25"/>
    <w:rsid w:val="00E4749F"/>
    <w:rsid w:val="00E50FBA"/>
    <w:rsid w:val="00E51265"/>
    <w:rsid w:val="00E51965"/>
    <w:rsid w:val="00E51CF8"/>
    <w:rsid w:val="00E520F1"/>
    <w:rsid w:val="00E5232A"/>
    <w:rsid w:val="00E5322C"/>
    <w:rsid w:val="00E5339A"/>
    <w:rsid w:val="00E54B5C"/>
    <w:rsid w:val="00E56717"/>
    <w:rsid w:val="00E5721F"/>
    <w:rsid w:val="00E573F6"/>
    <w:rsid w:val="00E575CC"/>
    <w:rsid w:val="00E57F2A"/>
    <w:rsid w:val="00E60BBB"/>
    <w:rsid w:val="00E60BBD"/>
    <w:rsid w:val="00E60C12"/>
    <w:rsid w:val="00E60FAB"/>
    <w:rsid w:val="00E6119E"/>
    <w:rsid w:val="00E61D8B"/>
    <w:rsid w:val="00E623AE"/>
    <w:rsid w:val="00E6246F"/>
    <w:rsid w:val="00E62F4E"/>
    <w:rsid w:val="00E63D32"/>
    <w:rsid w:val="00E6442F"/>
    <w:rsid w:val="00E64815"/>
    <w:rsid w:val="00E648F6"/>
    <w:rsid w:val="00E64C37"/>
    <w:rsid w:val="00E64D53"/>
    <w:rsid w:val="00E64D7E"/>
    <w:rsid w:val="00E64F0D"/>
    <w:rsid w:val="00E6663B"/>
    <w:rsid w:val="00E668D7"/>
    <w:rsid w:val="00E66CF3"/>
    <w:rsid w:val="00E66FBF"/>
    <w:rsid w:val="00E67402"/>
    <w:rsid w:val="00E67F21"/>
    <w:rsid w:val="00E70006"/>
    <w:rsid w:val="00E70C86"/>
    <w:rsid w:val="00E718D4"/>
    <w:rsid w:val="00E71A43"/>
    <w:rsid w:val="00E7201C"/>
    <w:rsid w:val="00E728D3"/>
    <w:rsid w:val="00E72C0B"/>
    <w:rsid w:val="00E72CBB"/>
    <w:rsid w:val="00E72F18"/>
    <w:rsid w:val="00E73B9F"/>
    <w:rsid w:val="00E73C54"/>
    <w:rsid w:val="00E75326"/>
    <w:rsid w:val="00E75AD9"/>
    <w:rsid w:val="00E75D5D"/>
    <w:rsid w:val="00E7616F"/>
    <w:rsid w:val="00E7666C"/>
    <w:rsid w:val="00E76B69"/>
    <w:rsid w:val="00E77499"/>
    <w:rsid w:val="00E774D2"/>
    <w:rsid w:val="00E802E1"/>
    <w:rsid w:val="00E8293E"/>
    <w:rsid w:val="00E82CA1"/>
    <w:rsid w:val="00E82F26"/>
    <w:rsid w:val="00E83A34"/>
    <w:rsid w:val="00E841BB"/>
    <w:rsid w:val="00E84257"/>
    <w:rsid w:val="00E847FB"/>
    <w:rsid w:val="00E84ED9"/>
    <w:rsid w:val="00E85A78"/>
    <w:rsid w:val="00E86233"/>
    <w:rsid w:val="00E864CB"/>
    <w:rsid w:val="00E86A78"/>
    <w:rsid w:val="00E87007"/>
    <w:rsid w:val="00E87860"/>
    <w:rsid w:val="00E902D9"/>
    <w:rsid w:val="00E904B7"/>
    <w:rsid w:val="00E905CE"/>
    <w:rsid w:val="00E90D62"/>
    <w:rsid w:val="00E9173D"/>
    <w:rsid w:val="00E925D2"/>
    <w:rsid w:val="00E929E4"/>
    <w:rsid w:val="00E9395B"/>
    <w:rsid w:val="00E93A5B"/>
    <w:rsid w:val="00E94409"/>
    <w:rsid w:val="00E94C68"/>
    <w:rsid w:val="00E9548F"/>
    <w:rsid w:val="00E95693"/>
    <w:rsid w:val="00E956EE"/>
    <w:rsid w:val="00E9630B"/>
    <w:rsid w:val="00E9705C"/>
    <w:rsid w:val="00E97249"/>
    <w:rsid w:val="00E97566"/>
    <w:rsid w:val="00EA020A"/>
    <w:rsid w:val="00EA0555"/>
    <w:rsid w:val="00EA0A5D"/>
    <w:rsid w:val="00EA126F"/>
    <w:rsid w:val="00EA190F"/>
    <w:rsid w:val="00EA21D1"/>
    <w:rsid w:val="00EA24C4"/>
    <w:rsid w:val="00EA32E5"/>
    <w:rsid w:val="00EA40AE"/>
    <w:rsid w:val="00EA44C8"/>
    <w:rsid w:val="00EA4ED7"/>
    <w:rsid w:val="00EA5473"/>
    <w:rsid w:val="00EA5B8B"/>
    <w:rsid w:val="00EA5E2E"/>
    <w:rsid w:val="00EA657C"/>
    <w:rsid w:val="00EA73AC"/>
    <w:rsid w:val="00EA7CE0"/>
    <w:rsid w:val="00EB0044"/>
    <w:rsid w:val="00EB0A48"/>
    <w:rsid w:val="00EB20B8"/>
    <w:rsid w:val="00EB2485"/>
    <w:rsid w:val="00EB2755"/>
    <w:rsid w:val="00EB277A"/>
    <w:rsid w:val="00EB2979"/>
    <w:rsid w:val="00EB2BA3"/>
    <w:rsid w:val="00EB35D4"/>
    <w:rsid w:val="00EB3D72"/>
    <w:rsid w:val="00EB47CD"/>
    <w:rsid w:val="00EB4900"/>
    <w:rsid w:val="00EB504D"/>
    <w:rsid w:val="00EB585B"/>
    <w:rsid w:val="00EB5E10"/>
    <w:rsid w:val="00EB68AA"/>
    <w:rsid w:val="00EB7F38"/>
    <w:rsid w:val="00EC0463"/>
    <w:rsid w:val="00EC048B"/>
    <w:rsid w:val="00EC12B3"/>
    <w:rsid w:val="00EC1F9E"/>
    <w:rsid w:val="00EC3511"/>
    <w:rsid w:val="00EC405F"/>
    <w:rsid w:val="00EC554C"/>
    <w:rsid w:val="00EC6087"/>
    <w:rsid w:val="00EC6941"/>
    <w:rsid w:val="00EC6A10"/>
    <w:rsid w:val="00EC7CF1"/>
    <w:rsid w:val="00ED0CB9"/>
    <w:rsid w:val="00ED0D79"/>
    <w:rsid w:val="00ED12EC"/>
    <w:rsid w:val="00ED130A"/>
    <w:rsid w:val="00ED3387"/>
    <w:rsid w:val="00ED4F7E"/>
    <w:rsid w:val="00ED683D"/>
    <w:rsid w:val="00ED71C0"/>
    <w:rsid w:val="00EE04E1"/>
    <w:rsid w:val="00EE0FFB"/>
    <w:rsid w:val="00EE150D"/>
    <w:rsid w:val="00EE2405"/>
    <w:rsid w:val="00EE282C"/>
    <w:rsid w:val="00EE2AB6"/>
    <w:rsid w:val="00EE33F9"/>
    <w:rsid w:val="00EE3FF2"/>
    <w:rsid w:val="00EE45F8"/>
    <w:rsid w:val="00EE4CBD"/>
    <w:rsid w:val="00EE4ED7"/>
    <w:rsid w:val="00EE58FF"/>
    <w:rsid w:val="00EE6457"/>
    <w:rsid w:val="00EE660B"/>
    <w:rsid w:val="00EE6E39"/>
    <w:rsid w:val="00EE6F05"/>
    <w:rsid w:val="00EE7211"/>
    <w:rsid w:val="00EE7647"/>
    <w:rsid w:val="00EE7C29"/>
    <w:rsid w:val="00EE7C53"/>
    <w:rsid w:val="00EF0DD4"/>
    <w:rsid w:val="00EF24DE"/>
    <w:rsid w:val="00EF29BB"/>
    <w:rsid w:val="00EF2B7C"/>
    <w:rsid w:val="00EF3BBA"/>
    <w:rsid w:val="00EF445F"/>
    <w:rsid w:val="00EF4D5D"/>
    <w:rsid w:val="00EF4DE9"/>
    <w:rsid w:val="00EF56F7"/>
    <w:rsid w:val="00EF6177"/>
    <w:rsid w:val="00EF6614"/>
    <w:rsid w:val="00EF6B94"/>
    <w:rsid w:val="00EF6F7B"/>
    <w:rsid w:val="00F011DE"/>
    <w:rsid w:val="00F01324"/>
    <w:rsid w:val="00F013CB"/>
    <w:rsid w:val="00F021B3"/>
    <w:rsid w:val="00F02297"/>
    <w:rsid w:val="00F026DE"/>
    <w:rsid w:val="00F02AC7"/>
    <w:rsid w:val="00F03534"/>
    <w:rsid w:val="00F036A4"/>
    <w:rsid w:val="00F038F5"/>
    <w:rsid w:val="00F04CB5"/>
    <w:rsid w:val="00F05971"/>
    <w:rsid w:val="00F06FB0"/>
    <w:rsid w:val="00F06FCE"/>
    <w:rsid w:val="00F07187"/>
    <w:rsid w:val="00F07363"/>
    <w:rsid w:val="00F075C2"/>
    <w:rsid w:val="00F078C2"/>
    <w:rsid w:val="00F07B02"/>
    <w:rsid w:val="00F07B51"/>
    <w:rsid w:val="00F07D9C"/>
    <w:rsid w:val="00F07EBF"/>
    <w:rsid w:val="00F1040C"/>
    <w:rsid w:val="00F10B82"/>
    <w:rsid w:val="00F1143B"/>
    <w:rsid w:val="00F117AA"/>
    <w:rsid w:val="00F119E5"/>
    <w:rsid w:val="00F11FAF"/>
    <w:rsid w:val="00F13407"/>
    <w:rsid w:val="00F13A17"/>
    <w:rsid w:val="00F13A64"/>
    <w:rsid w:val="00F13DAC"/>
    <w:rsid w:val="00F14A28"/>
    <w:rsid w:val="00F14EBA"/>
    <w:rsid w:val="00F15322"/>
    <w:rsid w:val="00F1587A"/>
    <w:rsid w:val="00F162CB"/>
    <w:rsid w:val="00F167E2"/>
    <w:rsid w:val="00F16ABE"/>
    <w:rsid w:val="00F16C5F"/>
    <w:rsid w:val="00F176AB"/>
    <w:rsid w:val="00F17B9B"/>
    <w:rsid w:val="00F17CEE"/>
    <w:rsid w:val="00F204D9"/>
    <w:rsid w:val="00F20CCA"/>
    <w:rsid w:val="00F21B6D"/>
    <w:rsid w:val="00F2239D"/>
    <w:rsid w:val="00F22429"/>
    <w:rsid w:val="00F2251F"/>
    <w:rsid w:val="00F23A82"/>
    <w:rsid w:val="00F24904"/>
    <w:rsid w:val="00F25A1E"/>
    <w:rsid w:val="00F25BD6"/>
    <w:rsid w:val="00F25FD5"/>
    <w:rsid w:val="00F26519"/>
    <w:rsid w:val="00F269C3"/>
    <w:rsid w:val="00F271DB"/>
    <w:rsid w:val="00F27354"/>
    <w:rsid w:val="00F27D0B"/>
    <w:rsid w:val="00F30169"/>
    <w:rsid w:val="00F302B0"/>
    <w:rsid w:val="00F307CC"/>
    <w:rsid w:val="00F30C57"/>
    <w:rsid w:val="00F3115A"/>
    <w:rsid w:val="00F32209"/>
    <w:rsid w:val="00F3341C"/>
    <w:rsid w:val="00F33668"/>
    <w:rsid w:val="00F33A6B"/>
    <w:rsid w:val="00F33FA7"/>
    <w:rsid w:val="00F33FF7"/>
    <w:rsid w:val="00F34518"/>
    <w:rsid w:val="00F34542"/>
    <w:rsid w:val="00F34D8E"/>
    <w:rsid w:val="00F34FD9"/>
    <w:rsid w:val="00F35245"/>
    <w:rsid w:val="00F36416"/>
    <w:rsid w:val="00F36A58"/>
    <w:rsid w:val="00F36B8D"/>
    <w:rsid w:val="00F37528"/>
    <w:rsid w:val="00F37C11"/>
    <w:rsid w:val="00F37CFD"/>
    <w:rsid w:val="00F406E1"/>
    <w:rsid w:val="00F407B7"/>
    <w:rsid w:val="00F40883"/>
    <w:rsid w:val="00F419C8"/>
    <w:rsid w:val="00F41C7D"/>
    <w:rsid w:val="00F423DB"/>
    <w:rsid w:val="00F424C2"/>
    <w:rsid w:val="00F4252A"/>
    <w:rsid w:val="00F425AF"/>
    <w:rsid w:val="00F431F4"/>
    <w:rsid w:val="00F44754"/>
    <w:rsid w:val="00F45EC3"/>
    <w:rsid w:val="00F45F1A"/>
    <w:rsid w:val="00F461A4"/>
    <w:rsid w:val="00F468BF"/>
    <w:rsid w:val="00F469E7"/>
    <w:rsid w:val="00F47002"/>
    <w:rsid w:val="00F47348"/>
    <w:rsid w:val="00F51494"/>
    <w:rsid w:val="00F52218"/>
    <w:rsid w:val="00F52CCC"/>
    <w:rsid w:val="00F53561"/>
    <w:rsid w:val="00F53810"/>
    <w:rsid w:val="00F54161"/>
    <w:rsid w:val="00F541E4"/>
    <w:rsid w:val="00F542D2"/>
    <w:rsid w:val="00F54573"/>
    <w:rsid w:val="00F548A5"/>
    <w:rsid w:val="00F5578E"/>
    <w:rsid w:val="00F5583E"/>
    <w:rsid w:val="00F56066"/>
    <w:rsid w:val="00F5642E"/>
    <w:rsid w:val="00F56C0B"/>
    <w:rsid w:val="00F57E76"/>
    <w:rsid w:val="00F60349"/>
    <w:rsid w:val="00F60A85"/>
    <w:rsid w:val="00F617D8"/>
    <w:rsid w:val="00F61D4A"/>
    <w:rsid w:val="00F61D56"/>
    <w:rsid w:val="00F61F6D"/>
    <w:rsid w:val="00F62787"/>
    <w:rsid w:val="00F62AED"/>
    <w:rsid w:val="00F62D07"/>
    <w:rsid w:val="00F631F8"/>
    <w:rsid w:val="00F63F18"/>
    <w:rsid w:val="00F644C7"/>
    <w:rsid w:val="00F65D92"/>
    <w:rsid w:val="00F66172"/>
    <w:rsid w:val="00F6623B"/>
    <w:rsid w:val="00F664F1"/>
    <w:rsid w:val="00F676E2"/>
    <w:rsid w:val="00F67AEB"/>
    <w:rsid w:val="00F701CB"/>
    <w:rsid w:val="00F70DA9"/>
    <w:rsid w:val="00F70E78"/>
    <w:rsid w:val="00F715C6"/>
    <w:rsid w:val="00F71F84"/>
    <w:rsid w:val="00F724CD"/>
    <w:rsid w:val="00F7272E"/>
    <w:rsid w:val="00F72A0A"/>
    <w:rsid w:val="00F72D83"/>
    <w:rsid w:val="00F73660"/>
    <w:rsid w:val="00F7385E"/>
    <w:rsid w:val="00F73B40"/>
    <w:rsid w:val="00F7422F"/>
    <w:rsid w:val="00F7470A"/>
    <w:rsid w:val="00F7479A"/>
    <w:rsid w:val="00F74EBA"/>
    <w:rsid w:val="00F75302"/>
    <w:rsid w:val="00F7617D"/>
    <w:rsid w:val="00F772F7"/>
    <w:rsid w:val="00F7741D"/>
    <w:rsid w:val="00F775EC"/>
    <w:rsid w:val="00F778B3"/>
    <w:rsid w:val="00F80E10"/>
    <w:rsid w:val="00F82634"/>
    <w:rsid w:val="00F82897"/>
    <w:rsid w:val="00F82907"/>
    <w:rsid w:val="00F834D2"/>
    <w:rsid w:val="00F835A3"/>
    <w:rsid w:val="00F83AAB"/>
    <w:rsid w:val="00F83AD4"/>
    <w:rsid w:val="00F83FAE"/>
    <w:rsid w:val="00F84C39"/>
    <w:rsid w:val="00F85019"/>
    <w:rsid w:val="00F8515C"/>
    <w:rsid w:val="00F85A26"/>
    <w:rsid w:val="00F85AB9"/>
    <w:rsid w:val="00F8612F"/>
    <w:rsid w:val="00F86E67"/>
    <w:rsid w:val="00F870E4"/>
    <w:rsid w:val="00F875A3"/>
    <w:rsid w:val="00F91A8E"/>
    <w:rsid w:val="00F91CF2"/>
    <w:rsid w:val="00F91D04"/>
    <w:rsid w:val="00F9214D"/>
    <w:rsid w:val="00F92830"/>
    <w:rsid w:val="00F92A63"/>
    <w:rsid w:val="00F92ADC"/>
    <w:rsid w:val="00F93102"/>
    <w:rsid w:val="00F938C8"/>
    <w:rsid w:val="00F95054"/>
    <w:rsid w:val="00F956E1"/>
    <w:rsid w:val="00F95E36"/>
    <w:rsid w:val="00F96BB7"/>
    <w:rsid w:val="00F97E97"/>
    <w:rsid w:val="00FA0091"/>
    <w:rsid w:val="00FA0375"/>
    <w:rsid w:val="00FA04A6"/>
    <w:rsid w:val="00FA0A21"/>
    <w:rsid w:val="00FA16B2"/>
    <w:rsid w:val="00FA19D2"/>
    <w:rsid w:val="00FA1C99"/>
    <w:rsid w:val="00FA25BD"/>
    <w:rsid w:val="00FA2DC5"/>
    <w:rsid w:val="00FA2DF8"/>
    <w:rsid w:val="00FA4DF5"/>
    <w:rsid w:val="00FA5559"/>
    <w:rsid w:val="00FA60A9"/>
    <w:rsid w:val="00FA6424"/>
    <w:rsid w:val="00FA7163"/>
    <w:rsid w:val="00FA758C"/>
    <w:rsid w:val="00FA7EE2"/>
    <w:rsid w:val="00FB0F80"/>
    <w:rsid w:val="00FB174F"/>
    <w:rsid w:val="00FB251A"/>
    <w:rsid w:val="00FB347A"/>
    <w:rsid w:val="00FB3A97"/>
    <w:rsid w:val="00FB41D3"/>
    <w:rsid w:val="00FB4B58"/>
    <w:rsid w:val="00FB4DE0"/>
    <w:rsid w:val="00FB4F39"/>
    <w:rsid w:val="00FB4FDB"/>
    <w:rsid w:val="00FB5FF3"/>
    <w:rsid w:val="00FB65C5"/>
    <w:rsid w:val="00FB690E"/>
    <w:rsid w:val="00FB69D5"/>
    <w:rsid w:val="00FB69D7"/>
    <w:rsid w:val="00FC15B1"/>
    <w:rsid w:val="00FC165E"/>
    <w:rsid w:val="00FC3049"/>
    <w:rsid w:val="00FC4037"/>
    <w:rsid w:val="00FC48EB"/>
    <w:rsid w:val="00FC5D61"/>
    <w:rsid w:val="00FC693F"/>
    <w:rsid w:val="00FC7A3D"/>
    <w:rsid w:val="00FC7B83"/>
    <w:rsid w:val="00FC7C75"/>
    <w:rsid w:val="00FC7E47"/>
    <w:rsid w:val="00FD08AB"/>
    <w:rsid w:val="00FD1864"/>
    <w:rsid w:val="00FD2078"/>
    <w:rsid w:val="00FD2667"/>
    <w:rsid w:val="00FD2B9C"/>
    <w:rsid w:val="00FD2E59"/>
    <w:rsid w:val="00FD2F0A"/>
    <w:rsid w:val="00FD2F40"/>
    <w:rsid w:val="00FD3225"/>
    <w:rsid w:val="00FD3918"/>
    <w:rsid w:val="00FD3FBF"/>
    <w:rsid w:val="00FD44C8"/>
    <w:rsid w:val="00FD4E5A"/>
    <w:rsid w:val="00FD5221"/>
    <w:rsid w:val="00FD53A5"/>
    <w:rsid w:val="00FD570B"/>
    <w:rsid w:val="00FD5C05"/>
    <w:rsid w:val="00FD6049"/>
    <w:rsid w:val="00FD6157"/>
    <w:rsid w:val="00FD7329"/>
    <w:rsid w:val="00FD78A4"/>
    <w:rsid w:val="00FD7D6B"/>
    <w:rsid w:val="00FD7EAF"/>
    <w:rsid w:val="00FE012C"/>
    <w:rsid w:val="00FE0C0B"/>
    <w:rsid w:val="00FE18CD"/>
    <w:rsid w:val="00FE19D8"/>
    <w:rsid w:val="00FE2547"/>
    <w:rsid w:val="00FE2894"/>
    <w:rsid w:val="00FE28F1"/>
    <w:rsid w:val="00FE2927"/>
    <w:rsid w:val="00FE2A8E"/>
    <w:rsid w:val="00FE333F"/>
    <w:rsid w:val="00FE3A26"/>
    <w:rsid w:val="00FE3EC3"/>
    <w:rsid w:val="00FE45F2"/>
    <w:rsid w:val="00FE4CEB"/>
    <w:rsid w:val="00FE4E68"/>
    <w:rsid w:val="00FE56A2"/>
    <w:rsid w:val="00FE7595"/>
    <w:rsid w:val="00FE76E8"/>
    <w:rsid w:val="00FE79D6"/>
    <w:rsid w:val="00FE7C00"/>
    <w:rsid w:val="00FF020D"/>
    <w:rsid w:val="00FF02B9"/>
    <w:rsid w:val="00FF0CBF"/>
    <w:rsid w:val="00FF19E1"/>
    <w:rsid w:val="00FF20BB"/>
    <w:rsid w:val="00FF21E3"/>
    <w:rsid w:val="00FF2AFA"/>
    <w:rsid w:val="00FF4294"/>
    <w:rsid w:val="00FF440A"/>
    <w:rsid w:val="00FF487E"/>
    <w:rsid w:val="00FF496A"/>
    <w:rsid w:val="00FF4B5A"/>
    <w:rsid w:val="00FF5064"/>
    <w:rsid w:val="00FF61F9"/>
    <w:rsid w:val="00FF6416"/>
    <w:rsid w:val="00FF731F"/>
    <w:rsid w:val="00FF7560"/>
    <w:rsid w:val="00FF7EF3"/>
    <w:rsid w:val="01653DBF"/>
    <w:rsid w:val="051D671D"/>
    <w:rsid w:val="060DD156"/>
    <w:rsid w:val="090AA043"/>
    <w:rsid w:val="0F3AC595"/>
    <w:rsid w:val="113CABDA"/>
    <w:rsid w:val="137C8B2A"/>
    <w:rsid w:val="1393F72C"/>
    <w:rsid w:val="15A33609"/>
    <w:rsid w:val="184D4454"/>
    <w:rsid w:val="1BE992B3"/>
    <w:rsid w:val="2841C423"/>
    <w:rsid w:val="2AEC074A"/>
    <w:rsid w:val="33270124"/>
    <w:rsid w:val="3336FAC1"/>
    <w:rsid w:val="3367FCCB"/>
    <w:rsid w:val="35688F92"/>
    <w:rsid w:val="366F08AD"/>
    <w:rsid w:val="39EE4D44"/>
    <w:rsid w:val="3B3E9862"/>
    <w:rsid w:val="3B7724A2"/>
    <w:rsid w:val="40F6D3B4"/>
    <w:rsid w:val="470E7E8E"/>
    <w:rsid w:val="48512A88"/>
    <w:rsid w:val="4D150DE4"/>
    <w:rsid w:val="52FDE7FB"/>
    <w:rsid w:val="591DE4CA"/>
    <w:rsid w:val="5AD910BD"/>
    <w:rsid w:val="5DEA2152"/>
    <w:rsid w:val="5EA1373F"/>
    <w:rsid w:val="6145F35D"/>
    <w:rsid w:val="641F56A2"/>
    <w:rsid w:val="6AE2CA6D"/>
    <w:rsid w:val="6B40310C"/>
    <w:rsid w:val="6C1D710B"/>
    <w:rsid w:val="6C72B32D"/>
    <w:rsid w:val="6CEAD5E2"/>
    <w:rsid w:val="6EEFACB7"/>
    <w:rsid w:val="70CD1B81"/>
    <w:rsid w:val="73609B09"/>
    <w:rsid w:val="776791D4"/>
    <w:rsid w:val="78A6AE5B"/>
    <w:rsid w:val="7B1BB107"/>
    <w:rsid w:val="7BF6B762"/>
    <w:rsid w:val="7DBAF904"/>
    <w:rsid w:val="7E1E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A3E99F"/>
  <w14:defaultImageDpi w14:val="330"/>
  <w15:docId w15:val="{85C4F93A-40A4-4BDF-ADB9-CE260194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aragrafoelencoCarattere">
    <w:name w:val="Paragrafo elenco Carattere"/>
    <w:link w:val="Paragrafoelenco"/>
    <w:uiPriority w:val="34"/>
    <w:qFormat/>
    <w:rsid w:val="001C428B"/>
  </w:style>
  <w:style w:type="paragraph" w:customStyle="1" w:styleId="Elencoacolori-Colore11">
    <w:name w:val="Elenco a colori - Colore 11"/>
    <w:basedOn w:val="Normale"/>
    <w:uiPriority w:val="34"/>
    <w:qFormat/>
    <w:rsid w:val="00D12B90"/>
    <w:pPr>
      <w:numPr>
        <w:numId w:val="11"/>
      </w:numPr>
      <w:spacing w:before="60" w:after="0" w:line="252" w:lineRule="auto"/>
      <w:contextualSpacing/>
      <w:jc w:val="both"/>
    </w:pPr>
    <w:rPr>
      <w:rFonts w:eastAsia="Times New Roman" w:cs="Times New Roman"/>
      <w:szCs w:val="24"/>
      <w:lang w:eastAsia="it-IT"/>
    </w:rPr>
  </w:style>
  <w:style w:type="character" w:styleId="Collegamentoipertestuale">
    <w:name w:val="Hyperlink"/>
    <w:uiPriority w:val="99"/>
    <w:unhideWhenUsed/>
    <w:rsid w:val="00D12B90"/>
    <w:rPr>
      <w:color w:val="0563C1"/>
      <w:u w:val="single"/>
    </w:rPr>
  </w:style>
  <w:style w:type="paragraph" w:styleId="NormaleWeb">
    <w:name w:val="Normal (Web)"/>
    <w:basedOn w:val="Normale"/>
    <w:uiPriority w:val="99"/>
    <w:semiHidden/>
    <w:unhideWhenUsed/>
    <w:rsid w:val="00E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FF4B5A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53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532A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1175E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175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175E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175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175ED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676C9C"/>
    <w:pPr>
      <w:spacing w:after="0" w:line="240" w:lineRule="auto"/>
    </w:pPr>
  </w:style>
  <w:style w:type="paragraph" w:styleId="Sommario1">
    <w:name w:val="toc 1"/>
    <w:basedOn w:val="Normale"/>
    <w:next w:val="Normale"/>
    <w:autoRedefine/>
    <w:uiPriority w:val="39"/>
    <w:unhideWhenUsed/>
    <w:rsid w:val="00212218"/>
    <w:pPr>
      <w:spacing w:after="100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4077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4077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40775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62F66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862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Props1.xml><?xml version="1.0" encoding="utf-8"?>
<ds:datastoreItem xmlns:ds="http://schemas.openxmlformats.org/officeDocument/2006/customXml" ds:itemID="{D1ED568C-B7DC-48B2-B1D5-5E307B1E5D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AF1E89-A02E-49D6-9A24-4E8D8DDD7D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5C992C-6551-409F-BD48-E9475C8499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13CFE9-DACE-4178-AE8E-CE1C9FFCF41F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4</Pages>
  <Words>347</Words>
  <Characters>1983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2326</CharactersWithSpaces>
  <SharedDoc>false</SharedDoc>
  <HyperlinkBase/>
  <HLinks>
    <vt:vector size="180" baseType="variant">
      <vt:variant>
        <vt:i4>2490463</vt:i4>
      </vt:variant>
      <vt:variant>
        <vt:i4>171</vt:i4>
      </vt:variant>
      <vt:variant>
        <vt:i4>0</vt:i4>
      </vt:variant>
      <vt:variant>
        <vt:i4>5</vt:i4>
      </vt:variant>
      <vt:variant>
        <vt:lpwstr>mailto:dpcoe.uff4@pec.governo.it</vt:lpwstr>
      </vt:variant>
      <vt:variant>
        <vt:lpwstr/>
      </vt:variant>
      <vt:variant>
        <vt:i4>7209006</vt:i4>
      </vt:variant>
      <vt:variant>
        <vt:i4>168</vt:i4>
      </vt:variant>
      <vt:variant>
        <vt:i4>0</vt:i4>
      </vt:variant>
      <vt:variant>
        <vt:i4>5</vt:i4>
      </vt:variant>
      <vt:variant>
        <vt:lpwstr>https://capcoe.it/opportunita/avvisi/scuola_nazionale_coesione/</vt:lpwstr>
      </vt:variant>
      <vt:variant>
        <vt:lpwstr/>
      </vt:variant>
      <vt:variant>
        <vt:i4>5636191</vt:i4>
      </vt:variant>
      <vt:variant>
        <vt:i4>165</vt:i4>
      </vt:variant>
      <vt:variant>
        <vt:i4>0</vt:i4>
      </vt:variant>
      <vt:variant>
        <vt:i4>5</vt:i4>
      </vt:variant>
      <vt:variant>
        <vt:lpwstr>https://www.mur.gov.it/it/aree-tematiche/universita/le-universita</vt:lpwstr>
      </vt:variant>
      <vt:variant>
        <vt:lpwstr/>
      </vt:variant>
      <vt:variant>
        <vt:i4>1900604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_Toc234832930</vt:lpwstr>
      </vt:variant>
      <vt:variant>
        <vt:i4>1835068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_Toc234832929</vt:lpwstr>
      </vt:variant>
      <vt:variant>
        <vt:i4>1835068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_Toc234832928</vt:lpwstr>
      </vt:variant>
      <vt:variant>
        <vt:i4>1835068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_Toc234832927</vt:lpwstr>
      </vt:variant>
      <vt:variant>
        <vt:i4>1835068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_Toc234832926</vt:lpwstr>
      </vt:variant>
      <vt:variant>
        <vt:i4>1835068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_Toc234832925</vt:lpwstr>
      </vt:variant>
      <vt:variant>
        <vt:i4>1835068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_Toc234832924</vt:lpwstr>
      </vt:variant>
      <vt:variant>
        <vt:i4>1835068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_Toc234832923</vt:lpwstr>
      </vt:variant>
      <vt:variant>
        <vt:i4>1835068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_Toc234832922</vt:lpwstr>
      </vt:variant>
      <vt:variant>
        <vt:i4>1835068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_Toc234832921</vt:lpwstr>
      </vt:variant>
      <vt:variant>
        <vt:i4>1835068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_Toc234832920</vt:lpwstr>
      </vt:variant>
      <vt:variant>
        <vt:i4>2031676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_Toc234832919</vt:lpwstr>
      </vt:variant>
      <vt:variant>
        <vt:i4>2031676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_Toc234832918</vt:lpwstr>
      </vt:variant>
      <vt:variant>
        <vt:i4>2031676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_Toc234832917</vt:lpwstr>
      </vt:variant>
      <vt:variant>
        <vt:i4>2031676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_Toc234832916</vt:lpwstr>
      </vt:variant>
      <vt:variant>
        <vt:i4>2031676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_Toc234832915</vt:lpwstr>
      </vt:variant>
      <vt:variant>
        <vt:i4>2031676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_Toc234832914</vt:lpwstr>
      </vt:variant>
      <vt:variant>
        <vt:i4>2031676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_Toc234832913</vt:lpwstr>
      </vt:variant>
      <vt:variant>
        <vt:i4>2031676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_Toc234832912</vt:lpwstr>
      </vt:variant>
      <vt:variant>
        <vt:i4>2031676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_Toc234832911</vt:lpwstr>
      </vt:variant>
      <vt:variant>
        <vt:i4>2031676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_Toc234832910</vt:lpwstr>
      </vt:variant>
      <vt:variant>
        <vt:i4>1966140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_Toc234832909</vt:lpwstr>
      </vt:variant>
      <vt:variant>
        <vt:i4>1966140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_Toc234832908</vt:lpwstr>
      </vt:variant>
      <vt:variant>
        <vt:i4>1966140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_Toc234832907</vt:lpwstr>
      </vt:variant>
      <vt:variant>
        <vt:i4>1966140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_Toc234832906</vt:lpwstr>
      </vt:variant>
      <vt:variant>
        <vt:i4>1966140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_Toc234832905</vt:lpwstr>
      </vt:variant>
      <vt:variant>
        <vt:i4>1966140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_Toc234832904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****</cp:lastModifiedBy>
  <cp:revision>373</cp:revision>
  <cp:lastPrinted>2026-07-04T00:39:00Z</cp:lastPrinted>
  <dcterms:created xsi:type="dcterms:W3CDTF">2026-07-10T23:25:00Z</dcterms:created>
  <dcterms:modified xsi:type="dcterms:W3CDTF">2026-09-09T09:22:00Z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2026-04-15T11:08:03Z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874e47c8-2408-4597-9f5d-69c0d38a97d5</vt:lpwstr>
  </property>
  <property fmtid="{D5CDD505-2E9C-101B-9397-08002B2CF9AE}" pid="8" name="MSIP_Label_5097a60d-5525-435b-8989-8eb48ac0c8cd_ContentBits">
    <vt:lpwstr>0</vt:lpwstr>
  </property>
  <property fmtid="{D5CDD505-2E9C-101B-9397-08002B2CF9AE}" pid="9" name="MSIP_Label_5097a60d-5525-435b-8989-8eb48ac0c8cd_Tag">
    <vt:lpwstr>10, 3, 0, 1</vt:lpwstr>
  </property>
  <property fmtid="{D5CDD505-2E9C-101B-9397-08002B2CF9AE}" pid="10" name="ContentTypeId">
    <vt:lpwstr>0x010100E29FEADFC340DA40B2139D4BBB1A48D7</vt:lpwstr>
  </property>
  <property fmtid="{D5CDD505-2E9C-101B-9397-08002B2CF9AE}" pid="11" name="MediaServiceImageTags">
    <vt:lpwstr/>
  </property>
</Properties>
</file>