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DD2D" w14:textId="1787D65C" w:rsidR="00987332" w:rsidRDefault="00932F63" w:rsidP="00987332">
      <w:r>
        <w:rPr>
          <w:noProof/>
        </w:rPr>
        <w:drawing>
          <wp:anchor distT="0" distB="0" distL="114300" distR="114300" simplePos="0" relativeHeight="251658242" behindDoc="1" locked="0" layoutInCell="1" allowOverlap="1" wp14:anchorId="76244DFC" wp14:editId="092A5092">
            <wp:simplePos x="0" y="0"/>
            <wp:positionH relativeFrom="page">
              <wp:posOffset>-203200</wp:posOffset>
            </wp:positionH>
            <wp:positionV relativeFrom="paragraph">
              <wp:posOffset>-1295400</wp:posOffset>
            </wp:positionV>
            <wp:extent cx="7962900" cy="11265507"/>
            <wp:effectExtent l="0" t="0" r="0" b="0"/>
            <wp:wrapNone/>
            <wp:docPr id="396074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74211" name="Immagine 3960742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112655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2D5CC" w14:textId="54AE81A6" w:rsidR="00987332" w:rsidRPr="0046029A" w:rsidRDefault="00987332" w:rsidP="00987332">
      <w:r w:rsidRPr="006A081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FFA798" wp14:editId="3BF9D93E">
                <wp:simplePos x="0" y="0"/>
                <wp:positionH relativeFrom="leftMargin">
                  <wp:posOffset>240151</wp:posOffset>
                </wp:positionH>
                <wp:positionV relativeFrom="paragraph">
                  <wp:posOffset>-54293</wp:posOffset>
                </wp:positionV>
                <wp:extent cx="339612" cy="249959"/>
                <wp:effectExtent l="6667" t="0" r="0" b="0"/>
                <wp:wrapNone/>
                <wp:docPr id="1671109550" name="Arrow: Pentag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9612" cy="249959"/>
                        </a:xfrm>
                        <a:prstGeom prst="homePlate">
                          <a:avLst>
                            <a:gd name="adj" fmla="val 46382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type id="_x0000_t15" coordsize="21600,21600" o:spt="15" adj="16200" path="m@0,l,,,21600@0,21600,21600,10800xe" w14:anchorId="2FBB1B1D">
                <v:stroke joinstyle="miter"/>
                <v:formulas>
                  <v:f eqn="val #0"/>
                  <v:f eqn="prod #0 1 2"/>
                </v:formulas>
                <v:path textboxrect="0,0,10800,21600;0,0,16200,21600;0,0,21600,21600" gradientshapeok="t" o:connecttype="custom" o:connectlocs="@1,0;0,10800;@1,21600;21600,10800" o:connectangles="270,180,90,0"/>
                <v:handles>
                  <v:h position="#0,topLeft" xrange="0,21600"/>
                </v:handles>
              </v:shapetype>
              <v:shape id="Arrow: Pentagon 18" style="position:absolute;margin-left:18.9pt;margin-top:-4.3pt;width:26.75pt;height:19.7pt;rotation:90;z-index:251658245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spid="_x0000_s1026" fillcolor="white [3212]" stroked="f" strokeweight="2pt" type="#_x0000_t15" adj="14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">
                <w10:wrap anchorx="margin"/>
              </v:shape>
            </w:pict>
          </mc:Fallback>
        </mc:AlternateContent>
      </w:r>
    </w:p>
    <w:p w14:paraId="65B0D3C4" w14:textId="0D2B5B4A" w:rsidR="00987332" w:rsidRDefault="00987332" w:rsidP="00987332"/>
    <w:p w14:paraId="4BB8EC2E" w14:textId="51375725" w:rsidR="00987332" w:rsidRDefault="00987332" w:rsidP="00987332"/>
    <w:p w14:paraId="104982B8" w14:textId="2B4E4225" w:rsidR="00987332" w:rsidRDefault="00987332" w:rsidP="00987332"/>
    <w:p w14:paraId="6F2896CC" w14:textId="481AB630" w:rsidR="00987332" w:rsidRDefault="00987332" w:rsidP="00987332"/>
    <w:p w14:paraId="032DF4AB" w14:textId="35384C49" w:rsidR="00987332" w:rsidRDefault="00987332" w:rsidP="00987332"/>
    <w:p w14:paraId="150FEE9C" w14:textId="2B9FED56" w:rsidR="00987332" w:rsidRDefault="00987332" w:rsidP="00987332"/>
    <w:p w14:paraId="1F4189C7" w14:textId="3160B7A9" w:rsidR="00987332" w:rsidRDefault="00987332" w:rsidP="00987332"/>
    <w:p w14:paraId="304F5D21" w14:textId="5A504AC7" w:rsidR="00987332" w:rsidRDefault="00987332" w:rsidP="00987332"/>
    <w:p w14:paraId="6FB4798D" w14:textId="685D0368" w:rsidR="00987332" w:rsidRDefault="00987332" w:rsidP="00987332"/>
    <w:p w14:paraId="79A809C2" w14:textId="57BA96B7" w:rsidR="00987332" w:rsidRDefault="00987332" w:rsidP="00987332"/>
    <w:p w14:paraId="3E8B5B47" w14:textId="50D96E45" w:rsidR="00987332" w:rsidRDefault="00987332" w:rsidP="00987332"/>
    <w:p w14:paraId="033979C1" w14:textId="14228E8F" w:rsidR="00987332" w:rsidRDefault="00987332" w:rsidP="00987332"/>
    <w:p w14:paraId="4F00951D" w14:textId="69CB98E1" w:rsidR="00987332" w:rsidRDefault="00987332" w:rsidP="00987332"/>
    <w:p w14:paraId="6465559F" w14:textId="27DDD662" w:rsidR="00987332" w:rsidRDefault="00987332" w:rsidP="00987332"/>
    <w:p w14:paraId="1E92AEAC" w14:textId="7AC97828" w:rsidR="00987332" w:rsidRDefault="00987332" w:rsidP="00987332"/>
    <w:p w14:paraId="7C43C443" w14:textId="0950E9E6" w:rsidR="00987332" w:rsidRDefault="00987332" w:rsidP="00987332"/>
    <w:p w14:paraId="64DAC016" w14:textId="40682808" w:rsidR="0000682E" w:rsidRPr="00F80E10" w:rsidRDefault="00932F63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  <w:r w:rsidRPr="006A081D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285A23A" wp14:editId="3322217F">
                <wp:simplePos x="0" y="0"/>
                <wp:positionH relativeFrom="margin">
                  <wp:posOffset>-711835</wp:posOffset>
                </wp:positionH>
                <wp:positionV relativeFrom="paragraph">
                  <wp:posOffset>793750</wp:posOffset>
                </wp:positionV>
                <wp:extent cx="6719570" cy="169799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570" cy="1697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0F720" w14:textId="77777777" w:rsidR="00987332" w:rsidRPr="004A6F10" w:rsidRDefault="00987332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7F81F26B" w14:textId="395EB923" w:rsidR="00B218BD" w:rsidRPr="004A6F10" w:rsidRDefault="008701D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Allegato 1</w:t>
                            </w:r>
                            <w:r w:rsidR="00322E3E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045DF"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- MODELLO A</w:t>
                            </w:r>
                            <w:r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="00B218BD"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AVVISO Azione 2.4 </w:t>
                            </w:r>
                          </w:p>
                          <w:p w14:paraId="48055620" w14:textId="3C295977" w:rsidR="00987332" w:rsidRPr="004A6F10" w:rsidRDefault="004479A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Programma Nazionale Capacità per la Coesione</w:t>
                            </w:r>
                            <w:r w:rsidR="00414D10"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Assistenza Tecnica</w:t>
                            </w:r>
                            <w:r w:rsidRPr="004A6F10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2072DC40" w14:textId="77777777" w:rsidR="005B69D6" w:rsidRPr="00430ECF" w:rsidRDefault="005B69D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type id="_x0000_t202" coordsize="21600,21600" o:spt="202" path="m,l,21600r21600,l21600,xe" w14:anchorId="3285A23A">
                <v:stroke joinstyle="miter"/>
                <v:path gradientshapeok="t" o:connecttype="rect"/>
              </v:shapetype>
              <v:shape id="Text Box 2" style="position:absolute;left:0;text-align:left;margin-left:-56.05pt;margin-top:62.5pt;width:529.1pt;height:133.7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">
                <v:textbox>
                  <w:txbxContent>
                    <w:p w:rsidRPr="004A6F10" w:rsidR="00987332" w:rsidP="00B218BD" w:rsidRDefault="00987332" w14:paraId="48B0F720" w14:textId="77777777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:rsidRPr="004A6F10" w:rsidR="00B218BD" w:rsidP="00B218BD" w:rsidRDefault="008701D0" w14:paraId="7F81F26B" w14:textId="395EB923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4A6F10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Allegato 1</w:t>
                      </w:r>
                      <w:r w:rsidR="00322E3E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</w:t>
                      </w:r>
                      <w:r w:rsidRPr="004A6F10" w:rsidR="001045DF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- MODELLO A</w:t>
                      </w:r>
                      <w:r w:rsidRPr="004A6F10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- </w:t>
                      </w:r>
                      <w:r w:rsidRPr="004A6F10" w:rsidR="00B218BD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AVVISO Azione 2.4 </w:t>
                      </w:r>
                    </w:p>
                    <w:p w:rsidRPr="004A6F10" w:rsidR="00987332" w:rsidP="00B218BD" w:rsidRDefault="004479A0" w14:paraId="48055620" w14:textId="3C295977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4A6F10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Programma Nazionale Capacità per la Coesione</w:t>
                      </w:r>
                      <w:r w:rsidRPr="004A6F10" w:rsidR="00414D10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Assistenza Tecnica</w:t>
                      </w:r>
                      <w:r w:rsidRPr="004A6F10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2021-2027</w:t>
                      </w:r>
                    </w:p>
                    <w:p w:rsidRPr="00430ECF" w:rsidR="005B69D6" w:rsidRDefault="005B69D6" w14:paraId="2072DC40" w14:textId="77777777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9D9" w:rsidRPr="00F80E10">
        <w:rPr>
          <w:rFonts w:eastAsiaTheme="majorEastAsia" w:cstheme="majorBidi"/>
          <w:b/>
          <w:color w:val="365F91" w:themeColor="accent1" w:themeShade="BF"/>
        </w:rPr>
        <w:br w:type="page"/>
      </w:r>
      <w:bookmarkStart w:id="0" w:name="_Hlk148026244"/>
    </w:p>
    <w:p w14:paraId="481C8A9E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071FF852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10A831EF" w14:textId="09FE9828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Bidi"/>
          <w:b/>
          <w:bCs/>
          <w:sz w:val="44"/>
          <w:szCs w:val="44"/>
        </w:rPr>
      </w:pPr>
      <w:r w:rsidRPr="006A081D">
        <w:rPr>
          <w:noProof/>
        </w:rPr>
        <w:drawing>
          <wp:inline distT="0" distB="0" distL="0" distR="0" wp14:anchorId="2C6C35D6" wp14:editId="4E5A217E">
            <wp:extent cx="3030448" cy="1216550"/>
            <wp:effectExtent l="0" t="0" r="0" b="3175"/>
            <wp:docPr id="7" name="Immagine 7" descr="PN Capacità per la Coesione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 Capacità per la Coesione 2021-20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277" cy="123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4D68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7DF64F5E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6D4FB904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HAnsi"/>
          <w:b/>
          <w:bCs/>
          <w:sz w:val="44"/>
          <w:szCs w:val="60"/>
        </w:rPr>
      </w:pPr>
    </w:p>
    <w:bookmarkEnd w:id="0"/>
    <w:p w14:paraId="48F0D99B" w14:textId="77777777" w:rsidR="00B818D0" w:rsidRPr="001C6474" w:rsidRDefault="00B818D0" w:rsidP="00B818D0">
      <w:pPr>
        <w:pStyle w:val="Titolo1"/>
        <w:jc w:val="center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MODELLO A – Domanda di partecipazione</w:t>
      </w:r>
    </w:p>
    <w:p w14:paraId="2553CA52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1A8577E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0D563AD5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401BA34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7F544AA3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5FC0399D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6C6F132D" w14:textId="6672A9CE" w:rsidR="00AF1D26" w:rsidRPr="001A6CBF" w:rsidRDefault="00AF1D26" w:rsidP="00AF1D26">
      <w:pPr>
        <w:spacing w:after="40" w:line="240" w:lineRule="auto"/>
        <w:ind w:left="-360"/>
        <w:jc w:val="both"/>
        <w:rPr>
          <w:rFonts w:asciiTheme="majorHAnsi" w:hAnsiTheme="majorHAnsi" w:cstheme="majorBidi"/>
          <w:sz w:val="44"/>
          <w:szCs w:val="44"/>
        </w:rPr>
      </w:pPr>
    </w:p>
    <w:p w14:paraId="550E34AC" w14:textId="7DE45D09" w:rsidR="00954CDF" w:rsidRPr="001C6474" w:rsidRDefault="00954CDF" w:rsidP="000270A4">
      <w:pPr>
        <w:spacing w:after="40" w:line="360" w:lineRule="auto"/>
        <w:rPr>
          <w:rFonts w:ascii="Calibri" w:hAnsi="Calibri" w:cs="Calibri"/>
        </w:rPr>
      </w:pPr>
      <w:r w:rsidRPr="001C6474">
        <w:rPr>
          <w:rFonts w:ascii="Calibri" w:hAnsi="Calibri" w:cs="Calibri"/>
        </w:rPr>
        <w:br w:type="page"/>
      </w:r>
    </w:p>
    <w:p w14:paraId="6586CB7D" w14:textId="77777777" w:rsidR="008701D0" w:rsidRDefault="008701D0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</w:p>
    <w:p w14:paraId="57CE563F" w14:textId="421CCA39" w:rsidR="00954CDF" w:rsidRPr="001C6474" w:rsidRDefault="00954CDF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Domanda di partecipazione all’Avviso pubblico</w:t>
      </w:r>
    </w:p>
    <w:p w14:paraId="51E625B6" w14:textId="0307A840" w:rsidR="00954CDF" w:rsidRPr="001C6474" w:rsidRDefault="00954CDF" w:rsidP="000270A4">
      <w:pPr>
        <w:spacing w:after="40" w:line="360" w:lineRule="auto"/>
        <w:jc w:val="center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“Scuola Nazionale della Coesione”</w:t>
      </w:r>
    </w:p>
    <w:p w14:paraId="0541A9FC" w14:textId="47D75CEC" w:rsidR="00954CDF" w:rsidRPr="001C6474" w:rsidRDefault="00954CDF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 xml:space="preserve">Il/La sottoscritto/a </w:t>
      </w:r>
      <w:r w:rsidR="008C481C" w:rsidRPr="001C6474">
        <w:rPr>
          <w:rFonts w:ascii="Calibri" w:hAnsi="Calibri" w:cs="Calibri"/>
          <w:color w:val="1F497D" w:themeColor="text2"/>
        </w:rPr>
        <w:t>_____________________________________________________</w:t>
      </w:r>
      <w:r w:rsidRPr="001C6474">
        <w:rPr>
          <w:rFonts w:ascii="Calibri" w:hAnsi="Calibri" w:cs="Calibri"/>
          <w:color w:val="1F497D" w:themeColor="text2"/>
        </w:rPr>
        <w:t xml:space="preserve">, nato/a a </w:t>
      </w:r>
      <w:r w:rsidR="008C481C" w:rsidRPr="001C6474">
        <w:rPr>
          <w:rFonts w:ascii="Calibri" w:hAnsi="Calibri" w:cs="Calibri"/>
          <w:color w:val="1F497D" w:themeColor="text2"/>
        </w:rPr>
        <w:t>_________________________</w:t>
      </w:r>
      <w:r w:rsidRPr="001C6474">
        <w:rPr>
          <w:rFonts w:ascii="Calibri" w:hAnsi="Calibri" w:cs="Calibri"/>
          <w:color w:val="1F497D" w:themeColor="text2"/>
        </w:rPr>
        <w:t xml:space="preserve"> il </w:t>
      </w:r>
      <w:r w:rsidR="008C481C" w:rsidRPr="001C6474">
        <w:rPr>
          <w:rFonts w:ascii="Calibri" w:hAnsi="Calibri" w:cs="Calibri"/>
          <w:color w:val="1F497D" w:themeColor="text2"/>
        </w:rPr>
        <w:t>______________________,</w:t>
      </w:r>
      <w:r w:rsidRPr="001C6474">
        <w:rPr>
          <w:rFonts w:ascii="Calibri" w:hAnsi="Calibri" w:cs="Calibri"/>
          <w:color w:val="1F497D" w:themeColor="text2"/>
        </w:rPr>
        <w:t xml:space="preserve"> in qualità di legale rappresentante del soggetto proponente </w:t>
      </w:r>
      <w:r w:rsidRPr="001C6474">
        <w:rPr>
          <w:rFonts w:ascii="Calibri" w:hAnsi="Calibri" w:cs="Calibri"/>
          <w:b/>
          <w:color w:val="1F497D" w:themeColor="text2"/>
        </w:rPr>
        <w:t>(denominazione completa)</w:t>
      </w:r>
      <w:r w:rsidRPr="001C6474">
        <w:rPr>
          <w:rFonts w:ascii="Calibri" w:hAnsi="Calibri" w:cs="Calibri"/>
          <w:color w:val="1F497D" w:themeColor="text2"/>
        </w:rPr>
        <w:t xml:space="preserve"> </w:t>
      </w:r>
      <w:r w:rsidR="008C481C" w:rsidRPr="001C6474">
        <w:rPr>
          <w:rFonts w:ascii="Calibri" w:hAnsi="Calibri" w:cs="Calibri"/>
          <w:color w:val="1F497D" w:themeColor="text2"/>
        </w:rPr>
        <w:t>_________________</w:t>
      </w:r>
      <w:r w:rsidR="008E519C" w:rsidRPr="001C6474">
        <w:rPr>
          <w:rFonts w:ascii="Calibri" w:hAnsi="Calibri" w:cs="Calibri"/>
          <w:color w:val="1F497D" w:themeColor="text2"/>
        </w:rPr>
        <w:t>________________ ______________________________________________________________________</w:t>
      </w:r>
      <w:r w:rsidRPr="001C6474">
        <w:rPr>
          <w:rFonts w:ascii="Calibri" w:hAnsi="Calibri" w:cs="Calibri"/>
          <w:color w:val="1F497D" w:themeColor="text2"/>
        </w:rPr>
        <w:t xml:space="preserve">, con sede legale in </w:t>
      </w:r>
      <w:r w:rsidR="008E519C" w:rsidRPr="001C6474">
        <w:rPr>
          <w:rFonts w:ascii="Calibri" w:hAnsi="Calibri" w:cs="Calibri"/>
          <w:color w:val="1F497D" w:themeColor="text2"/>
        </w:rPr>
        <w:t>______________________________________________,</w:t>
      </w:r>
      <w:r w:rsidRPr="001C6474">
        <w:rPr>
          <w:rFonts w:ascii="Calibri" w:hAnsi="Calibri" w:cs="Calibri"/>
          <w:color w:val="1F497D" w:themeColor="text2"/>
        </w:rPr>
        <w:t xml:space="preserve"> codice fiscale / partita IVA </w:t>
      </w:r>
      <w:r w:rsidR="008E519C" w:rsidRPr="001C6474">
        <w:rPr>
          <w:rFonts w:ascii="Calibri" w:hAnsi="Calibri" w:cs="Calibri"/>
          <w:color w:val="1F497D" w:themeColor="text2"/>
        </w:rPr>
        <w:t>_____________________________________________.</w:t>
      </w:r>
    </w:p>
    <w:p w14:paraId="78890786" w14:textId="77777777" w:rsidR="00E13CDA" w:rsidRPr="001C6474" w:rsidRDefault="00E13CDA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CHIEDE</w:t>
      </w:r>
    </w:p>
    <w:p w14:paraId="3BF28ECD" w14:textId="77777777" w:rsidR="00E13CDA" w:rsidRPr="001C6474" w:rsidRDefault="00E13CDA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partecipare all’Avviso pubblico “Scuola Nazionale della Coesione” per la selezione di soggetti attuatori incaricati della realizzazione di Master universitari di I e/o II livello nell’ambito dell’Azione 2.4 del Programma Nazionale “Capacità per la Coesione” 2021–2027.</w:t>
      </w:r>
    </w:p>
    <w:p w14:paraId="635D1055" w14:textId="77777777" w:rsidR="00E13CDA" w:rsidRPr="001C6474" w:rsidRDefault="00E13CDA" w:rsidP="000270A4">
      <w:pPr>
        <w:spacing w:after="40" w:line="360" w:lineRule="auto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A tal fine</w:t>
      </w:r>
    </w:p>
    <w:p w14:paraId="6C67E6AC" w14:textId="77777777" w:rsidR="00E13CDA" w:rsidRPr="001C6474" w:rsidRDefault="00E13CDA" w:rsidP="000270A4">
      <w:pPr>
        <w:spacing w:after="40" w:line="360" w:lineRule="auto"/>
        <w:jc w:val="center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DICHIARA</w:t>
      </w:r>
    </w:p>
    <w:p w14:paraId="69094446" w14:textId="77777777" w:rsidR="00E13CDA" w:rsidRPr="001C6474" w:rsidRDefault="00E13CDA" w:rsidP="000270A4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aver preso visione integrale dell’Avviso pubblico e dei relativi Allegati e di accettarne integralmente e incondizionatamente tutte le disposizioni;</w:t>
      </w:r>
    </w:p>
    <w:p w14:paraId="238D31EF" w14:textId="77777777" w:rsidR="00E13CDA" w:rsidRPr="001C6474" w:rsidRDefault="00E13CDA" w:rsidP="000270A4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presentare la candidatura:</w:t>
      </w:r>
    </w:p>
    <w:p w14:paraId="7AC16501" w14:textId="77777777" w:rsidR="00E13CDA" w:rsidRPr="001C6474" w:rsidRDefault="00E13CDA" w:rsidP="006217BB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Segoe UI Symbol" w:hAnsi="Segoe UI Symbol" w:cs="Segoe UI Symbol"/>
          <w:color w:val="1F497D" w:themeColor="text2"/>
        </w:rPr>
        <w:t>☐</w:t>
      </w:r>
      <w:r w:rsidRPr="001C6474">
        <w:rPr>
          <w:rFonts w:ascii="Calibri" w:hAnsi="Calibri" w:cs="Calibri"/>
          <w:color w:val="1F497D" w:themeColor="text2"/>
        </w:rPr>
        <w:t xml:space="preserve"> in forma singola</w:t>
      </w:r>
    </w:p>
    <w:p w14:paraId="684CC6A1" w14:textId="313AF621" w:rsidR="00E13CDA" w:rsidRPr="001C6474" w:rsidRDefault="00E13CDA" w:rsidP="006217BB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E44F6C">
        <w:rPr>
          <w:rFonts w:ascii="Segoe UI Symbol" w:hAnsi="Segoe UI Symbol" w:cs="Segoe UI Symbol"/>
          <w:color w:val="1F497D" w:themeColor="text2"/>
        </w:rPr>
        <w:t>☐</w:t>
      </w:r>
      <w:r w:rsidRPr="00E44F6C">
        <w:rPr>
          <w:rFonts w:ascii="Calibri" w:hAnsi="Calibri" w:cs="Calibri"/>
          <w:color w:val="1F497D" w:themeColor="text2"/>
        </w:rPr>
        <w:t xml:space="preserve"> in forma aggregata</w:t>
      </w:r>
      <w:r w:rsidR="000270A4" w:rsidRPr="00E44F6C">
        <w:rPr>
          <w:rFonts w:ascii="Calibri" w:hAnsi="Calibri" w:cs="Calibri"/>
          <w:color w:val="1F497D" w:themeColor="text2"/>
        </w:rPr>
        <w:t xml:space="preserve"> </w:t>
      </w:r>
      <w:r w:rsidRPr="00E44F6C">
        <w:rPr>
          <w:rFonts w:ascii="Calibri" w:hAnsi="Calibri" w:cs="Calibri"/>
          <w:color w:val="1F497D" w:themeColor="text2"/>
        </w:rPr>
        <w:t>(in quest’ultimo caso, indicando il soggetto capofila e i soggetti aggregati);</w:t>
      </w:r>
    </w:p>
    <w:p w14:paraId="646D04A6" w14:textId="4B950ADE" w:rsidR="00E13CDA" w:rsidRPr="001C6474" w:rsidRDefault="00E13CDA" w:rsidP="000270A4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 xml:space="preserve">di candidarsi per </w:t>
      </w:r>
      <w:r w:rsidR="00B80CF1" w:rsidRPr="001C6474">
        <w:rPr>
          <w:rFonts w:ascii="Calibri" w:hAnsi="Calibri" w:cs="Calibri"/>
          <w:color w:val="1F497D" w:themeColor="text2"/>
        </w:rPr>
        <w:t xml:space="preserve">la seguente </w:t>
      </w:r>
      <w:r w:rsidR="002E663D">
        <w:rPr>
          <w:rFonts w:ascii="Calibri" w:hAnsi="Calibri" w:cs="Calibri"/>
          <w:color w:val="1F497D" w:themeColor="text2"/>
        </w:rPr>
        <w:t>categoria di regione</w:t>
      </w:r>
      <w:r w:rsidR="002E663D" w:rsidRPr="001C6474">
        <w:rPr>
          <w:rFonts w:ascii="Calibri" w:hAnsi="Calibri" w:cs="Calibri"/>
          <w:color w:val="1F497D" w:themeColor="text2"/>
        </w:rPr>
        <w:t xml:space="preserve"> </w:t>
      </w:r>
      <w:r w:rsidRPr="001C6474">
        <w:rPr>
          <w:rFonts w:ascii="Calibri" w:hAnsi="Calibri" w:cs="Calibri"/>
          <w:color w:val="1F497D" w:themeColor="text2"/>
        </w:rPr>
        <w:t>(</w:t>
      </w:r>
      <w:r w:rsidRPr="00ED12EC">
        <w:rPr>
          <w:rFonts w:ascii="Calibri" w:hAnsi="Calibri" w:cs="Calibri"/>
          <w:b/>
          <w:bCs/>
          <w:color w:val="1F497D" w:themeColor="text2"/>
        </w:rPr>
        <w:t>selezionare una sola opzione</w:t>
      </w:r>
      <w:r w:rsidRPr="001C6474">
        <w:rPr>
          <w:rFonts w:ascii="Calibri" w:hAnsi="Calibri" w:cs="Calibri"/>
          <w:color w:val="1F497D" w:themeColor="text2"/>
        </w:rPr>
        <w:t>):</w:t>
      </w:r>
    </w:p>
    <w:p w14:paraId="45583F4D" w14:textId="2D058C12" w:rsidR="00E13CDA" w:rsidRPr="001C6474" w:rsidRDefault="00E13CDA" w:rsidP="006217BB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Segoe UI Symbol" w:hAnsi="Segoe UI Symbol" w:cs="Segoe UI Symbol"/>
          <w:color w:val="1F497D" w:themeColor="text2"/>
        </w:rPr>
        <w:t>☐</w:t>
      </w:r>
      <w:r w:rsidRPr="001C6474">
        <w:rPr>
          <w:rFonts w:ascii="Calibri" w:hAnsi="Calibri" w:cs="Calibri"/>
          <w:color w:val="1F497D" w:themeColor="text2"/>
        </w:rPr>
        <w:t xml:space="preserve"> </w:t>
      </w:r>
      <w:r w:rsidR="009025C9" w:rsidRPr="001C6474">
        <w:rPr>
          <w:rFonts w:ascii="Calibri" w:hAnsi="Calibri" w:cs="Calibri"/>
          <w:color w:val="1F497D" w:themeColor="text2"/>
        </w:rPr>
        <w:t>A) Regioni più sviluppate</w:t>
      </w:r>
    </w:p>
    <w:p w14:paraId="17A08926" w14:textId="3613CEC6" w:rsidR="00AA4B50" w:rsidRPr="001C6474" w:rsidRDefault="00E13CDA" w:rsidP="006217BB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Segoe UI Symbol" w:hAnsi="Segoe UI Symbol" w:cs="Segoe UI Symbol"/>
          <w:color w:val="1F497D" w:themeColor="text2"/>
        </w:rPr>
        <w:t>☐</w:t>
      </w:r>
      <w:r w:rsidRPr="001C6474">
        <w:rPr>
          <w:rFonts w:ascii="Calibri" w:hAnsi="Calibri" w:cs="Calibri"/>
          <w:color w:val="1F497D" w:themeColor="text2"/>
        </w:rPr>
        <w:t xml:space="preserve"> </w:t>
      </w:r>
      <w:r w:rsidR="006A449A" w:rsidRPr="001C6474">
        <w:rPr>
          <w:rFonts w:ascii="Calibri" w:hAnsi="Calibri" w:cs="Calibri"/>
          <w:color w:val="1F497D" w:themeColor="text2"/>
        </w:rPr>
        <w:t>B</w:t>
      </w:r>
      <w:r w:rsidR="00D62201" w:rsidRPr="001C6474">
        <w:rPr>
          <w:rFonts w:ascii="Calibri" w:hAnsi="Calibri" w:cs="Calibri"/>
          <w:color w:val="1F497D" w:themeColor="text2"/>
        </w:rPr>
        <w:t>) Regione in transizione</w:t>
      </w:r>
    </w:p>
    <w:p w14:paraId="79164230" w14:textId="01BCE4DF" w:rsidR="000F6214" w:rsidRPr="001C6474" w:rsidRDefault="7466CD97" w:rsidP="006217BB">
      <w:pPr>
        <w:spacing w:after="40" w:line="360" w:lineRule="auto"/>
        <w:ind w:left="1080"/>
        <w:jc w:val="both"/>
      </w:pPr>
      <w:r w:rsidRPr="511795B7">
        <w:rPr>
          <w:rFonts w:ascii="Segoe UI Symbol" w:hAnsi="Segoe UI Symbol" w:cs="Segoe UI Symbol"/>
          <w:color w:val="1F497D" w:themeColor="text2"/>
        </w:rPr>
        <w:t>☐</w:t>
      </w:r>
      <w:r w:rsidRPr="511795B7">
        <w:rPr>
          <w:rFonts w:ascii="Calibri" w:hAnsi="Calibri" w:cs="Calibri"/>
          <w:color w:val="1F497D" w:themeColor="text2"/>
        </w:rPr>
        <w:t xml:space="preserve"> </w:t>
      </w:r>
      <w:r w:rsidR="130DC859" w:rsidRPr="511795B7">
        <w:rPr>
          <w:rFonts w:ascii="Calibri" w:hAnsi="Calibri" w:cs="Calibri"/>
          <w:color w:val="1F497D" w:themeColor="text2"/>
        </w:rPr>
        <w:t>C) Regioni meno sviluppate</w:t>
      </w:r>
    </w:p>
    <w:p w14:paraId="42BD481E" w14:textId="40EA19EE" w:rsidR="3760A685" w:rsidRDefault="3760A685" w:rsidP="33482657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511795B7">
        <w:rPr>
          <w:rFonts w:ascii="Calibri" w:hAnsi="Calibri" w:cs="Calibri"/>
          <w:color w:val="1F497D" w:themeColor="text2"/>
        </w:rPr>
        <w:t>di garantire lo svolgimento delle attività didattiche in presenza nell</w:t>
      </w:r>
      <w:r w:rsidR="21FAE3D0" w:rsidRPr="511795B7">
        <w:rPr>
          <w:rFonts w:ascii="Calibri" w:hAnsi="Calibri" w:cs="Calibri"/>
          <w:color w:val="1F497D" w:themeColor="text2"/>
        </w:rPr>
        <w:t xml:space="preserve">a/e seguente/i  </w:t>
      </w:r>
      <w:r w:rsidRPr="511795B7">
        <w:rPr>
          <w:rFonts w:ascii="Calibri" w:hAnsi="Calibri" w:cs="Calibri"/>
          <w:color w:val="1F497D" w:themeColor="text2"/>
        </w:rPr>
        <w:t xml:space="preserve"> region</w:t>
      </w:r>
      <w:r w:rsidR="0D41652F" w:rsidRPr="511795B7">
        <w:rPr>
          <w:rFonts w:ascii="Calibri" w:hAnsi="Calibri" w:cs="Calibri"/>
          <w:color w:val="1F497D" w:themeColor="text2"/>
        </w:rPr>
        <w:t>e/</w:t>
      </w:r>
      <w:r w:rsidRPr="511795B7">
        <w:rPr>
          <w:rFonts w:ascii="Calibri" w:hAnsi="Calibri" w:cs="Calibri"/>
          <w:color w:val="1F497D" w:themeColor="text2"/>
        </w:rPr>
        <w:t>i</w:t>
      </w:r>
      <w:r w:rsidR="166B744D" w:rsidRPr="511795B7">
        <w:rPr>
          <w:rFonts w:ascii="Calibri" w:hAnsi="Calibri" w:cs="Calibri"/>
          <w:color w:val="1F497D" w:themeColor="text2"/>
        </w:rPr>
        <w:t>,</w:t>
      </w:r>
      <w:r w:rsidRPr="511795B7">
        <w:rPr>
          <w:rFonts w:ascii="Calibri" w:hAnsi="Calibri" w:cs="Calibri"/>
          <w:color w:val="1F497D" w:themeColor="text2"/>
        </w:rPr>
        <w:t xml:space="preserve"> </w:t>
      </w:r>
      <w:r w:rsidR="736E403A" w:rsidRPr="511795B7">
        <w:rPr>
          <w:rFonts w:ascii="Calibri" w:hAnsi="Calibri" w:cs="Calibri"/>
          <w:color w:val="1F497D" w:themeColor="text2"/>
        </w:rPr>
        <w:t xml:space="preserve">ricompresa/e nella categoria selezionata </w:t>
      </w:r>
      <w:r w:rsidRPr="511795B7">
        <w:rPr>
          <w:rFonts w:ascii="Calibri" w:hAnsi="Calibri" w:cs="Calibri"/>
          <w:color w:val="1F497D" w:themeColor="text2"/>
        </w:rPr>
        <w:t>(</w:t>
      </w:r>
      <w:r w:rsidRPr="511795B7">
        <w:rPr>
          <w:rFonts w:ascii="Calibri" w:hAnsi="Calibri" w:cs="Calibri"/>
          <w:b/>
          <w:bCs/>
          <w:color w:val="1F497D" w:themeColor="text2"/>
        </w:rPr>
        <w:t>selezionare una o più opzioni</w:t>
      </w:r>
      <w:r w:rsidRPr="511795B7">
        <w:rPr>
          <w:rFonts w:ascii="Calibri" w:hAnsi="Calibri" w:cs="Calibri"/>
          <w:color w:val="1F497D" w:themeColor="text2"/>
        </w:rPr>
        <w:t>):</w:t>
      </w:r>
    </w:p>
    <w:p w14:paraId="33F858E5" w14:textId="7AAEA74A" w:rsidR="529C1FA2" w:rsidRDefault="529C1FA2" w:rsidP="33482657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33482657">
        <w:rPr>
          <w:rFonts w:ascii="Segoe UI Symbol" w:hAnsi="Segoe UI Symbol" w:cs="Segoe UI Symbol"/>
          <w:color w:val="1F497D" w:themeColor="text2"/>
        </w:rPr>
        <w:t>☐</w:t>
      </w:r>
      <w:r w:rsidRPr="33482657">
        <w:rPr>
          <w:rFonts w:ascii="Calibri" w:hAnsi="Calibri" w:cs="Calibri"/>
          <w:color w:val="1F497D" w:themeColor="text2"/>
        </w:rPr>
        <w:t xml:space="preserve"> ____________________</w:t>
      </w:r>
    </w:p>
    <w:p w14:paraId="1A942828" w14:textId="7AAEA74A" w:rsidR="529C1FA2" w:rsidRDefault="529C1FA2" w:rsidP="33482657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33482657">
        <w:rPr>
          <w:rFonts w:ascii="Segoe UI Symbol" w:hAnsi="Segoe UI Symbol" w:cs="Segoe UI Symbol"/>
          <w:color w:val="1F497D" w:themeColor="text2"/>
        </w:rPr>
        <w:t>☐</w:t>
      </w:r>
      <w:r w:rsidRPr="33482657">
        <w:rPr>
          <w:rFonts w:ascii="Calibri" w:hAnsi="Calibri" w:cs="Calibri"/>
          <w:color w:val="1F497D" w:themeColor="text2"/>
        </w:rPr>
        <w:t xml:space="preserve"> ____________________</w:t>
      </w:r>
    </w:p>
    <w:p w14:paraId="3AF7FC83" w14:textId="7AAEA74A" w:rsidR="529C1FA2" w:rsidRDefault="529C1FA2" w:rsidP="33482657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33482657">
        <w:rPr>
          <w:rFonts w:ascii="Segoe UI Symbol" w:hAnsi="Segoe UI Symbol" w:cs="Segoe UI Symbol"/>
          <w:color w:val="1F497D" w:themeColor="text2"/>
        </w:rPr>
        <w:lastRenderedPageBreak/>
        <w:t>☐</w:t>
      </w:r>
      <w:r w:rsidRPr="33482657">
        <w:rPr>
          <w:rFonts w:ascii="Calibri" w:hAnsi="Calibri" w:cs="Calibri"/>
          <w:color w:val="1F497D" w:themeColor="text2"/>
        </w:rPr>
        <w:t xml:space="preserve"> ____________________</w:t>
      </w:r>
    </w:p>
    <w:p w14:paraId="2D4AE999" w14:textId="77777777" w:rsidR="00627F0B" w:rsidRPr="001C6474" w:rsidRDefault="00627F0B" w:rsidP="00627F0B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impegnarsi a rispettare tutte le disposizioni dell’Avviso, nonché quelle che saranno contenute nella Convenzione di finanziamento;</w:t>
      </w:r>
    </w:p>
    <w:p w14:paraId="2DF05498" w14:textId="77777777" w:rsidR="00627F0B" w:rsidRPr="001C6474" w:rsidRDefault="00627F0B" w:rsidP="00627F0B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essere consapevole che la presentazione della domanda non comporta alcun diritto automatico all’ottenimento del finanziamento.</w:t>
      </w:r>
    </w:p>
    <w:p w14:paraId="26F7C6B3" w14:textId="07E0F80E" w:rsidR="00BC6A07" w:rsidRPr="001C6474" w:rsidRDefault="00BC6A07" w:rsidP="00BC6A07">
      <w:pPr>
        <w:numPr>
          <w:ilvl w:val="0"/>
          <w:numId w:val="3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candidarsi per il seguente anno accademico</w:t>
      </w:r>
      <w:r w:rsidR="0053776F" w:rsidRPr="001C6474">
        <w:rPr>
          <w:rFonts w:ascii="Calibri" w:hAnsi="Calibri" w:cs="Calibri"/>
          <w:color w:val="1F497D" w:themeColor="text2"/>
        </w:rPr>
        <w:t xml:space="preserve"> e per il seguente numero di destinatari</w:t>
      </w:r>
      <w:r w:rsidRPr="001C6474">
        <w:rPr>
          <w:rFonts w:ascii="Calibri" w:hAnsi="Calibri" w:cs="Calibri"/>
          <w:color w:val="1F497D" w:themeColor="text2"/>
        </w:rPr>
        <w:t xml:space="preserve"> (selezionare una o più opzioni):</w:t>
      </w:r>
    </w:p>
    <w:p w14:paraId="5AA406E1" w14:textId="77777777" w:rsidR="00551A70" w:rsidRPr="001C6474" w:rsidRDefault="00BC6A07" w:rsidP="006217BB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Segoe UI Symbol" w:hAnsi="Segoe UI Symbol" w:cs="Segoe UI Symbol"/>
          <w:color w:val="1F497D" w:themeColor="text2"/>
        </w:rPr>
        <w:t>☐</w:t>
      </w:r>
      <w:r w:rsidRPr="001C6474">
        <w:rPr>
          <w:rFonts w:ascii="Calibri" w:hAnsi="Calibri" w:cs="Calibri"/>
          <w:color w:val="1F497D" w:themeColor="text2"/>
        </w:rPr>
        <w:t xml:space="preserve"> </w:t>
      </w:r>
      <w:r w:rsidR="00066247" w:rsidRPr="001C6474">
        <w:rPr>
          <w:rFonts w:ascii="Calibri" w:hAnsi="Calibri" w:cs="Calibri"/>
          <w:color w:val="1F497D" w:themeColor="text2"/>
        </w:rPr>
        <w:t>Anno accademico 2026/2027</w:t>
      </w:r>
      <w:r w:rsidR="000B6F4D" w:rsidRPr="001C6474">
        <w:rPr>
          <w:rFonts w:ascii="Calibri" w:hAnsi="Calibri" w:cs="Calibri"/>
          <w:color w:val="1F497D" w:themeColor="text2"/>
        </w:rPr>
        <w:t xml:space="preserve"> </w:t>
      </w:r>
    </w:p>
    <w:tbl>
      <w:tblPr>
        <w:tblStyle w:val="Grigliatabella"/>
        <w:tblW w:w="8635" w:type="dxa"/>
        <w:tblInd w:w="-5" w:type="dxa"/>
        <w:tblLook w:val="04A0" w:firstRow="1" w:lastRow="0" w:firstColumn="1" w:lastColumn="0" w:noHBand="0" w:noVBand="1"/>
      </w:tblPr>
      <w:tblGrid>
        <w:gridCol w:w="1500"/>
        <w:gridCol w:w="1890"/>
        <w:gridCol w:w="1006"/>
        <w:gridCol w:w="1933"/>
        <w:gridCol w:w="2306"/>
      </w:tblGrid>
      <w:tr w:rsidR="00D63BA0" w14:paraId="22F8F162" w14:textId="77777777" w:rsidTr="00D63BA0">
        <w:tc>
          <w:tcPr>
            <w:tcW w:w="1500" w:type="dxa"/>
          </w:tcPr>
          <w:p w14:paraId="4EC8FFBD" w14:textId="7991BD64" w:rsidR="00D63BA0" w:rsidRPr="00B90ECC" w:rsidRDefault="00D63BA0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</w:rPr>
              <w:t>Identificativo</w:t>
            </w:r>
            <w:r>
              <w:rPr>
                <w:rStyle w:val="Rimandonotaapidipagina"/>
                <w:rFonts w:ascii="Calibri" w:hAnsi="Calibri" w:cs="Calibri"/>
                <w:b/>
                <w:bCs/>
                <w:color w:val="1F497D" w:themeColor="text2"/>
              </w:rPr>
              <w:footnoteReference w:id="1"/>
            </w:r>
          </w:p>
        </w:tc>
        <w:tc>
          <w:tcPr>
            <w:tcW w:w="1890" w:type="dxa"/>
          </w:tcPr>
          <w:p w14:paraId="56C74E49" w14:textId="43849AE1" w:rsidR="00D63BA0" w:rsidRPr="00B90ECC" w:rsidRDefault="00D63BA0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>Denominazione Master</w:t>
            </w:r>
          </w:p>
        </w:tc>
        <w:tc>
          <w:tcPr>
            <w:tcW w:w="1006" w:type="dxa"/>
          </w:tcPr>
          <w:p w14:paraId="3713338B" w14:textId="345F5A1D" w:rsidR="00D63BA0" w:rsidRPr="00B90ECC" w:rsidRDefault="00D63BA0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>Livello</w:t>
            </w:r>
          </w:p>
        </w:tc>
        <w:tc>
          <w:tcPr>
            <w:tcW w:w="1933" w:type="dxa"/>
          </w:tcPr>
          <w:p w14:paraId="148B3841" w14:textId="4932C563" w:rsidR="00D63BA0" w:rsidRPr="00B90ECC" w:rsidRDefault="00D63BA0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>
              <w:rPr>
                <w:rFonts w:ascii="Calibri" w:hAnsi="Calibri" w:cs="Calibri"/>
                <w:b/>
                <w:color w:val="1F497D" w:themeColor="text2"/>
              </w:rPr>
              <w:t>Edizioni</w:t>
            </w:r>
          </w:p>
        </w:tc>
        <w:tc>
          <w:tcPr>
            <w:tcW w:w="2306" w:type="dxa"/>
          </w:tcPr>
          <w:p w14:paraId="69CAC51E" w14:textId="1C5B3A05" w:rsidR="00D63BA0" w:rsidRPr="00B90ECC" w:rsidRDefault="00D63BA0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 xml:space="preserve">Numero </w:t>
            </w:r>
            <w:r>
              <w:rPr>
                <w:rFonts w:ascii="Calibri" w:hAnsi="Calibri" w:cs="Calibri"/>
                <w:b/>
                <w:color w:val="1F497D" w:themeColor="text2"/>
              </w:rPr>
              <w:t xml:space="preserve">totale </w:t>
            </w:r>
            <w:r w:rsidRPr="00B90ECC">
              <w:rPr>
                <w:rFonts w:ascii="Calibri" w:hAnsi="Calibri" w:cs="Calibri"/>
                <w:b/>
                <w:color w:val="1F497D" w:themeColor="text2"/>
              </w:rPr>
              <w:t>di destinatari previsti</w:t>
            </w:r>
          </w:p>
        </w:tc>
      </w:tr>
      <w:tr w:rsidR="00D63BA0" w14:paraId="3DA7CD6F" w14:textId="77777777" w:rsidTr="00D63BA0">
        <w:tc>
          <w:tcPr>
            <w:tcW w:w="1500" w:type="dxa"/>
          </w:tcPr>
          <w:p w14:paraId="7B15146F" w14:textId="2C7E0813" w:rsidR="00D63BA0" w:rsidRDefault="00D63BA0" w:rsidP="00EC12B3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M1</w:t>
            </w:r>
          </w:p>
        </w:tc>
        <w:tc>
          <w:tcPr>
            <w:tcW w:w="1890" w:type="dxa"/>
          </w:tcPr>
          <w:p w14:paraId="4350FC24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006" w:type="dxa"/>
          </w:tcPr>
          <w:p w14:paraId="14E5CC1E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933" w:type="dxa"/>
          </w:tcPr>
          <w:p w14:paraId="3C289C55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306" w:type="dxa"/>
          </w:tcPr>
          <w:p w14:paraId="45CBFCA3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D63BA0" w14:paraId="7C4706FB" w14:textId="77777777" w:rsidTr="00D63BA0">
        <w:tc>
          <w:tcPr>
            <w:tcW w:w="1500" w:type="dxa"/>
          </w:tcPr>
          <w:p w14:paraId="1537099F" w14:textId="7A089BDD" w:rsidR="00D63BA0" w:rsidRDefault="00D63BA0" w:rsidP="00EC12B3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M2</w:t>
            </w:r>
          </w:p>
        </w:tc>
        <w:tc>
          <w:tcPr>
            <w:tcW w:w="1890" w:type="dxa"/>
          </w:tcPr>
          <w:p w14:paraId="6980FB74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006" w:type="dxa"/>
          </w:tcPr>
          <w:p w14:paraId="143B9312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933" w:type="dxa"/>
          </w:tcPr>
          <w:p w14:paraId="3980BA14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306" w:type="dxa"/>
          </w:tcPr>
          <w:p w14:paraId="43E32674" w14:textId="77777777" w:rsidR="00D63BA0" w:rsidRDefault="00D63BA0" w:rsidP="006217BB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D63BA0" w14:paraId="0242858F" w14:textId="77777777" w:rsidTr="00D63BA0">
        <w:tc>
          <w:tcPr>
            <w:tcW w:w="1500" w:type="dxa"/>
          </w:tcPr>
          <w:p w14:paraId="3E9D4053" w14:textId="19EE34E5" w:rsidR="00D63BA0" w:rsidRDefault="00D63BA0" w:rsidP="00EC12B3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…</w:t>
            </w:r>
          </w:p>
        </w:tc>
        <w:tc>
          <w:tcPr>
            <w:tcW w:w="1890" w:type="dxa"/>
          </w:tcPr>
          <w:p w14:paraId="31B97769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006" w:type="dxa"/>
          </w:tcPr>
          <w:p w14:paraId="3326C705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933" w:type="dxa"/>
          </w:tcPr>
          <w:p w14:paraId="616B1205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306" w:type="dxa"/>
          </w:tcPr>
          <w:p w14:paraId="3507AB47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D63BA0" w14:paraId="4F1D1D1B" w14:textId="77777777" w:rsidTr="00D63BA0">
        <w:tc>
          <w:tcPr>
            <w:tcW w:w="1500" w:type="dxa"/>
          </w:tcPr>
          <w:p w14:paraId="61581915" w14:textId="13C0D70B" w:rsidR="00D63BA0" w:rsidRDefault="00D63BA0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Totale</w:t>
            </w:r>
          </w:p>
        </w:tc>
        <w:tc>
          <w:tcPr>
            <w:tcW w:w="1890" w:type="dxa"/>
          </w:tcPr>
          <w:p w14:paraId="0BC71CF0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006" w:type="dxa"/>
          </w:tcPr>
          <w:p w14:paraId="70ADE2A6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933" w:type="dxa"/>
          </w:tcPr>
          <w:p w14:paraId="464EE37D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306" w:type="dxa"/>
          </w:tcPr>
          <w:p w14:paraId="0CA5C903" w14:textId="77777777" w:rsidR="00D63BA0" w:rsidRDefault="00D63BA0" w:rsidP="00452B19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</w:tbl>
    <w:p w14:paraId="44F4C04A" w14:textId="77777777" w:rsidR="00233155" w:rsidRPr="001C6474" w:rsidRDefault="00233155" w:rsidP="006217BB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</w:p>
    <w:p w14:paraId="07C06471" w14:textId="7CAAA39C" w:rsidR="00410E39" w:rsidRDefault="00BC6A07" w:rsidP="00410E39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Segoe UI Symbol" w:hAnsi="Segoe UI Symbol" w:cs="Segoe UI Symbol"/>
          <w:color w:val="1F497D" w:themeColor="text2"/>
        </w:rPr>
        <w:t>☐</w:t>
      </w:r>
      <w:r w:rsidRPr="001C6474">
        <w:rPr>
          <w:rFonts w:ascii="Calibri" w:hAnsi="Calibri" w:cs="Calibri"/>
          <w:color w:val="1F497D" w:themeColor="text2"/>
        </w:rPr>
        <w:t xml:space="preserve"> </w:t>
      </w:r>
      <w:r w:rsidR="00066247" w:rsidRPr="001C6474">
        <w:rPr>
          <w:rFonts w:ascii="Calibri" w:hAnsi="Calibri" w:cs="Calibri"/>
          <w:color w:val="1F497D" w:themeColor="text2"/>
        </w:rPr>
        <w:t>Anno accademico 2027/2028</w:t>
      </w:r>
      <w:r w:rsidR="000B6F4D" w:rsidRPr="001C6474">
        <w:rPr>
          <w:rFonts w:ascii="Calibri" w:hAnsi="Calibri" w:cs="Calibri"/>
          <w:color w:val="1F497D" w:themeColor="text2"/>
        </w:rPr>
        <w:t xml:space="preserve"> </w:t>
      </w:r>
    </w:p>
    <w:tbl>
      <w:tblPr>
        <w:tblStyle w:val="Grigliatabella"/>
        <w:tblW w:w="8646" w:type="dxa"/>
        <w:tblInd w:w="-5" w:type="dxa"/>
        <w:tblLook w:val="04A0" w:firstRow="1" w:lastRow="0" w:firstColumn="1" w:lastColumn="0" w:noHBand="0" w:noVBand="1"/>
      </w:tblPr>
      <w:tblGrid>
        <w:gridCol w:w="1500"/>
        <w:gridCol w:w="2037"/>
        <w:gridCol w:w="1128"/>
        <w:gridCol w:w="1714"/>
        <w:gridCol w:w="2267"/>
      </w:tblGrid>
      <w:tr w:rsidR="002F3BC2" w14:paraId="4BA94795" w14:textId="77777777" w:rsidTr="00985006">
        <w:tc>
          <w:tcPr>
            <w:tcW w:w="1500" w:type="dxa"/>
          </w:tcPr>
          <w:p w14:paraId="34AE8872" w14:textId="1DB52FB9" w:rsidR="002F3BC2" w:rsidRPr="00B90ECC" w:rsidRDefault="002F3BC2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</w:rPr>
              <w:t>Identificativo</w:t>
            </w:r>
          </w:p>
        </w:tc>
        <w:tc>
          <w:tcPr>
            <w:tcW w:w="2037" w:type="dxa"/>
          </w:tcPr>
          <w:p w14:paraId="26B54D11" w14:textId="77777777" w:rsidR="002F3BC2" w:rsidRPr="00B90ECC" w:rsidRDefault="002F3BC2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>Denominazione Master</w:t>
            </w:r>
          </w:p>
        </w:tc>
        <w:tc>
          <w:tcPr>
            <w:tcW w:w="1128" w:type="dxa"/>
          </w:tcPr>
          <w:p w14:paraId="145A3BE0" w14:textId="77777777" w:rsidR="002F3BC2" w:rsidRPr="00B90ECC" w:rsidRDefault="002F3BC2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>Livello</w:t>
            </w:r>
          </w:p>
        </w:tc>
        <w:tc>
          <w:tcPr>
            <w:tcW w:w="1714" w:type="dxa"/>
          </w:tcPr>
          <w:p w14:paraId="7BD2D6A6" w14:textId="480C8636" w:rsidR="002F3BC2" w:rsidRPr="00B90ECC" w:rsidRDefault="002F3BC2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>
              <w:rPr>
                <w:rFonts w:ascii="Calibri" w:hAnsi="Calibri" w:cs="Calibri"/>
                <w:b/>
                <w:color w:val="1F497D" w:themeColor="text2"/>
              </w:rPr>
              <w:t>Edizioni</w:t>
            </w:r>
          </w:p>
        </w:tc>
        <w:tc>
          <w:tcPr>
            <w:tcW w:w="2267" w:type="dxa"/>
          </w:tcPr>
          <w:p w14:paraId="79EB1C4A" w14:textId="1FE35153" w:rsidR="002F3BC2" w:rsidRPr="00B90ECC" w:rsidRDefault="002F3BC2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 xml:space="preserve">Numero </w:t>
            </w:r>
            <w:r>
              <w:rPr>
                <w:rFonts w:ascii="Calibri" w:hAnsi="Calibri" w:cs="Calibri"/>
                <w:b/>
                <w:color w:val="1F497D" w:themeColor="text2"/>
              </w:rPr>
              <w:t xml:space="preserve">totale </w:t>
            </w:r>
            <w:r w:rsidRPr="00B90ECC">
              <w:rPr>
                <w:rFonts w:ascii="Calibri" w:hAnsi="Calibri" w:cs="Calibri"/>
                <w:b/>
                <w:color w:val="1F497D" w:themeColor="text2"/>
              </w:rPr>
              <w:t>di destinatari previsti</w:t>
            </w:r>
          </w:p>
        </w:tc>
      </w:tr>
      <w:tr w:rsidR="002F3BC2" w14:paraId="198DC192" w14:textId="77777777" w:rsidTr="00985006">
        <w:tc>
          <w:tcPr>
            <w:tcW w:w="1500" w:type="dxa"/>
          </w:tcPr>
          <w:p w14:paraId="382BECFB" w14:textId="408A519D" w:rsidR="002F3BC2" w:rsidRDefault="002F3BC2" w:rsidP="002F3BC2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M1</w:t>
            </w:r>
          </w:p>
        </w:tc>
        <w:tc>
          <w:tcPr>
            <w:tcW w:w="2037" w:type="dxa"/>
          </w:tcPr>
          <w:p w14:paraId="082F2876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142FF117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4" w:type="dxa"/>
          </w:tcPr>
          <w:p w14:paraId="0D0FA3E5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7" w:type="dxa"/>
          </w:tcPr>
          <w:p w14:paraId="63DFBE20" w14:textId="22E02C49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2F3BC2" w14:paraId="03B5E483" w14:textId="77777777" w:rsidTr="00985006">
        <w:tc>
          <w:tcPr>
            <w:tcW w:w="1500" w:type="dxa"/>
          </w:tcPr>
          <w:p w14:paraId="6E47BFC0" w14:textId="78AC6329" w:rsidR="002F3BC2" w:rsidRDefault="002F3BC2" w:rsidP="002F3BC2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M2</w:t>
            </w:r>
          </w:p>
        </w:tc>
        <w:tc>
          <w:tcPr>
            <w:tcW w:w="2037" w:type="dxa"/>
          </w:tcPr>
          <w:p w14:paraId="51940E0D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37EBF8BE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4" w:type="dxa"/>
          </w:tcPr>
          <w:p w14:paraId="53814611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7" w:type="dxa"/>
          </w:tcPr>
          <w:p w14:paraId="3F282F93" w14:textId="4B27DE20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2F3BC2" w14:paraId="3786F211" w14:textId="77777777" w:rsidTr="00985006">
        <w:tc>
          <w:tcPr>
            <w:tcW w:w="1500" w:type="dxa"/>
          </w:tcPr>
          <w:p w14:paraId="740C1B5A" w14:textId="77777777" w:rsidR="002F3BC2" w:rsidRDefault="002F3BC2" w:rsidP="002F3BC2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…</w:t>
            </w:r>
          </w:p>
        </w:tc>
        <w:tc>
          <w:tcPr>
            <w:tcW w:w="2037" w:type="dxa"/>
          </w:tcPr>
          <w:p w14:paraId="0F823A84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120BA64F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4" w:type="dxa"/>
          </w:tcPr>
          <w:p w14:paraId="2D1DBBF0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7" w:type="dxa"/>
          </w:tcPr>
          <w:p w14:paraId="36B421F1" w14:textId="15A66FDA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2F3BC2" w14:paraId="317748F3" w14:textId="77777777" w:rsidTr="00985006">
        <w:tc>
          <w:tcPr>
            <w:tcW w:w="1500" w:type="dxa"/>
          </w:tcPr>
          <w:p w14:paraId="7C9A4212" w14:textId="77777777" w:rsidR="002F3BC2" w:rsidRDefault="002F3BC2" w:rsidP="002F3BC2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Totale</w:t>
            </w:r>
          </w:p>
        </w:tc>
        <w:tc>
          <w:tcPr>
            <w:tcW w:w="2037" w:type="dxa"/>
          </w:tcPr>
          <w:p w14:paraId="44E5AE8A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3A65C3AB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4" w:type="dxa"/>
          </w:tcPr>
          <w:p w14:paraId="1FA1D1AD" w14:textId="77777777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7" w:type="dxa"/>
          </w:tcPr>
          <w:p w14:paraId="23A5FA12" w14:textId="2F2AFFBD" w:rsidR="002F3BC2" w:rsidRDefault="002F3BC2" w:rsidP="002F3BC2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</w:tbl>
    <w:p w14:paraId="335C4974" w14:textId="77777777" w:rsidR="00727024" w:rsidRPr="001C6474" w:rsidRDefault="00727024" w:rsidP="00591579">
      <w:pPr>
        <w:pStyle w:val="Paragrafoelenco"/>
        <w:spacing w:after="40" w:line="360" w:lineRule="auto"/>
        <w:ind w:left="2213"/>
        <w:jc w:val="both"/>
        <w:rPr>
          <w:rFonts w:ascii="Calibri" w:hAnsi="Calibri" w:cs="Calibri"/>
          <w:color w:val="1F497D" w:themeColor="text2"/>
        </w:rPr>
      </w:pPr>
    </w:p>
    <w:p w14:paraId="4E896504" w14:textId="64A5E16A" w:rsidR="003F3413" w:rsidRDefault="00BC6A07" w:rsidP="003F3413">
      <w:pPr>
        <w:spacing w:after="40" w:line="360" w:lineRule="auto"/>
        <w:ind w:left="1080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Segoe UI Symbol" w:hAnsi="Segoe UI Symbol" w:cs="Segoe UI Symbol"/>
          <w:color w:val="1F497D" w:themeColor="text2"/>
        </w:rPr>
        <w:t>☐</w:t>
      </w:r>
      <w:r w:rsidRPr="001C6474">
        <w:rPr>
          <w:rFonts w:ascii="Calibri" w:hAnsi="Calibri" w:cs="Calibri"/>
          <w:color w:val="1F497D" w:themeColor="text2"/>
        </w:rPr>
        <w:t xml:space="preserve"> </w:t>
      </w:r>
      <w:r w:rsidR="00066247" w:rsidRPr="001C6474">
        <w:rPr>
          <w:rFonts w:ascii="Calibri" w:hAnsi="Calibri" w:cs="Calibri"/>
          <w:color w:val="1F497D" w:themeColor="text2"/>
        </w:rPr>
        <w:t>Anno accademico 2028/2029</w:t>
      </w:r>
    </w:p>
    <w:tbl>
      <w:tblPr>
        <w:tblStyle w:val="Grigliatabella"/>
        <w:tblW w:w="8646" w:type="dxa"/>
        <w:tblInd w:w="-5" w:type="dxa"/>
        <w:tblLook w:val="04A0" w:firstRow="1" w:lastRow="0" w:firstColumn="1" w:lastColumn="0" w:noHBand="0" w:noVBand="1"/>
      </w:tblPr>
      <w:tblGrid>
        <w:gridCol w:w="1500"/>
        <w:gridCol w:w="2037"/>
        <w:gridCol w:w="1128"/>
        <w:gridCol w:w="1713"/>
        <w:gridCol w:w="2268"/>
      </w:tblGrid>
      <w:tr w:rsidR="00985006" w14:paraId="71845FB0" w14:textId="77777777" w:rsidTr="00985006">
        <w:tc>
          <w:tcPr>
            <w:tcW w:w="1500" w:type="dxa"/>
          </w:tcPr>
          <w:p w14:paraId="69613CD5" w14:textId="37DBAB4E" w:rsidR="00985006" w:rsidRPr="00B90ECC" w:rsidRDefault="00985006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>
              <w:rPr>
                <w:rFonts w:ascii="Calibri" w:hAnsi="Calibri" w:cs="Calibri"/>
                <w:b/>
                <w:bCs/>
                <w:color w:val="1F497D" w:themeColor="text2"/>
              </w:rPr>
              <w:t>Identificativo</w:t>
            </w:r>
          </w:p>
        </w:tc>
        <w:tc>
          <w:tcPr>
            <w:tcW w:w="2037" w:type="dxa"/>
          </w:tcPr>
          <w:p w14:paraId="5267B7E1" w14:textId="77777777" w:rsidR="00985006" w:rsidRPr="00B90ECC" w:rsidRDefault="00985006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>Denominazione Master</w:t>
            </w:r>
          </w:p>
        </w:tc>
        <w:tc>
          <w:tcPr>
            <w:tcW w:w="1128" w:type="dxa"/>
          </w:tcPr>
          <w:p w14:paraId="70062048" w14:textId="77777777" w:rsidR="00985006" w:rsidRPr="00B90ECC" w:rsidRDefault="00985006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>Livello</w:t>
            </w:r>
          </w:p>
        </w:tc>
        <w:tc>
          <w:tcPr>
            <w:tcW w:w="1713" w:type="dxa"/>
          </w:tcPr>
          <w:p w14:paraId="2528190C" w14:textId="7DCB5DF0" w:rsidR="00985006" w:rsidRPr="00B90ECC" w:rsidRDefault="00985006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>
              <w:rPr>
                <w:rFonts w:ascii="Calibri" w:hAnsi="Calibri" w:cs="Calibri"/>
                <w:b/>
                <w:color w:val="1F497D" w:themeColor="text2"/>
              </w:rPr>
              <w:t>Edizioni</w:t>
            </w:r>
          </w:p>
        </w:tc>
        <w:tc>
          <w:tcPr>
            <w:tcW w:w="2268" w:type="dxa"/>
          </w:tcPr>
          <w:p w14:paraId="52A07A65" w14:textId="3224D44A" w:rsidR="00985006" w:rsidRPr="00B90ECC" w:rsidRDefault="00985006" w:rsidP="00245E38">
            <w:pPr>
              <w:spacing w:after="40" w:line="360" w:lineRule="auto"/>
              <w:jc w:val="center"/>
              <w:rPr>
                <w:rFonts w:ascii="Calibri" w:hAnsi="Calibri" w:cs="Calibri"/>
                <w:b/>
                <w:color w:val="1F497D" w:themeColor="text2"/>
              </w:rPr>
            </w:pPr>
            <w:r w:rsidRPr="00B90ECC">
              <w:rPr>
                <w:rFonts w:ascii="Calibri" w:hAnsi="Calibri" w:cs="Calibri"/>
                <w:b/>
                <w:color w:val="1F497D" w:themeColor="text2"/>
              </w:rPr>
              <w:t xml:space="preserve">Numero </w:t>
            </w:r>
            <w:r>
              <w:rPr>
                <w:rFonts w:ascii="Calibri" w:hAnsi="Calibri" w:cs="Calibri"/>
                <w:b/>
                <w:color w:val="1F497D" w:themeColor="text2"/>
              </w:rPr>
              <w:t xml:space="preserve">totale </w:t>
            </w:r>
            <w:r w:rsidRPr="00B90ECC">
              <w:rPr>
                <w:rFonts w:ascii="Calibri" w:hAnsi="Calibri" w:cs="Calibri"/>
                <w:b/>
                <w:color w:val="1F497D" w:themeColor="text2"/>
              </w:rPr>
              <w:t>di destinatari previsti</w:t>
            </w:r>
          </w:p>
        </w:tc>
      </w:tr>
      <w:tr w:rsidR="00985006" w14:paraId="11B7FE37" w14:textId="77777777" w:rsidTr="00985006">
        <w:tc>
          <w:tcPr>
            <w:tcW w:w="1500" w:type="dxa"/>
          </w:tcPr>
          <w:p w14:paraId="7E57CB76" w14:textId="7AE11474" w:rsidR="00985006" w:rsidRDefault="00985006" w:rsidP="00985006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lastRenderedPageBreak/>
              <w:t>M1</w:t>
            </w:r>
          </w:p>
        </w:tc>
        <w:tc>
          <w:tcPr>
            <w:tcW w:w="2037" w:type="dxa"/>
          </w:tcPr>
          <w:p w14:paraId="092556B2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787BA2A2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3" w:type="dxa"/>
          </w:tcPr>
          <w:p w14:paraId="2A3F5A58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8" w:type="dxa"/>
          </w:tcPr>
          <w:p w14:paraId="3C011CBB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985006" w14:paraId="508F32A0" w14:textId="77777777" w:rsidTr="00985006">
        <w:tc>
          <w:tcPr>
            <w:tcW w:w="1500" w:type="dxa"/>
          </w:tcPr>
          <w:p w14:paraId="5AA03402" w14:textId="779A527B" w:rsidR="00985006" w:rsidRDefault="00985006" w:rsidP="00985006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M2</w:t>
            </w:r>
          </w:p>
        </w:tc>
        <w:tc>
          <w:tcPr>
            <w:tcW w:w="2037" w:type="dxa"/>
          </w:tcPr>
          <w:p w14:paraId="4EF81B20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1F3571C5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3" w:type="dxa"/>
          </w:tcPr>
          <w:p w14:paraId="2A327E34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8" w:type="dxa"/>
          </w:tcPr>
          <w:p w14:paraId="03AAF53F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985006" w14:paraId="76D319AA" w14:textId="77777777" w:rsidTr="00985006">
        <w:tc>
          <w:tcPr>
            <w:tcW w:w="1500" w:type="dxa"/>
          </w:tcPr>
          <w:p w14:paraId="2095FB92" w14:textId="77777777" w:rsidR="00985006" w:rsidRDefault="00985006" w:rsidP="00985006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…</w:t>
            </w:r>
          </w:p>
        </w:tc>
        <w:tc>
          <w:tcPr>
            <w:tcW w:w="2037" w:type="dxa"/>
          </w:tcPr>
          <w:p w14:paraId="34E0C28B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2D94124F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3" w:type="dxa"/>
          </w:tcPr>
          <w:p w14:paraId="109B226F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8" w:type="dxa"/>
          </w:tcPr>
          <w:p w14:paraId="223C1A8B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  <w:tr w:rsidR="00985006" w14:paraId="752B37F9" w14:textId="77777777" w:rsidTr="00985006">
        <w:tc>
          <w:tcPr>
            <w:tcW w:w="1500" w:type="dxa"/>
          </w:tcPr>
          <w:p w14:paraId="662D5784" w14:textId="77777777" w:rsidR="00985006" w:rsidRDefault="00985006" w:rsidP="00985006">
            <w:pPr>
              <w:spacing w:after="40" w:line="360" w:lineRule="auto"/>
              <w:jc w:val="center"/>
              <w:rPr>
                <w:rFonts w:ascii="Calibri" w:hAnsi="Calibri" w:cs="Calibri"/>
                <w:color w:val="1F497D" w:themeColor="text2"/>
              </w:rPr>
            </w:pPr>
            <w:r>
              <w:rPr>
                <w:rFonts w:ascii="Calibri" w:hAnsi="Calibri" w:cs="Calibri"/>
                <w:color w:val="1F497D" w:themeColor="text2"/>
              </w:rPr>
              <w:t>Totale</w:t>
            </w:r>
          </w:p>
        </w:tc>
        <w:tc>
          <w:tcPr>
            <w:tcW w:w="2037" w:type="dxa"/>
          </w:tcPr>
          <w:p w14:paraId="74833F56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128" w:type="dxa"/>
          </w:tcPr>
          <w:p w14:paraId="6A21C505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1713" w:type="dxa"/>
          </w:tcPr>
          <w:p w14:paraId="3B861852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  <w:tc>
          <w:tcPr>
            <w:tcW w:w="2268" w:type="dxa"/>
          </w:tcPr>
          <w:p w14:paraId="33AFAA76" w14:textId="77777777" w:rsidR="00985006" w:rsidRDefault="00985006" w:rsidP="00985006">
            <w:pPr>
              <w:spacing w:after="40" w:line="360" w:lineRule="auto"/>
              <w:jc w:val="both"/>
              <w:rPr>
                <w:rFonts w:ascii="Calibri" w:hAnsi="Calibri" w:cs="Calibri"/>
                <w:color w:val="1F497D" w:themeColor="text2"/>
              </w:rPr>
            </w:pPr>
          </w:p>
        </w:tc>
      </w:tr>
    </w:tbl>
    <w:p w14:paraId="35F884FE" w14:textId="77777777" w:rsidR="00410E39" w:rsidRPr="001C6474" w:rsidRDefault="00410E39" w:rsidP="00591579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</w:p>
    <w:p w14:paraId="089DE401" w14:textId="77777777" w:rsidR="007A1022" w:rsidRPr="001C6474" w:rsidRDefault="007A1022" w:rsidP="007A1022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64F1F0B3" w14:textId="77777777" w:rsidR="00E13CDA" w:rsidRPr="001C6474" w:rsidRDefault="00E13CDA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ALLEGA</w:t>
      </w:r>
    </w:p>
    <w:p w14:paraId="30ABFB4A" w14:textId="180D6EC8" w:rsidR="00E13CDA" w:rsidRPr="001C6474" w:rsidRDefault="00E13CDA" w:rsidP="000270A4">
      <w:pPr>
        <w:numPr>
          <w:ilvl w:val="0"/>
          <w:numId w:val="36"/>
        </w:numPr>
        <w:spacing w:after="40" w:line="360" w:lineRule="auto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Modello B – Dichiarazioni sostitutive;</w:t>
      </w:r>
    </w:p>
    <w:p w14:paraId="50D40DD0" w14:textId="1BC245E7" w:rsidR="00E13CDA" w:rsidRPr="001C6474" w:rsidRDefault="00E13CDA" w:rsidP="000270A4">
      <w:pPr>
        <w:numPr>
          <w:ilvl w:val="0"/>
          <w:numId w:val="36"/>
        </w:numPr>
        <w:spacing w:after="40" w:line="360" w:lineRule="auto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Modello C –</w:t>
      </w:r>
      <w:r w:rsidR="009F5988">
        <w:rPr>
          <w:rFonts w:ascii="Calibri" w:hAnsi="Calibri" w:cs="Calibri"/>
          <w:b/>
          <w:color w:val="1F497D" w:themeColor="text2"/>
        </w:rPr>
        <w:t xml:space="preserve"> </w:t>
      </w:r>
      <w:r w:rsidR="00F1040C">
        <w:rPr>
          <w:rFonts w:ascii="Calibri" w:hAnsi="Calibri" w:cs="Calibri"/>
          <w:b/>
          <w:color w:val="1F497D" w:themeColor="text2"/>
        </w:rPr>
        <w:t>Proposta progettuale</w:t>
      </w:r>
      <w:r w:rsidRPr="001C6474">
        <w:rPr>
          <w:rFonts w:ascii="Calibri" w:hAnsi="Calibri" w:cs="Calibri"/>
          <w:b/>
          <w:color w:val="1F497D" w:themeColor="text2"/>
        </w:rPr>
        <w:t>;</w:t>
      </w:r>
    </w:p>
    <w:p w14:paraId="7222CCC9" w14:textId="3364C054" w:rsidR="00E13CDA" w:rsidRDefault="00E13CDA" w:rsidP="000270A4">
      <w:pPr>
        <w:numPr>
          <w:ilvl w:val="0"/>
          <w:numId w:val="36"/>
        </w:numPr>
        <w:spacing w:after="40" w:line="360" w:lineRule="auto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Modello D – Piano economico;</w:t>
      </w:r>
    </w:p>
    <w:p w14:paraId="2D05AEDD" w14:textId="2CBE6EF1" w:rsidR="00ED71C0" w:rsidRPr="001C6474" w:rsidRDefault="00ED71C0" w:rsidP="00ED71C0">
      <w:pPr>
        <w:numPr>
          <w:ilvl w:val="0"/>
          <w:numId w:val="36"/>
        </w:numPr>
        <w:spacing w:after="40" w:line="360" w:lineRule="auto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 xml:space="preserve">Modello </w:t>
      </w:r>
      <w:r>
        <w:rPr>
          <w:rFonts w:ascii="Calibri" w:hAnsi="Calibri" w:cs="Calibri"/>
          <w:b/>
          <w:color w:val="1F497D" w:themeColor="text2"/>
        </w:rPr>
        <w:t>E</w:t>
      </w:r>
      <w:r w:rsidRPr="001C6474">
        <w:rPr>
          <w:rFonts w:ascii="Calibri" w:hAnsi="Calibri" w:cs="Calibri"/>
          <w:b/>
          <w:color w:val="1F497D" w:themeColor="text2"/>
        </w:rPr>
        <w:t xml:space="preserve"> – </w:t>
      </w:r>
      <w:r>
        <w:rPr>
          <w:rFonts w:ascii="Calibri" w:hAnsi="Calibri" w:cs="Calibri"/>
          <w:b/>
          <w:color w:val="1F497D" w:themeColor="text2"/>
        </w:rPr>
        <w:t>Accordo tra Università</w:t>
      </w:r>
    </w:p>
    <w:p w14:paraId="3C172E43" w14:textId="07006F0F" w:rsidR="00E13CDA" w:rsidRPr="001C6474" w:rsidRDefault="00E13CDA" w:rsidP="00591579">
      <w:pPr>
        <w:spacing w:after="40" w:line="360" w:lineRule="auto"/>
        <w:ind w:left="720"/>
        <w:rPr>
          <w:rFonts w:ascii="Calibri" w:hAnsi="Calibri" w:cs="Calibri"/>
          <w:b/>
          <w:color w:val="1F497D" w:themeColor="text2"/>
        </w:rPr>
      </w:pPr>
    </w:p>
    <w:p w14:paraId="4DDF597D" w14:textId="77777777" w:rsidR="000270A4" w:rsidRPr="00B6377A" w:rsidRDefault="000270A4" w:rsidP="000270A4">
      <w:pPr>
        <w:pStyle w:val="NormaleWeb"/>
        <w:spacing w:before="0" w:beforeAutospacing="0" w:after="40" w:afterAutospacing="0" w:line="360" w:lineRule="auto"/>
        <w:rPr>
          <w:rFonts w:ascii="Calibri" w:eastAsiaTheme="minorEastAsia" w:hAnsi="Calibri" w:cs="Calibri"/>
          <w:color w:val="1F497D" w:themeColor="text2"/>
          <w:sz w:val="22"/>
          <w:szCs w:val="22"/>
          <w:lang w:eastAsia="en-US"/>
        </w:rPr>
      </w:pPr>
    </w:p>
    <w:p w14:paraId="1E9DA8F5" w14:textId="3E012B1A" w:rsidR="00E13CDA" w:rsidRPr="00B6377A" w:rsidRDefault="00E13CDA" w:rsidP="000270A4">
      <w:pPr>
        <w:pStyle w:val="NormaleWeb"/>
        <w:spacing w:before="0" w:beforeAutospacing="0" w:after="40" w:afterAutospacing="0" w:line="360" w:lineRule="auto"/>
        <w:rPr>
          <w:rFonts w:ascii="Calibri" w:eastAsiaTheme="minorEastAsia" w:hAnsi="Calibri" w:cs="Calibri"/>
          <w:color w:val="1F497D" w:themeColor="text2"/>
          <w:sz w:val="22"/>
          <w:szCs w:val="22"/>
          <w:lang w:eastAsia="en-US"/>
        </w:rPr>
      </w:pPr>
      <w:r w:rsidRPr="00B6377A">
        <w:rPr>
          <w:rFonts w:ascii="Calibri" w:eastAsiaTheme="minorEastAsia" w:hAnsi="Calibri" w:cs="Calibri"/>
          <w:color w:val="1F497D" w:themeColor="text2"/>
          <w:sz w:val="22"/>
          <w:szCs w:val="22"/>
          <w:lang w:eastAsia="en-US"/>
        </w:rPr>
        <w:t>Luogo e data ___________________________</w:t>
      </w:r>
    </w:p>
    <w:p w14:paraId="2039D94D" w14:textId="77B61056" w:rsidR="00E13CDA" w:rsidRPr="00B6377A" w:rsidRDefault="00E13CDA" w:rsidP="000270A4">
      <w:pPr>
        <w:pStyle w:val="NormaleWeb"/>
        <w:spacing w:before="0" w:beforeAutospacing="0" w:after="40" w:afterAutospacing="0" w:line="360" w:lineRule="auto"/>
        <w:rPr>
          <w:rFonts w:ascii="Calibri" w:eastAsiaTheme="minorEastAsia" w:hAnsi="Calibri" w:cs="Calibri"/>
          <w:color w:val="1F497D" w:themeColor="text2"/>
          <w:sz w:val="22"/>
          <w:szCs w:val="22"/>
          <w:lang w:eastAsia="en-US"/>
        </w:rPr>
      </w:pPr>
      <w:r w:rsidRPr="00B6377A">
        <w:rPr>
          <w:rFonts w:ascii="Calibri" w:eastAsiaTheme="minorEastAsia" w:hAnsi="Calibri" w:cs="Calibri"/>
          <w:color w:val="1F497D" w:themeColor="text2"/>
          <w:sz w:val="22"/>
          <w:szCs w:val="22"/>
          <w:lang w:eastAsia="en-US"/>
        </w:rPr>
        <w:t>Firma digitale del legale rappresentante</w:t>
      </w:r>
    </w:p>
    <w:p w14:paraId="3CD21848" w14:textId="77777777" w:rsidR="00954CDF" w:rsidRPr="001C6474" w:rsidRDefault="00954CDF" w:rsidP="000270A4">
      <w:pPr>
        <w:spacing w:after="40" w:line="360" w:lineRule="auto"/>
        <w:rPr>
          <w:rFonts w:ascii="Calibri" w:hAnsi="Calibri" w:cs="Calibri"/>
          <w:color w:val="1F497D" w:themeColor="text2"/>
        </w:rPr>
      </w:pPr>
    </w:p>
    <w:p w14:paraId="63403B5A" w14:textId="1450809B" w:rsidR="002A1B55" w:rsidRDefault="002A1B55" w:rsidP="00164FA8">
      <w:pPr>
        <w:spacing w:after="40" w:line="360" w:lineRule="auto"/>
        <w:rPr>
          <w:rFonts w:ascii="Calibri" w:hAnsi="Calibri" w:cs="Calibri"/>
          <w:color w:val="1F497D" w:themeColor="text2"/>
        </w:rPr>
      </w:pPr>
    </w:p>
    <w:sectPr w:rsidR="002A1B55" w:rsidSect="00365B85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07CCE" w14:textId="77777777" w:rsidR="00C072AE" w:rsidRPr="00430ECF" w:rsidRDefault="00C072AE" w:rsidP="00AB02F2">
      <w:pPr>
        <w:spacing w:after="0" w:line="240" w:lineRule="auto"/>
      </w:pPr>
      <w:r w:rsidRPr="00430ECF">
        <w:separator/>
      </w:r>
    </w:p>
  </w:endnote>
  <w:endnote w:type="continuationSeparator" w:id="0">
    <w:p w14:paraId="681B3A22" w14:textId="77777777" w:rsidR="00C072AE" w:rsidRPr="00430ECF" w:rsidRDefault="00C072AE" w:rsidP="00AB02F2">
      <w:pPr>
        <w:spacing w:after="0" w:line="240" w:lineRule="auto"/>
      </w:pPr>
      <w:r w:rsidRPr="00430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832263"/>
      <w:docPartObj>
        <w:docPartGallery w:val="Page Numbers (Bottom of Page)"/>
        <w:docPartUnique/>
      </w:docPartObj>
    </w:sdtPr>
    <w:sdtEndPr/>
    <w:sdtContent>
      <w:p w14:paraId="099B4206" w14:textId="45BD9B26" w:rsidR="001F5BDF" w:rsidRPr="00430ECF" w:rsidRDefault="001F5BDF">
        <w:pPr>
          <w:pStyle w:val="Pidipagina"/>
          <w:jc w:val="right"/>
        </w:pPr>
        <w:r w:rsidRPr="00430ECF">
          <w:fldChar w:fldCharType="begin"/>
        </w:r>
        <w:r w:rsidRPr="00430ECF">
          <w:instrText>PAGE   \* MERGEFORMAT</w:instrText>
        </w:r>
        <w:r w:rsidRPr="00430ECF">
          <w:fldChar w:fldCharType="separate"/>
        </w:r>
        <w:r w:rsidRPr="00430ECF">
          <w:t>2</w:t>
        </w:r>
        <w:r w:rsidRPr="00430ECF">
          <w:fldChar w:fldCharType="end"/>
        </w:r>
      </w:p>
    </w:sdtContent>
  </w:sdt>
  <w:p w14:paraId="18C429A8" w14:textId="77777777" w:rsidR="00DD0A9B" w:rsidRPr="00430ECF" w:rsidRDefault="00DD0A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E425" w14:textId="77777777" w:rsidR="00C072AE" w:rsidRPr="00430ECF" w:rsidRDefault="00C072AE" w:rsidP="00AB02F2">
      <w:pPr>
        <w:spacing w:after="0" w:line="240" w:lineRule="auto"/>
      </w:pPr>
      <w:r w:rsidRPr="00430ECF">
        <w:separator/>
      </w:r>
    </w:p>
  </w:footnote>
  <w:footnote w:type="continuationSeparator" w:id="0">
    <w:p w14:paraId="56E36373" w14:textId="77777777" w:rsidR="00C072AE" w:rsidRPr="00430ECF" w:rsidRDefault="00C072AE" w:rsidP="00AB02F2">
      <w:pPr>
        <w:spacing w:after="0" w:line="240" w:lineRule="auto"/>
      </w:pPr>
      <w:r w:rsidRPr="00430ECF">
        <w:continuationSeparator/>
      </w:r>
    </w:p>
  </w:footnote>
  <w:footnote w:id="1">
    <w:p w14:paraId="671BA155" w14:textId="661E59FE" w:rsidR="00D63BA0" w:rsidRPr="00DF72E6" w:rsidRDefault="00D63BA0" w:rsidP="00DF72E6">
      <w:pPr>
        <w:pStyle w:val="Testonotaapidipagina"/>
        <w:jc w:val="both"/>
        <w:rPr>
          <w:rFonts w:ascii="Calibri" w:hAnsi="Calibri" w:cs="Calibri"/>
          <w:u w:val="single"/>
        </w:rPr>
      </w:pPr>
      <w:r w:rsidRPr="00DF72E6">
        <w:rPr>
          <w:rStyle w:val="Rimandonotaapidipagina"/>
          <w:rFonts w:ascii="Calibri" w:hAnsi="Calibri" w:cs="Calibri"/>
        </w:rPr>
        <w:footnoteRef/>
      </w:r>
      <w:r w:rsidRPr="00DF72E6">
        <w:rPr>
          <w:rFonts w:ascii="Calibri" w:hAnsi="Calibri" w:cs="Calibri"/>
        </w:rPr>
        <w:t xml:space="preserve"> L’identificativo fa riferimento al corso di Master</w:t>
      </w:r>
      <w:r>
        <w:rPr>
          <w:rFonts w:ascii="Calibri" w:hAnsi="Calibri" w:cs="Calibri"/>
        </w:rPr>
        <w:t>. Uno stesso Master può essere articolato in più edizioni realizzate nello stesso anno accademico o in anni successivi. Se lo stesso Master è</w:t>
      </w:r>
      <w:r w:rsidRPr="00DF72E6">
        <w:rPr>
          <w:rFonts w:ascii="Calibri" w:hAnsi="Calibri" w:cs="Calibri"/>
        </w:rPr>
        <w:t xml:space="preserve"> presente in più anni accademici </w:t>
      </w:r>
      <w:r>
        <w:rPr>
          <w:rFonts w:ascii="Calibri" w:hAnsi="Calibri" w:cs="Calibri"/>
        </w:rPr>
        <w:t xml:space="preserve">occorre </w:t>
      </w:r>
      <w:r w:rsidRPr="00DF72E6">
        <w:rPr>
          <w:rFonts w:ascii="Calibri" w:hAnsi="Calibri" w:cs="Calibri"/>
        </w:rPr>
        <w:t xml:space="preserve">mantenere lo stesso </w:t>
      </w:r>
      <w:r>
        <w:rPr>
          <w:rFonts w:ascii="Calibri" w:hAnsi="Calibri" w:cs="Calibri"/>
        </w:rPr>
        <w:t xml:space="preserve">codice </w:t>
      </w:r>
      <w:r w:rsidRPr="00DF72E6">
        <w:rPr>
          <w:rFonts w:ascii="Calibri" w:hAnsi="Calibri" w:cs="Calibri"/>
        </w:rPr>
        <w:t xml:space="preserve">identificativo.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0" w14:textId="5728754A" w:rsidR="001279D9" w:rsidRDefault="00DD0A9B" w:rsidP="001279D9">
    <w:pPr>
      <w:pStyle w:val="Intestazione"/>
    </w:pPr>
    <w:r w:rsidRPr="008319CE">
      <w:rPr>
        <w:noProof/>
      </w:rPr>
      <w:drawing>
        <wp:inline distT="0" distB="0" distL="0" distR="0" wp14:anchorId="46288AE6" wp14:editId="4F46E9D6">
          <wp:extent cx="5486400" cy="374015"/>
          <wp:effectExtent l="0" t="0" r="0" b="6985"/>
          <wp:docPr id="30952957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730D01" w14:textId="77777777" w:rsidR="00932F63" w:rsidRPr="00430ECF" w:rsidRDefault="00932F63" w:rsidP="001279D9">
    <w:pPr>
      <w:pStyle w:val="Intestazione"/>
    </w:pPr>
  </w:p>
  <w:p w14:paraId="7C1EACE4" w14:textId="77777777" w:rsidR="00AB02F2" w:rsidRPr="00430ECF" w:rsidRDefault="00AB02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40E3F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950D2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F847FC"/>
    <w:multiLevelType w:val="multilevel"/>
    <w:tmpl w:val="C6F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1D56674"/>
    <w:multiLevelType w:val="multilevel"/>
    <w:tmpl w:val="6FC0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CC1E18"/>
    <w:multiLevelType w:val="multilevel"/>
    <w:tmpl w:val="8D6C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910C8F"/>
    <w:multiLevelType w:val="hybridMultilevel"/>
    <w:tmpl w:val="DC58B0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882F3E"/>
    <w:multiLevelType w:val="multilevel"/>
    <w:tmpl w:val="1382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8218EE"/>
    <w:multiLevelType w:val="multilevel"/>
    <w:tmpl w:val="327A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8F7584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A6B6346"/>
    <w:multiLevelType w:val="multilevel"/>
    <w:tmpl w:val="6914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936E62"/>
    <w:multiLevelType w:val="multilevel"/>
    <w:tmpl w:val="C576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937F11"/>
    <w:multiLevelType w:val="multilevel"/>
    <w:tmpl w:val="1EF8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B46E62"/>
    <w:multiLevelType w:val="multilevel"/>
    <w:tmpl w:val="DEF6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D13D7A"/>
    <w:multiLevelType w:val="hybridMultilevel"/>
    <w:tmpl w:val="844CD8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AD2EDA"/>
    <w:multiLevelType w:val="multilevel"/>
    <w:tmpl w:val="3750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E62D45"/>
    <w:multiLevelType w:val="multilevel"/>
    <w:tmpl w:val="D778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652E72"/>
    <w:multiLevelType w:val="hybridMultilevel"/>
    <w:tmpl w:val="E5B02F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7E4BF2"/>
    <w:multiLevelType w:val="multilevel"/>
    <w:tmpl w:val="774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A7527D6"/>
    <w:multiLevelType w:val="hybridMultilevel"/>
    <w:tmpl w:val="1C682172"/>
    <w:lvl w:ilvl="0" w:tplc="9FE49382">
      <w:start w:val="1"/>
      <w:numFmt w:val="bullet"/>
      <w:lvlText w:val="-"/>
      <w:lvlJc w:val="left"/>
      <w:pPr>
        <w:ind w:left="774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8" w15:restartNumberingAfterBreak="0">
    <w:nsid w:val="1A753796"/>
    <w:multiLevelType w:val="hybridMultilevel"/>
    <w:tmpl w:val="558686D6"/>
    <w:lvl w:ilvl="0" w:tplc="04100017">
      <w:start w:val="1"/>
      <w:numFmt w:val="lowerLetter"/>
      <w:lvlText w:val="%1)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9" w15:restartNumberingAfterBreak="0">
    <w:nsid w:val="1BD90745"/>
    <w:multiLevelType w:val="multilevel"/>
    <w:tmpl w:val="2BAC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E584E59"/>
    <w:multiLevelType w:val="hybridMultilevel"/>
    <w:tmpl w:val="D3FE7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E205DF"/>
    <w:multiLevelType w:val="multilevel"/>
    <w:tmpl w:val="E032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EF43201"/>
    <w:multiLevelType w:val="multilevel"/>
    <w:tmpl w:val="F908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2BD7091"/>
    <w:multiLevelType w:val="hybridMultilevel"/>
    <w:tmpl w:val="5940731C"/>
    <w:lvl w:ilvl="0" w:tplc="04100017">
      <w:start w:val="1"/>
      <w:numFmt w:val="lowerLetter"/>
      <w:lvlText w:val="%1)"/>
      <w:lvlJc w:val="left"/>
      <w:pPr>
        <w:ind w:left="773" w:hanging="360"/>
      </w:pPr>
    </w:lvl>
    <w:lvl w:ilvl="1" w:tplc="04100019" w:tentative="1">
      <w:start w:val="1"/>
      <w:numFmt w:val="lowerLetter"/>
      <w:lvlText w:val="%2."/>
      <w:lvlJc w:val="left"/>
      <w:pPr>
        <w:ind w:left="1493" w:hanging="360"/>
      </w:pPr>
    </w:lvl>
    <w:lvl w:ilvl="2" w:tplc="0410001B" w:tentative="1">
      <w:start w:val="1"/>
      <w:numFmt w:val="lowerRoman"/>
      <w:lvlText w:val="%3."/>
      <w:lvlJc w:val="right"/>
      <w:pPr>
        <w:ind w:left="2213" w:hanging="180"/>
      </w:pPr>
    </w:lvl>
    <w:lvl w:ilvl="3" w:tplc="0410000F" w:tentative="1">
      <w:start w:val="1"/>
      <w:numFmt w:val="decimal"/>
      <w:lvlText w:val="%4."/>
      <w:lvlJc w:val="left"/>
      <w:pPr>
        <w:ind w:left="2933" w:hanging="360"/>
      </w:pPr>
    </w:lvl>
    <w:lvl w:ilvl="4" w:tplc="04100019" w:tentative="1">
      <w:start w:val="1"/>
      <w:numFmt w:val="lowerLetter"/>
      <w:lvlText w:val="%5."/>
      <w:lvlJc w:val="left"/>
      <w:pPr>
        <w:ind w:left="3653" w:hanging="360"/>
      </w:pPr>
    </w:lvl>
    <w:lvl w:ilvl="5" w:tplc="0410001B" w:tentative="1">
      <w:start w:val="1"/>
      <w:numFmt w:val="lowerRoman"/>
      <w:lvlText w:val="%6."/>
      <w:lvlJc w:val="right"/>
      <w:pPr>
        <w:ind w:left="4373" w:hanging="180"/>
      </w:pPr>
    </w:lvl>
    <w:lvl w:ilvl="6" w:tplc="0410000F" w:tentative="1">
      <w:start w:val="1"/>
      <w:numFmt w:val="decimal"/>
      <w:lvlText w:val="%7."/>
      <w:lvlJc w:val="left"/>
      <w:pPr>
        <w:ind w:left="5093" w:hanging="360"/>
      </w:pPr>
    </w:lvl>
    <w:lvl w:ilvl="7" w:tplc="04100019" w:tentative="1">
      <w:start w:val="1"/>
      <w:numFmt w:val="lowerLetter"/>
      <w:lvlText w:val="%8."/>
      <w:lvlJc w:val="left"/>
      <w:pPr>
        <w:ind w:left="5813" w:hanging="360"/>
      </w:pPr>
    </w:lvl>
    <w:lvl w:ilvl="8" w:tplc="0410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4" w15:restartNumberingAfterBreak="0">
    <w:nsid w:val="24B61376"/>
    <w:multiLevelType w:val="hybridMultilevel"/>
    <w:tmpl w:val="C2AA74A2"/>
    <w:lvl w:ilvl="0" w:tplc="086C93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4517CA"/>
    <w:multiLevelType w:val="hybridMultilevel"/>
    <w:tmpl w:val="75B8AF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542460"/>
    <w:multiLevelType w:val="hybridMultilevel"/>
    <w:tmpl w:val="3D185028"/>
    <w:lvl w:ilvl="0" w:tplc="6FA44DAE">
      <w:numFmt w:val="bullet"/>
      <w:pStyle w:val="Elencoacolori-Colore11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0B2554"/>
    <w:multiLevelType w:val="multilevel"/>
    <w:tmpl w:val="60F2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6D5076"/>
    <w:multiLevelType w:val="hybridMultilevel"/>
    <w:tmpl w:val="F2E6EF22"/>
    <w:lvl w:ilvl="0" w:tplc="C2E45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F55B92"/>
    <w:multiLevelType w:val="multilevel"/>
    <w:tmpl w:val="70D0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B67CC4"/>
    <w:multiLevelType w:val="multilevel"/>
    <w:tmpl w:val="813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E303CD"/>
    <w:multiLevelType w:val="multilevel"/>
    <w:tmpl w:val="ED42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1D2D52"/>
    <w:multiLevelType w:val="hybridMultilevel"/>
    <w:tmpl w:val="79588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9D3590"/>
    <w:multiLevelType w:val="multilevel"/>
    <w:tmpl w:val="1420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055E88"/>
    <w:multiLevelType w:val="multilevel"/>
    <w:tmpl w:val="B0EC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011419"/>
    <w:multiLevelType w:val="multilevel"/>
    <w:tmpl w:val="5DB0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E5370E"/>
    <w:multiLevelType w:val="hybridMultilevel"/>
    <w:tmpl w:val="C23AC37A"/>
    <w:lvl w:ilvl="0" w:tplc="9FE49382">
      <w:start w:val="1"/>
      <w:numFmt w:val="bullet"/>
      <w:lvlText w:val="-"/>
      <w:lvlJc w:val="left"/>
      <w:pPr>
        <w:ind w:left="2213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47" w15:restartNumberingAfterBreak="0">
    <w:nsid w:val="43B53BE2"/>
    <w:multiLevelType w:val="multilevel"/>
    <w:tmpl w:val="0EA2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A14CA4"/>
    <w:multiLevelType w:val="multilevel"/>
    <w:tmpl w:val="C52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8503E9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CDC55AC"/>
    <w:multiLevelType w:val="multilevel"/>
    <w:tmpl w:val="8776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4C5D57"/>
    <w:multiLevelType w:val="hybridMultilevel"/>
    <w:tmpl w:val="5C547B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C3471B"/>
    <w:multiLevelType w:val="hybridMultilevel"/>
    <w:tmpl w:val="CC22B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E333C7"/>
    <w:multiLevelType w:val="multilevel"/>
    <w:tmpl w:val="5E4C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E03CF8"/>
    <w:multiLevelType w:val="hybridMultilevel"/>
    <w:tmpl w:val="8446F8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59E4584F"/>
    <w:multiLevelType w:val="multilevel"/>
    <w:tmpl w:val="25D0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3038C0"/>
    <w:multiLevelType w:val="multilevel"/>
    <w:tmpl w:val="D19C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EF303B"/>
    <w:multiLevelType w:val="multilevel"/>
    <w:tmpl w:val="1548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0016299"/>
    <w:multiLevelType w:val="multilevel"/>
    <w:tmpl w:val="AFD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380CC5"/>
    <w:multiLevelType w:val="multilevel"/>
    <w:tmpl w:val="4106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C37337"/>
    <w:multiLevelType w:val="hybridMultilevel"/>
    <w:tmpl w:val="C7D0256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1194636"/>
    <w:multiLevelType w:val="hybridMultilevel"/>
    <w:tmpl w:val="4AC61D5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2812" w:hanging="360"/>
      </w:pPr>
    </w:lvl>
    <w:lvl w:ilvl="2" w:tplc="FFFFFFFF" w:tentative="1">
      <w:start w:val="1"/>
      <w:numFmt w:val="lowerRoman"/>
      <w:lvlText w:val="%3."/>
      <w:lvlJc w:val="right"/>
      <w:pPr>
        <w:ind w:left="-2092" w:hanging="180"/>
      </w:pPr>
    </w:lvl>
    <w:lvl w:ilvl="3" w:tplc="FFFFFFFF" w:tentative="1">
      <w:start w:val="1"/>
      <w:numFmt w:val="decimal"/>
      <w:lvlText w:val="%4."/>
      <w:lvlJc w:val="left"/>
      <w:pPr>
        <w:ind w:left="-1372" w:hanging="360"/>
      </w:pPr>
    </w:lvl>
    <w:lvl w:ilvl="4" w:tplc="FFFFFFFF" w:tentative="1">
      <w:start w:val="1"/>
      <w:numFmt w:val="lowerLetter"/>
      <w:lvlText w:val="%5."/>
      <w:lvlJc w:val="left"/>
      <w:pPr>
        <w:ind w:left="-652" w:hanging="360"/>
      </w:pPr>
    </w:lvl>
    <w:lvl w:ilvl="5" w:tplc="FFFFFFFF" w:tentative="1">
      <w:start w:val="1"/>
      <w:numFmt w:val="lowerRoman"/>
      <w:lvlText w:val="%6."/>
      <w:lvlJc w:val="right"/>
      <w:pPr>
        <w:ind w:left="68" w:hanging="180"/>
      </w:pPr>
    </w:lvl>
    <w:lvl w:ilvl="6" w:tplc="FFFFFFFF" w:tentative="1">
      <w:start w:val="1"/>
      <w:numFmt w:val="decimal"/>
      <w:lvlText w:val="%7."/>
      <w:lvlJc w:val="left"/>
      <w:pPr>
        <w:ind w:left="788" w:hanging="360"/>
      </w:pPr>
    </w:lvl>
    <w:lvl w:ilvl="7" w:tplc="FFFFFFFF" w:tentative="1">
      <w:start w:val="1"/>
      <w:numFmt w:val="lowerLetter"/>
      <w:lvlText w:val="%8."/>
      <w:lvlJc w:val="left"/>
      <w:pPr>
        <w:ind w:left="1508" w:hanging="360"/>
      </w:pPr>
    </w:lvl>
    <w:lvl w:ilvl="8" w:tplc="FFFFFFFF" w:tentative="1">
      <w:start w:val="1"/>
      <w:numFmt w:val="lowerRoman"/>
      <w:lvlText w:val="%9."/>
      <w:lvlJc w:val="right"/>
      <w:pPr>
        <w:ind w:left="2228" w:hanging="180"/>
      </w:pPr>
    </w:lvl>
  </w:abstractNum>
  <w:abstractNum w:abstractNumId="62" w15:restartNumberingAfterBreak="0">
    <w:nsid w:val="61833B3C"/>
    <w:multiLevelType w:val="multilevel"/>
    <w:tmpl w:val="6726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BF199A"/>
    <w:multiLevelType w:val="multilevel"/>
    <w:tmpl w:val="D2D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2273E63"/>
    <w:multiLevelType w:val="hybridMultilevel"/>
    <w:tmpl w:val="393654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E63CF8"/>
    <w:multiLevelType w:val="multilevel"/>
    <w:tmpl w:val="902E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5FB07E3"/>
    <w:multiLevelType w:val="hybridMultilevel"/>
    <w:tmpl w:val="E3C23D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8F1BE1"/>
    <w:multiLevelType w:val="multilevel"/>
    <w:tmpl w:val="7DEE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8BD7296"/>
    <w:multiLevelType w:val="hybridMultilevel"/>
    <w:tmpl w:val="72BE452C"/>
    <w:lvl w:ilvl="0" w:tplc="2EA8293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C86B01"/>
    <w:multiLevelType w:val="multilevel"/>
    <w:tmpl w:val="AD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B8C303B"/>
    <w:multiLevelType w:val="hybridMultilevel"/>
    <w:tmpl w:val="6088C044"/>
    <w:lvl w:ilvl="0" w:tplc="9FE4938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B1636E"/>
    <w:multiLevelType w:val="multilevel"/>
    <w:tmpl w:val="7590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F354C0"/>
    <w:multiLevelType w:val="multilevel"/>
    <w:tmpl w:val="3A8C7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277189B"/>
    <w:multiLevelType w:val="hybridMultilevel"/>
    <w:tmpl w:val="4AC61D5E"/>
    <w:lvl w:ilvl="0" w:tplc="0410000F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A453A1"/>
    <w:multiLevelType w:val="hybridMultilevel"/>
    <w:tmpl w:val="9CD633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A445DE"/>
    <w:multiLevelType w:val="multilevel"/>
    <w:tmpl w:val="4196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939577">
    <w:abstractNumId w:val="10"/>
  </w:num>
  <w:num w:numId="2" w16cid:durableId="370227308">
    <w:abstractNumId w:val="8"/>
  </w:num>
  <w:num w:numId="3" w16cid:durableId="605036704">
    <w:abstractNumId w:val="7"/>
  </w:num>
  <w:num w:numId="4" w16cid:durableId="1574125808">
    <w:abstractNumId w:val="6"/>
  </w:num>
  <w:num w:numId="5" w16cid:durableId="733234846">
    <w:abstractNumId w:val="9"/>
  </w:num>
  <w:num w:numId="6" w16cid:durableId="1865629218">
    <w:abstractNumId w:val="5"/>
  </w:num>
  <w:num w:numId="7" w16cid:durableId="1205170547">
    <w:abstractNumId w:val="4"/>
  </w:num>
  <w:num w:numId="8" w16cid:durableId="1216627894">
    <w:abstractNumId w:val="3"/>
  </w:num>
  <w:num w:numId="9" w16cid:durableId="693844798">
    <w:abstractNumId w:val="2"/>
  </w:num>
  <w:num w:numId="10" w16cid:durableId="63258475">
    <w:abstractNumId w:val="30"/>
  </w:num>
  <w:num w:numId="11" w16cid:durableId="1201164701">
    <w:abstractNumId w:val="36"/>
  </w:num>
  <w:num w:numId="12" w16cid:durableId="86970802">
    <w:abstractNumId w:val="34"/>
  </w:num>
  <w:num w:numId="13" w16cid:durableId="373889948">
    <w:abstractNumId w:val="73"/>
  </w:num>
  <w:num w:numId="14" w16cid:durableId="2049379542">
    <w:abstractNumId w:val="49"/>
  </w:num>
  <w:num w:numId="15" w16cid:durableId="123886961">
    <w:abstractNumId w:val="21"/>
  </w:num>
  <w:num w:numId="16" w16cid:durableId="547760579">
    <w:abstractNumId w:val="72"/>
  </w:num>
  <w:num w:numId="17" w16cid:durableId="1137063168">
    <w:abstractNumId w:val="48"/>
  </w:num>
  <w:num w:numId="18" w16cid:durableId="1424304681">
    <w:abstractNumId w:val="20"/>
  </w:num>
  <w:num w:numId="19" w16cid:durableId="1087188278">
    <w:abstractNumId w:val="19"/>
  </w:num>
  <w:num w:numId="20" w16cid:durableId="1805073819">
    <w:abstractNumId w:val="13"/>
  </w:num>
  <w:num w:numId="21" w16cid:durableId="2108384123">
    <w:abstractNumId w:val="31"/>
  </w:num>
  <w:num w:numId="22" w16cid:durableId="2001956202">
    <w:abstractNumId w:val="57"/>
  </w:num>
  <w:num w:numId="23" w16cid:durableId="951277702">
    <w:abstractNumId w:val="45"/>
  </w:num>
  <w:num w:numId="24" w16cid:durableId="1701929286">
    <w:abstractNumId w:val="29"/>
  </w:num>
  <w:num w:numId="25" w16cid:durableId="1578637878">
    <w:abstractNumId w:val="53"/>
  </w:num>
  <w:num w:numId="26" w16cid:durableId="837424812">
    <w:abstractNumId w:val="71"/>
  </w:num>
  <w:num w:numId="27" w16cid:durableId="1896357977">
    <w:abstractNumId w:val="62"/>
  </w:num>
  <w:num w:numId="28" w16cid:durableId="975529011">
    <w:abstractNumId w:val="69"/>
  </w:num>
  <w:num w:numId="29" w16cid:durableId="1489904814">
    <w:abstractNumId w:val="43"/>
  </w:num>
  <w:num w:numId="30" w16cid:durableId="1264142231">
    <w:abstractNumId w:val="44"/>
  </w:num>
  <w:num w:numId="31" w16cid:durableId="1652757443">
    <w:abstractNumId w:val="16"/>
  </w:num>
  <w:num w:numId="32" w16cid:durableId="1807776074">
    <w:abstractNumId w:val="18"/>
  </w:num>
  <w:num w:numId="33" w16cid:durableId="1520463864">
    <w:abstractNumId w:val="65"/>
  </w:num>
  <w:num w:numId="34" w16cid:durableId="549654873">
    <w:abstractNumId w:val="67"/>
  </w:num>
  <w:num w:numId="35" w16cid:durableId="390810936">
    <w:abstractNumId w:val="50"/>
  </w:num>
  <w:num w:numId="36" w16cid:durableId="1735198603">
    <w:abstractNumId w:val="39"/>
  </w:num>
  <w:num w:numId="37" w16cid:durableId="1080102943">
    <w:abstractNumId w:val="26"/>
  </w:num>
  <w:num w:numId="38" w16cid:durableId="287130668">
    <w:abstractNumId w:val="41"/>
  </w:num>
  <w:num w:numId="39" w16cid:durableId="1314990549">
    <w:abstractNumId w:val="23"/>
  </w:num>
  <w:num w:numId="40" w16cid:durableId="1660648760">
    <w:abstractNumId w:val="32"/>
  </w:num>
  <w:num w:numId="41" w16cid:durableId="285159322">
    <w:abstractNumId w:val="37"/>
  </w:num>
  <w:num w:numId="42" w16cid:durableId="375083576">
    <w:abstractNumId w:val="75"/>
  </w:num>
  <w:num w:numId="43" w16cid:durableId="1154296196">
    <w:abstractNumId w:val="15"/>
  </w:num>
  <w:num w:numId="44" w16cid:durableId="1262569244">
    <w:abstractNumId w:val="55"/>
  </w:num>
  <w:num w:numId="45" w16cid:durableId="1991253951">
    <w:abstractNumId w:val="68"/>
  </w:num>
  <w:num w:numId="46" w16cid:durableId="1275556141">
    <w:abstractNumId w:val="17"/>
  </w:num>
  <w:num w:numId="47" w16cid:durableId="673652978">
    <w:abstractNumId w:val="11"/>
  </w:num>
  <w:num w:numId="48" w16cid:durableId="704987138">
    <w:abstractNumId w:val="63"/>
  </w:num>
  <w:num w:numId="49" w16cid:durableId="1004283196">
    <w:abstractNumId w:val="35"/>
  </w:num>
  <w:num w:numId="50" w16cid:durableId="1608804213">
    <w:abstractNumId w:val="70"/>
  </w:num>
  <w:num w:numId="51" w16cid:durableId="387345673">
    <w:abstractNumId w:val="42"/>
  </w:num>
  <w:num w:numId="52" w16cid:durableId="264272280">
    <w:abstractNumId w:val="14"/>
  </w:num>
  <w:num w:numId="53" w16cid:durableId="1610550230">
    <w:abstractNumId w:val="74"/>
  </w:num>
  <w:num w:numId="54" w16cid:durableId="445538977">
    <w:abstractNumId w:val="25"/>
  </w:num>
  <w:num w:numId="55" w16cid:durableId="190342923">
    <w:abstractNumId w:val="51"/>
  </w:num>
  <w:num w:numId="56" w16cid:durableId="1732656775">
    <w:abstractNumId w:val="22"/>
  </w:num>
  <w:num w:numId="57" w16cid:durableId="2130391186">
    <w:abstractNumId w:val="27"/>
  </w:num>
  <w:num w:numId="58" w16cid:durableId="1229026502">
    <w:abstractNumId w:val="38"/>
  </w:num>
  <w:num w:numId="59" w16cid:durableId="1058672356">
    <w:abstractNumId w:val="60"/>
  </w:num>
  <w:num w:numId="60" w16cid:durableId="455877042">
    <w:abstractNumId w:val="66"/>
  </w:num>
  <w:num w:numId="61" w16cid:durableId="413282912">
    <w:abstractNumId w:val="46"/>
  </w:num>
  <w:num w:numId="62" w16cid:durableId="1372613073">
    <w:abstractNumId w:val="59"/>
  </w:num>
  <w:num w:numId="63" w16cid:durableId="87119870">
    <w:abstractNumId w:val="52"/>
  </w:num>
  <w:num w:numId="64" w16cid:durableId="1438527421">
    <w:abstractNumId w:val="61"/>
  </w:num>
  <w:num w:numId="65" w16cid:durableId="1197814485">
    <w:abstractNumId w:val="47"/>
  </w:num>
  <w:num w:numId="66" w16cid:durableId="1530488358">
    <w:abstractNumId w:val="58"/>
  </w:num>
  <w:num w:numId="67" w16cid:durableId="1179462542">
    <w:abstractNumId w:val="40"/>
  </w:num>
  <w:num w:numId="68" w16cid:durableId="342979393">
    <w:abstractNumId w:val="54"/>
  </w:num>
  <w:num w:numId="69" w16cid:durableId="140848089">
    <w:abstractNumId w:val="12"/>
  </w:num>
  <w:num w:numId="70" w16cid:durableId="409694623">
    <w:abstractNumId w:val="24"/>
  </w:num>
  <w:num w:numId="71" w16cid:durableId="1274750868">
    <w:abstractNumId w:val="56"/>
  </w:num>
  <w:num w:numId="72" w16cid:durableId="1893540925">
    <w:abstractNumId w:val="1"/>
  </w:num>
  <w:num w:numId="73" w16cid:durableId="839658320">
    <w:abstractNumId w:val="0"/>
  </w:num>
  <w:num w:numId="74" w16cid:durableId="2081438514">
    <w:abstractNumId w:val="28"/>
  </w:num>
  <w:num w:numId="75" w16cid:durableId="1218513602">
    <w:abstractNumId w:val="64"/>
  </w:num>
  <w:num w:numId="76" w16cid:durableId="2070954822">
    <w:abstractNumId w:val="33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1BC"/>
    <w:rsid w:val="00002193"/>
    <w:rsid w:val="00002717"/>
    <w:rsid w:val="00002735"/>
    <w:rsid w:val="00002BF4"/>
    <w:rsid w:val="000034BC"/>
    <w:rsid w:val="00003E0A"/>
    <w:rsid w:val="00004C3D"/>
    <w:rsid w:val="00005026"/>
    <w:rsid w:val="0000586D"/>
    <w:rsid w:val="00005CA1"/>
    <w:rsid w:val="00005E55"/>
    <w:rsid w:val="00006100"/>
    <w:rsid w:val="00006327"/>
    <w:rsid w:val="000066E6"/>
    <w:rsid w:val="0000682E"/>
    <w:rsid w:val="00006A27"/>
    <w:rsid w:val="00007155"/>
    <w:rsid w:val="00007616"/>
    <w:rsid w:val="0000798A"/>
    <w:rsid w:val="00007C9C"/>
    <w:rsid w:val="00010042"/>
    <w:rsid w:val="000138A5"/>
    <w:rsid w:val="0001433E"/>
    <w:rsid w:val="00014BFD"/>
    <w:rsid w:val="000153FB"/>
    <w:rsid w:val="00015DB2"/>
    <w:rsid w:val="00016067"/>
    <w:rsid w:val="0001632B"/>
    <w:rsid w:val="00016CB5"/>
    <w:rsid w:val="0001703F"/>
    <w:rsid w:val="00017765"/>
    <w:rsid w:val="00017A82"/>
    <w:rsid w:val="00017B2A"/>
    <w:rsid w:val="00017EA5"/>
    <w:rsid w:val="000202F5"/>
    <w:rsid w:val="00021229"/>
    <w:rsid w:val="00021B25"/>
    <w:rsid w:val="000221B8"/>
    <w:rsid w:val="00022F99"/>
    <w:rsid w:val="000238D5"/>
    <w:rsid w:val="0002413D"/>
    <w:rsid w:val="0002598A"/>
    <w:rsid w:val="00026042"/>
    <w:rsid w:val="00026929"/>
    <w:rsid w:val="000270A4"/>
    <w:rsid w:val="00027F68"/>
    <w:rsid w:val="0003036A"/>
    <w:rsid w:val="0003040F"/>
    <w:rsid w:val="0003055B"/>
    <w:rsid w:val="000307CD"/>
    <w:rsid w:val="000309C6"/>
    <w:rsid w:val="00030A67"/>
    <w:rsid w:val="00030F3C"/>
    <w:rsid w:val="00031187"/>
    <w:rsid w:val="00031532"/>
    <w:rsid w:val="00031905"/>
    <w:rsid w:val="00031C46"/>
    <w:rsid w:val="00031D29"/>
    <w:rsid w:val="00032DD3"/>
    <w:rsid w:val="00033FED"/>
    <w:rsid w:val="000341E7"/>
    <w:rsid w:val="00034616"/>
    <w:rsid w:val="000348D2"/>
    <w:rsid w:val="000348D6"/>
    <w:rsid w:val="0003591A"/>
    <w:rsid w:val="000359D3"/>
    <w:rsid w:val="00035DA1"/>
    <w:rsid w:val="000363B6"/>
    <w:rsid w:val="00036DFD"/>
    <w:rsid w:val="00037D8A"/>
    <w:rsid w:val="00037E6A"/>
    <w:rsid w:val="000404FA"/>
    <w:rsid w:val="00040775"/>
    <w:rsid w:val="00041005"/>
    <w:rsid w:val="000414A7"/>
    <w:rsid w:val="00042E4B"/>
    <w:rsid w:val="00043F4F"/>
    <w:rsid w:val="0004405D"/>
    <w:rsid w:val="00045114"/>
    <w:rsid w:val="000457DF"/>
    <w:rsid w:val="00045A10"/>
    <w:rsid w:val="00045A4B"/>
    <w:rsid w:val="000461FD"/>
    <w:rsid w:val="000468EA"/>
    <w:rsid w:val="00046AF5"/>
    <w:rsid w:val="00046BC8"/>
    <w:rsid w:val="000500DC"/>
    <w:rsid w:val="00050152"/>
    <w:rsid w:val="00050728"/>
    <w:rsid w:val="000508DD"/>
    <w:rsid w:val="00051097"/>
    <w:rsid w:val="00051683"/>
    <w:rsid w:val="000521A3"/>
    <w:rsid w:val="000526D0"/>
    <w:rsid w:val="00052A55"/>
    <w:rsid w:val="00052DA8"/>
    <w:rsid w:val="00052F7E"/>
    <w:rsid w:val="00053260"/>
    <w:rsid w:val="00053B8F"/>
    <w:rsid w:val="0005439E"/>
    <w:rsid w:val="00054C1E"/>
    <w:rsid w:val="000567FA"/>
    <w:rsid w:val="00056A9B"/>
    <w:rsid w:val="00057580"/>
    <w:rsid w:val="0006063C"/>
    <w:rsid w:val="00061366"/>
    <w:rsid w:val="00062220"/>
    <w:rsid w:val="00062A5E"/>
    <w:rsid w:val="00063C1A"/>
    <w:rsid w:val="00063EAC"/>
    <w:rsid w:val="0006406F"/>
    <w:rsid w:val="00064248"/>
    <w:rsid w:val="00064A4C"/>
    <w:rsid w:val="00064E13"/>
    <w:rsid w:val="000659E7"/>
    <w:rsid w:val="00065CA8"/>
    <w:rsid w:val="00066247"/>
    <w:rsid w:val="000664EC"/>
    <w:rsid w:val="00066623"/>
    <w:rsid w:val="00066A37"/>
    <w:rsid w:val="00066C7A"/>
    <w:rsid w:val="0006753B"/>
    <w:rsid w:val="00067AE8"/>
    <w:rsid w:val="00067BFF"/>
    <w:rsid w:val="00070F15"/>
    <w:rsid w:val="000716BF"/>
    <w:rsid w:val="000719BE"/>
    <w:rsid w:val="00072C80"/>
    <w:rsid w:val="00073240"/>
    <w:rsid w:val="00073595"/>
    <w:rsid w:val="000738B8"/>
    <w:rsid w:val="0007441B"/>
    <w:rsid w:val="000747D3"/>
    <w:rsid w:val="000748E2"/>
    <w:rsid w:val="00075258"/>
    <w:rsid w:val="00075388"/>
    <w:rsid w:val="000755B2"/>
    <w:rsid w:val="0007589B"/>
    <w:rsid w:val="000759B2"/>
    <w:rsid w:val="00075A0E"/>
    <w:rsid w:val="0007665E"/>
    <w:rsid w:val="000766D8"/>
    <w:rsid w:val="00076E8A"/>
    <w:rsid w:val="00077160"/>
    <w:rsid w:val="0007751A"/>
    <w:rsid w:val="00077589"/>
    <w:rsid w:val="00077B2F"/>
    <w:rsid w:val="00077F61"/>
    <w:rsid w:val="00080E03"/>
    <w:rsid w:val="00081575"/>
    <w:rsid w:val="00081C3A"/>
    <w:rsid w:val="00081F94"/>
    <w:rsid w:val="00082256"/>
    <w:rsid w:val="0008239B"/>
    <w:rsid w:val="0008370A"/>
    <w:rsid w:val="00084377"/>
    <w:rsid w:val="00084DCD"/>
    <w:rsid w:val="00084FE2"/>
    <w:rsid w:val="0008502E"/>
    <w:rsid w:val="00085204"/>
    <w:rsid w:val="000855C4"/>
    <w:rsid w:val="000873FE"/>
    <w:rsid w:val="000904F4"/>
    <w:rsid w:val="00090C27"/>
    <w:rsid w:val="0009100B"/>
    <w:rsid w:val="000914DD"/>
    <w:rsid w:val="00091AAF"/>
    <w:rsid w:val="00092BC9"/>
    <w:rsid w:val="00093A33"/>
    <w:rsid w:val="00093B53"/>
    <w:rsid w:val="000943CE"/>
    <w:rsid w:val="000954BE"/>
    <w:rsid w:val="0009551C"/>
    <w:rsid w:val="00095CF6"/>
    <w:rsid w:val="00096271"/>
    <w:rsid w:val="000966B5"/>
    <w:rsid w:val="000967DD"/>
    <w:rsid w:val="000968C4"/>
    <w:rsid w:val="00096B6C"/>
    <w:rsid w:val="00097A3D"/>
    <w:rsid w:val="00097D8E"/>
    <w:rsid w:val="00097F2D"/>
    <w:rsid w:val="000A09E6"/>
    <w:rsid w:val="000A0C88"/>
    <w:rsid w:val="000A0D63"/>
    <w:rsid w:val="000A1334"/>
    <w:rsid w:val="000A227B"/>
    <w:rsid w:val="000A27DE"/>
    <w:rsid w:val="000A3906"/>
    <w:rsid w:val="000A55EC"/>
    <w:rsid w:val="000A584A"/>
    <w:rsid w:val="000A5A48"/>
    <w:rsid w:val="000A5DEF"/>
    <w:rsid w:val="000A6E7E"/>
    <w:rsid w:val="000A7CF2"/>
    <w:rsid w:val="000B013F"/>
    <w:rsid w:val="000B0D05"/>
    <w:rsid w:val="000B18AD"/>
    <w:rsid w:val="000B2087"/>
    <w:rsid w:val="000B3FE4"/>
    <w:rsid w:val="000B5346"/>
    <w:rsid w:val="000B5671"/>
    <w:rsid w:val="000B5C83"/>
    <w:rsid w:val="000B5CFB"/>
    <w:rsid w:val="000B5DB9"/>
    <w:rsid w:val="000B5F5F"/>
    <w:rsid w:val="000B61DD"/>
    <w:rsid w:val="000B69BF"/>
    <w:rsid w:val="000B6F4D"/>
    <w:rsid w:val="000B7F4D"/>
    <w:rsid w:val="000C0574"/>
    <w:rsid w:val="000C0842"/>
    <w:rsid w:val="000C0CFF"/>
    <w:rsid w:val="000C1ACA"/>
    <w:rsid w:val="000C1BF2"/>
    <w:rsid w:val="000C2088"/>
    <w:rsid w:val="000C286F"/>
    <w:rsid w:val="000C2A69"/>
    <w:rsid w:val="000C2DE6"/>
    <w:rsid w:val="000C3645"/>
    <w:rsid w:val="000C3FC2"/>
    <w:rsid w:val="000C4D8A"/>
    <w:rsid w:val="000C67FA"/>
    <w:rsid w:val="000C6831"/>
    <w:rsid w:val="000C6BA7"/>
    <w:rsid w:val="000C7E8B"/>
    <w:rsid w:val="000D05B0"/>
    <w:rsid w:val="000D0692"/>
    <w:rsid w:val="000D08EF"/>
    <w:rsid w:val="000D1974"/>
    <w:rsid w:val="000D236E"/>
    <w:rsid w:val="000D26E2"/>
    <w:rsid w:val="000D29AB"/>
    <w:rsid w:val="000D32E8"/>
    <w:rsid w:val="000D403A"/>
    <w:rsid w:val="000D408C"/>
    <w:rsid w:val="000D4DE7"/>
    <w:rsid w:val="000D6162"/>
    <w:rsid w:val="000D629B"/>
    <w:rsid w:val="000D6401"/>
    <w:rsid w:val="000D6A5B"/>
    <w:rsid w:val="000D6B0D"/>
    <w:rsid w:val="000D6C3F"/>
    <w:rsid w:val="000D7597"/>
    <w:rsid w:val="000D7AD5"/>
    <w:rsid w:val="000E0241"/>
    <w:rsid w:val="000E03D2"/>
    <w:rsid w:val="000E068F"/>
    <w:rsid w:val="000E09BB"/>
    <w:rsid w:val="000E2C57"/>
    <w:rsid w:val="000E3300"/>
    <w:rsid w:val="000E3B3D"/>
    <w:rsid w:val="000E3FB3"/>
    <w:rsid w:val="000E42C4"/>
    <w:rsid w:val="000E46E7"/>
    <w:rsid w:val="000E487B"/>
    <w:rsid w:val="000E4B60"/>
    <w:rsid w:val="000E4F37"/>
    <w:rsid w:val="000E5059"/>
    <w:rsid w:val="000E522C"/>
    <w:rsid w:val="000E5A15"/>
    <w:rsid w:val="000E63CD"/>
    <w:rsid w:val="000E6473"/>
    <w:rsid w:val="000E64A0"/>
    <w:rsid w:val="000E6A67"/>
    <w:rsid w:val="000E6D6F"/>
    <w:rsid w:val="000E74C3"/>
    <w:rsid w:val="000E756F"/>
    <w:rsid w:val="000E7962"/>
    <w:rsid w:val="000E7A57"/>
    <w:rsid w:val="000F0B75"/>
    <w:rsid w:val="000F1290"/>
    <w:rsid w:val="000F1374"/>
    <w:rsid w:val="000F1468"/>
    <w:rsid w:val="000F153C"/>
    <w:rsid w:val="000F16F6"/>
    <w:rsid w:val="000F222C"/>
    <w:rsid w:val="000F2773"/>
    <w:rsid w:val="000F296A"/>
    <w:rsid w:val="000F29CE"/>
    <w:rsid w:val="000F326B"/>
    <w:rsid w:val="000F3D31"/>
    <w:rsid w:val="000F506D"/>
    <w:rsid w:val="000F5341"/>
    <w:rsid w:val="000F53CD"/>
    <w:rsid w:val="000F55C1"/>
    <w:rsid w:val="000F5820"/>
    <w:rsid w:val="000F6214"/>
    <w:rsid w:val="000F6807"/>
    <w:rsid w:val="000F6959"/>
    <w:rsid w:val="000F6BB9"/>
    <w:rsid w:val="000F6F96"/>
    <w:rsid w:val="00101DBB"/>
    <w:rsid w:val="0010220F"/>
    <w:rsid w:val="00102670"/>
    <w:rsid w:val="001026C7"/>
    <w:rsid w:val="00102A2E"/>
    <w:rsid w:val="0010345D"/>
    <w:rsid w:val="001045DF"/>
    <w:rsid w:val="001049CE"/>
    <w:rsid w:val="00104FDB"/>
    <w:rsid w:val="001050AC"/>
    <w:rsid w:val="0011023C"/>
    <w:rsid w:val="001105B4"/>
    <w:rsid w:val="0011067D"/>
    <w:rsid w:val="00110A40"/>
    <w:rsid w:val="00110CF0"/>
    <w:rsid w:val="00110E9F"/>
    <w:rsid w:val="00111001"/>
    <w:rsid w:val="001110FA"/>
    <w:rsid w:val="001129C3"/>
    <w:rsid w:val="00114ED5"/>
    <w:rsid w:val="00115705"/>
    <w:rsid w:val="001161D9"/>
    <w:rsid w:val="001161FB"/>
    <w:rsid w:val="001166B8"/>
    <w:rsid w:val="00116E79"/>
    <w:rsid w:val="00117071"/>
    <w:rsid w:val="001175ED"/>
    <w:rsid w:val="00120156"/>
    <w:rsid w:val="001227DB"/>
    <w:rsid w:val="00122D75"/>
    <w:rsid w:val="0012329D"/>
    <w:rsid w:val="001232AA"/>
    <w:rsid w:val="0012391F"/>
    <w:rsid w:val="00123D21"/>
    <w:rsid w:val="001245AB"/>
    <w:rsid w:val="00125564"/>
    <w:rsid w:val="00125A57"/>
    <w:rsid w:val="00125BFE"/>
    <w:rsid w:val="001265AF"/>
    <w:rsid w:val="0012676F"/>
    <w:rsid w:val="00126FD2"/>
    <w:rsid w:val="001279D9"/>
    <w:rsid w:val="00130FC4"/>
    <w:rsid w:val="0013255F"/>
    <w:rsid w:val="001325A4"/>
    <w:rsid w:val="00132626"/>
    <w:rsid w:val="00133234"/>
    <w:rsid w:val="001333DE"/>
    <w:rsid w:val="0013343A"/>
    <w:rsid w:val="00133554"/>
    <w:rsid w:val="00133C97"/>
    <w:rsid w:val="0013426D"/>
    <w:rsid w:val="00135B1E"/>
    <w:rsid w:val="00135BB4"/>
    <w:rsid w:val="0013722B"/>
    <w:rsid w:val="001372AC"/>
    <w:rsid w:val="001373EF"/>
    <w:rsid w:val="001376CA"/>
    <w:rsid w:val="00137CE6"/>
    <w:rsid w:val="00140732"/>
    <w:rsid w:val="0014133C"/>
    <w:rsid w:val="00142020"/>
    <w:rsid w:val="00142C35"/>
    <w:rsid w:val="00143D32"/>
    <w:rsid w:val="00144CC0"/>
    <w:rsid w:val="001455F1"/>
    <w:rsid w:val="00145622"/>
    <w:rsid w:val="00146063"/>
    <w:rsid w:val="00146E77"/>
    <w:rsid w:val="001475D7"/>
    <w:rsid w:val="0015074B"/>
    <w:rsid w:val="00150DFC"/>
    <w:rsid w:val="001514D6"/>
    <w:rsid w:val="00151BDC"/>
    <w:rsid w:val="00151D43"/>
    <w:rsid w:val="00152739"/>
    <w:rsid w:val="001527DB"/>
    <w:rsid w:val="00152F0B"/>
    <w:rsid w:val="00154622"/>
    <w:rsid w:val="001547E1"/>
    <w:rsid w:val="00154B61"/>
    <w:rsid w:val="00154EFE"/>
    <w:rsid w:val="00155041"/>
    <w:rsid w:val="001554D6"/>
    <w:rsid w:val="001554D8"/>
    <w:rsid w:val="00155F3A"/>
    <w:rsid w:val="00156EEE"/>
    <w:rsid w:val="00157447"/>
    <w:rsid w:val="001608E2"/>
    <w:rsid w:val="00160B6E"/>
    <w:rsid w:val="00161015"/>
    <w:rsid w:val="00161D94"/>
    <w:rsid w:val="00162474"/>
    <w:rsid w:val="001624FE"/>
    <w:rsid w:val="00162A0D"/>
    <w:rsid w:val="00163C75"/>
    <w:rsid w:val="00164144"/>
    <w:rsid w:val="0016464B"/>
    <w:rsid w:val="00164FA8"/>
    <w:rsid w:val="001654FE"/>
    <w:rsid w:val="00166232"/>
    <w:rsid w:val="00166A49"/>
    <w:rsid w:val="00167CDA"/>
    <w:rsid w:val="001705F3"/>
    <w:rsid w:val="00170B9C"/>
    <w:rsid w:val="00170EDB"/>
    <w:rsid w:val="001710AA"/>
    <w:rsid w:val="00172572"/>
    <w:rsid w:val="00172ED4"/>
    <w:rsid w:val="001733DD"/>
    <w:rsid w:val="0017345F"/>
    <w:rsid w:val="001746C4"/>
    <w:rsid w:val="00174854"/>
    <w:rsid w:val="001751C7"/>
    <w:rsid w:val="00175537"/>
    <w:rsid w:val="00175DFF"/>
    <w:rsid w:val="00175F54"/>
    <w:rsid w:val="0017693D"/>
    <w:rsid w:val="00176D6C"/>
    <w:rsid w:val="00176F38"/>
    <w:rsid w:val="001773E0"/>
    <w:rsid w:val="0017741B"/>
    <w:rsid w:val="0017761F"/>
    <w:rsid w:val="001779BF"/>
    <w:rsid w:val="00177D47"/>
    <w:rsid w:val="001804FB"/>
    <w:rsid w:val="00180553"/>
    <w:rsid w:val="001813CF"/>
    <w:rsid w:val="001813F8"/>
    <w:rsid w:val="001819B3"/>
    <w:rsid w:val="00181C46"/>
    <w:rsid w:val="00181CB8"/>
    <w:rsid w:val="001833BF"/>
    <w:rsid w:val="001836C4"/>
    <w:rsid w:val="0018378F"/>
    <w:rsid w:val="00184259"/>
    <w:rsid w:val="001843E9"/>
    <w:rsid w:val="00184879"/>
    <w:rsid w:val="0018593C"/>
    <w:rsid w:val="00186163"/>
    <w:rsid w:val="00186E2E"/>
    <w:rsid w:val="00186F36"/>
    <w:rsid w:val="001900A6"/>
    <w:rsid w:val="001914AF"/>
    <w:rsid w:val="00191B55"/>
    <w:rsid w:val="00192634"/>
    <w:rsid w:val="001937DB"/>
    <w:rsid w:val="00193D69"/>
    <w:rsid w:val="00193DE6"/>
    <w:rsid w:val="00193FE4"/>
    <w:rsid w:val="001945BB"/>
    <w:rsid w:val="00196630"/>
    <w:rsid w:val="00196A79"/>
    <w:rsid w:val="00196EA0"/>
    <w:rsid w:val="00197B4D"/>
    <w:rsid w:val="001A00E2"/>
    <w:rsid w:val="001A0CA0"/>
    <w:rsid w:val="001A0EBA"/>
    <w:rsid w:val="001A1891"/>
    <w:rsid w:val="001A1D6D"/>
    <w:rsid w:val="001A2888"/>
    <w:rsid w:val="001A353A"/>
    <w:rsid w:val="001A3BAC"/>
    <w:rsid w:val="001A445E"/>
    <w:rsid w:val="001A5358"/>
    <w:rsid w:val="001A5792"/>
    <w:rsid w:val="001A5AC0"/>
    <w:rsid w:val="001A6B34"/>
    <w:rsid w:val="001A6D73"/>
    <w:rsid w:val="001A6E15"/>
    <w:rsid w:val="001A71D2"/>
    <w:rsid w:val="001A76C9"/>
    <w:rsid w:val="001B0FB3"/>
    <w:rsid w:val="001B1BCC"/>
    <w:rsid w:val="001B1BED"/>
    <w:rsid w:val="001B1D1E"/>
    <w:rsid w:val="001B201B"/>
    <w:rsid w:val="001B2438"/>
    <w:rsid w:val="001B2888"/>
    <w:rsid w:val="001B2DA7"/>
    <w:rsid w:val="001B3C34"/>
    <w:rsid w:val="001B3F5C"/>
    <w:rsid w:val="001B4017"/>
    <w:rsid w:val="001B4B32"/>
    <w:rsid w:val="001B64CF"/>
    <w:rsid w:val="001B6674"/>
    <w:rsid w:val="001B6937"/>
    <w:rsid w:val="001B7D9A"/>
    <w:rsid w:val="001C07E4"/>
    <w:rsid w:val="001C0D39"/>
    <w:rsid w:val="001C1528"/>
    <w:rsid w:val="001C15C3"/>
    <w:rsid w:val="001C181C"/>
    <w:rsid w:val="001C18FE"/>
    <w:rsid w:val="001C1B5E"/>
    <w:rsid w:val="001C1CC4"/>
    <w:rsid w:val="001C2C63"/>
    <w:rsid w:val="001C3AB7"/>
    <w:rsid w:val="001C3B5C"/>
    <w:rsid w:val="001C3E70"/>
    <w:rsid w:val="001C428B"/>
    <w:rsid w:val="001C4950"/>
    <w:rsid w:val="001C4C9B"/>
    <w:rsid w:val="001C5184"/>
    <w:rsid w:val="001C5386"/>
    <w:rsid w:val="001C5883"/>
    <w:rsid w:val="001C6474"/>
    <w:rsid w:val="001C6476"/>
    <w:rsid w:val="001C6A1E"/>
    <w:rsid w:val="001D0B6D"/>
    <w:rsid w:val="001D16C9"/>
    <w:rsid w:val="001D1F9B"/>
    <w:rsid w:val="001D2AF7"/>
    <w:rsid w:val="001D2CB5"/>
    <w:rsid w:val="001D2DB0"/>
    <w:rsid w:val="001D3266"/>
    <w:rsid w:val="001D3267"/>
    <w:rsid w:val="001D350F"/>
    <w:rsid w:val="001D37B6"/>
    <w:rsid w:val="001D3AA2"/>
    <w:rsid w:val="001D3D8D"/>
    <w:rsid w:val="001D5D54"/>
    <w:rsid w:val="001D65A8"/>
    <w:rsid w:val="001D759D"/>
    <w:rsid w:val="001D7827"/>
    <w:rsid w:val="001D7A99"/>
    <w:rsid w:val="001D7DA3"/>
    <w:rsid w:val="001E1BF0"/>
    <w:rsid w:val="001E3648"/>
    <w:rsid w:val="001E452F"/>
    <w:rsid w:val="001E479C"/>
    <w:rsid w:val="001E5F5B"/>
    <w:rsid w:val="001E6143"/>
    <w:rsid w:val="001E72DE"/>
    <w:rsid w:val="001E72F4"/>
    <w:rsid w:val="001E78A2"/>
    <w:rsid w:val="001E7992"/>
    <w:rsid w:val="001E79DA"/>
    <w:rsid w:val="001E7B78"/>
    <w:rsid w:val="001F068B"/>
    <w:rsid w:val="001F24CB"/>
    <w:rsid w:val="001F27B2"/>
    <w:rsid w:val="001F2995"/>
    <w:rsid w:val="001F336B"/>
    <w:rsid w:val="001F38D2"/>
    <w:rsid w:val="001F413B"/>
    <w:rsid w:val="001F4EE8"/>
    <w:rsid w:val="001F56BE"/>
    <w:rsid w:val="001F5BDF"/>
    <w:rsid w:val="001F5FAB"/>
    <w:rsid w:val="001F6097"/>
    <w:rsid w:val="001F63B9"/>
    <w:rsid w:val="001F6691"/>
    <w:rsid w:val="001F66CA"/>
    <w:rsid w:val="001F7450"/>
    <w:rsid w:val="001F7D45"/>
    <w:rsid w:val="00200557"/>
    <w:rsid w:val="00201AAC"/>
    <w:rsid w:val="00202DF1"/>
    <w:rsid w:val="00202F91"/>
    <w:rsid w:val="0020322A"/>
    <w:rsid w:val="00203E42"/>
    <w:rsid w:val="00206114"/>
    <w:rsid w:val="0020626A"/>
    <w:rsid w:val="00206711"/>
    <w:rsid w:val="00206DAC"/>
    <w:rsid w:val="00207B73"/>
    <w:rsid w:val="00210225"/>
    <w:rsid w:val="00212218"/>
    <w:rsid w:val="00212B5A"/>
    <w:rsid w:val="0021330A"/>
    <w:rsid w:val="0021387D"/>
    <w:rsid w:val="00214FE8"/>
    <w:rsid w:val="00216591"/>
    <w:rsid w:val="00217840"/>
    <w:rsid w:val="0021789E"/>
    <w:rsid w:val="00217D70"/>
    <w:rsid w:val="00220635"/>
    <w:rsid w:val="00220650"/>
    <w:rsid w:val="002206DB"/>
    <w:rsid w:val="0022179F"/>
    <w:rsid w:val="00222DB2"/>
    <w:rsid w:val="00224156"/>
    <w:rsid w:val="002242EE"/>
    <w:rsid w:val="002247A6"/>
    <w:rsid w:val="002252FB"/>
    <w:rsid w:val="00225842"/>
    <w:rsid w:val="002262F3"/>
    <w:rsid w:val="002265F6"/>
    <w:rsid w:val="0022687C"/>
    <w:rsid w:val="00227106"/>
    <w:rsid w:val="0023033A"/>
    <w:rsid w:val="00230AAC"/>
    <w:rsid w:val="0023150A"/>
    <w:rsid w:val="00231EC1"/>
    <w:rsid w:val="0023243C"/>
    <w:rsid w:val="00232751"/>
    <w:rsid w:val="00233155"/>
    <w:rsid w:val="0023404D"/>
    <w:rsid w:val="00234CAE"/>
    <w:rsid w:val="00235041"/>
    <w:rsid w:val="00235F62"/>
    <w:rsid w:val="002360E3"/>
    <w:rsid w:val="002369CB"/>
    <w:rsid w:val="00236AD0"/>
    <w:rsid w:val="00236DDF"/>
    <w:rsid w:val="00237B88"/>
    <w:rsid w:val="002408C3"/>
    <w:rsid w:val="00240B1B"/>
    <w:rsid w:val="00240F64"/>
    <w:rsid w:val="002419EA"/>
    <w:rsid w:val="00241BC8"/>
    <w:rsid w:val="00241FDC"/>
    <w:rsid w:val="00242BFF"/>
    <w:rsid w:val="00242DE2"/>
    <w:rsid w:val="002433E4"/>
    <w:rsid w:val="00243A69"/>
    <w:rsid w:val="00243B90"/>
    <w:rsid w:val="002444A9"/>
    <w:rsid w:val="0024473A"/>
    <w:rsid w:val="002449DB"/>
    <w:rsid w:val="00244E4A"/>
    <w:rsid w:val="002452CD"/>
    <w:rsid w:val="002454D6"/>
    <w:rsid w:val="0024556F"/>
    <w:rsid w:val="00245D34"/>
    <w:rsid w:val="00245E38"/>
    <w:rsid w:val="00245F48"/>
    <w:rsid w:val="002460BD"/>
    <w:rsid w:val="00246618"/>
    <w:rsid w:val="0024680D"/>
    <w:rsid w:val="00246A67"/>
    <w:rsid w:val="00246F66"/>
    <w:rsid w:val="00246FD0"/>
    <w:rsid w:val="002471C2"/>
    <w:rsid w:val="002472B0"/>
    <w:rsid w:val="00250668"/>
    <w:rsid w:val="00250D67"/>
    <w:rsid w:val="00250F24"/>
    <w:rsid w:val="002516E3"/>
    <w:rsid w:val="0025198A"/>
    <w:rsid w:val="00251C7B"/>
    <w:rsid w:val="00251CA0"/>
    <w:rsid w:val="00251F7E"/>
    <w:rsid w:val="002526A4"/>
    <w:rsid w:val="002529D5"/>
    <w:rsid w:val="00253324"/>
    <w:rsid w:val="002539AF"/>
    <w:rsid w:val="00253DDE"/>
    <w:rsid w:val="00254F67"/>
    <w:rsid w:val="002555F2"/>
    <w:rsid w:val="0025586B"/>
    <w:rsid w:val="00255DDF"/>
    <w:rsid w:val="00255F2D"/>
    <w:rsid w:val="002562EB"/>
    <w:rsid w:val="002566E4"/>
    <w:rsid w:val="002567DC"/>
    <w:rsid w:val="00256F5A"/>
    <w:rsid w:val="00257041"/>
    <w:rsid w:val="00257383"/>
    <w:rsid w:val="002613CF"/>
    <w:rsid w:val="002628B4"/>
    <w:rsid w:val="00262903"/>
    <w:rsid w:val="00262F02"/>
    <w:rsid w:val="00263A52"/>
    <w:rsid w:val="00263C97"/>
    <w:rsid w:val="002642DE"/>
    <w:rsid w:val="0026549F"/>
    <w:rsid w:val="00265764"/>
    <w:rsid w:val="002709A9"/>
    <w:rsid w:val="002709D1"/>
    <w:rsid w:val="00270D49"/>
    <w:rsid w:val="002712AC"/>
    <w:rsid w:val="00271F09"/>
    <w:rsid w:val="00272507"/>
    <w:rsid w:val="0027282C"/>
    <w:rsid w:val="002737A6"/>
    <w:rsid w:val="00274214"/>
    <w:rsid w:val="00274327"/>
    <w:rsid w:val="002746B7"/>
    <w:rsid w:val="00274CCC"/>
    <w:rsid w:val="00274F11"/>
    <w:rsid w:val="00276329"/>
    <w:rsid w:val="00276745"/>
    <w:rsid w:val="0027689F"/>
    <w:rsid w:val="00276FF1"/>
    <w:rsid w:val="00277B60"/>
    <w:rsid w:val="00277C87"/>
    <w:rsid w:val="002802AE"/>
    <w:rsid w:val="00280350"/>
    <w:rsid w:val="00281910"/>
    <w:rsid w:val="002822DF"/>
    <w:rsid w:val="002842A7"/>
    <w:rsid w:val="002844A4"/>
    <w:rsid w:val="0028462D"/>
    <w:rsid w:val="00284A36"/>
    <w:rsid w:val="0028501E"/>
    <w:rsid w:val="00285A7C"/>
    <w:rsid w:val="00286AE6"/>
    <w:rsid w:val="00286D9B"/>
    <w:rsid w:val="00287120"/>
    <w:rsid w:val="002879A7"/>
    <w:rsid w:val="00287CDC"/>
    <w:rsid w:val="00287F1B"/>
    <w:rsid w:val="002900EF"/>
    <w:rsid w:val="00290CF2"/>
    <w:rsid w:val="00291882"/>
    <w:rsid w:val="0029196A"/>
    <w:rsid w:val="00291AA5"/>
    <w:rsid w:val="002921A8"/>
    <w:rsid w:val="002923EA"/>
    <w:rsid w:val="00294DAE"/>
    <w:rsid w:val="00294E61"/>
    <w:rsid w:val="002950DF"/>
    <w:rsid w:val="002953C4"/>
    <w:rsid w:val="0029639D"/>
    <w:rsid w:val="0029775F"/>
    <w:rsid w:val="002977BD"/>
    <w:rsid w:val="002A0516"/>
    <w:rsid w:val="002A0A36"/>
    <w:rsid w:val="002A118C"/>
    <w:rsid w:val="002A1776"/>
    <w:rsid w:val="002A1B55"/>
    <w:rsid w:val="002A1BC8"/>
    <w:rsid w:val="002A1CF3"/>
    <w:rsid w:val="002A398E"/>
    <w:rsid w:val="002A42E1"/>
    <w:rsid w:val="002A441E"/>
    <w:rsid w:val="002A478C"/>
    <w:rsid w:val="002A540A"/>
    <w:rsid w:val="002A618A"/>
    <w:rsid w:val="002A6776"/>
    <w:rsid w:val="002A6DF1"/>
    <w:rsid w:val="002A77ED"/>
    <w:rsid w:val="002A7F83"/>
    <w:rsid w:val="002B0274"/>
    <w:rsid w:val="002B0390"/>
    <w:rsid w:val="002B2415"/>
    <w:rsid w:val="002B2B78"/>
    <w:rsid w:val="002B363B"/>
    <w:rsid w:val="002B38A0"/>
    <w:rsid w:val="002B39D3"/>
    <w:rsid w:val="002B4325"/>
    <w:rsid w:val="002B43E9"/>
    <w:rsid w:val="002B4F1E"/>
    <w:rsid w:val="002B502E"/>
    <w:rsid w:val="002B54B3"/>
    <w:rsid w:val="002B6628"/>
    <w:rsid w:val="002B6B2B"/>
    <w:rsid w:val="002B6D35"/>
    <w:rsid w:val="002B773C"/>
    <w:rsid w:val="002B7A7D"/>
    <w:rsid w:val="002B7AF7"/>
    <w:rsid w:val="002B7B78"/>
    <w:rsid w:val="002C041B"/>
    <w:rsid w:val="002C04F9"/>
    <w:rsid w:val="002C0A0C"/>
    <w:rsid w:val="002C0D84"/>
    <w:rsid w:val="002C17B6"/>
    <w:rsid w:val="002C1CFD"/>
    <w:rsid w:val="002C20F4"/>
    <w:rsid w:val="002C21D5"/>
    <w:rsid w:val="002C23B0"/>
    <w:rsid w:val="002C241E"/>
    <w:rsid w:val="002C253F"/>
    <w:rsid w:val="002C2888"/>
    <w:rsid w:val="002C30B2"/>
    <w:rsid w:val="002C3294"/>
    <w:rsid w:val="002C3814"/>
    <w:rsid w:val="002C38C0"/>
    <w:rsid w:val="002C3C54"/>
    <w:rsid w:val="002C4135"/>
    <w:rsid w:val="002C52D8"/>
    <w:rsid w:val="002C5A9F"/>
    <w:rsid w:val="002C65E8"/>
    <w:rsid w:val="002C7197"/>
    <w:rsid w:val="002C7545"/>
    <w:rsid w:val="002C79AD"/>
    <w:rsid w:val="002D02FC"/>
    <w:rsid w:val="002D09FA"/>
    <w:rsid w:val="002D1E20"/>
    <w:rsid w:val="002D2FD4"/>
    <w:rsid w:val="002D402B"/>
    <w:rsid w:val="002D4273"/>
    <w:rsid w:val="002D478B"/>
    <w:rsid w:val="002D4844"/>
    <w:rsid w:val="002D4CE6"/>
    <w:rsid w:val="002D4FEB"/>
    <w:rsid w:val="002D51CA"/>
    <w:rsid w:val="002D5649"/>
    <w:rsid w:val="002D634A"/>
    <w:rsid w:val="002D65FF"/>
    <w:rsid w:val="002D6843"/>
    <w:rsid w:val="002D6B47"/>
    <w:rsid w:val="002D6DEE"/>
    <w:rsid w:val="002D7638"/>
    <w:rsid w:val="002D766C"/>
    <w:rsid w:val="002E11CE"/>
    <w:rsid w:val="002E14A6"/>
    <w:rsid w:val="002E1BED"/>
    <w:rsid w:val="002E3CC5"/>
    <w:rsid w:val="002E473C"/>
    <w:rsid w:val="002E515C"/>
    <w:rsid w:val="002E5990"/>
    <w:rsid w:val="002E5B1E"/>
    <w:rsid w:val="002E6418"/>
    <w:rsid w:val="002E663D"/>
    <w:rsid w:val="002E68D5"/>
    <w:rsid w:val="002E6AB1"/>
    <w:rsid w:val="002E6DC0"/>
    <w:rsid w:val="002E7939"/>
    <w:rsid w:val="002F0359"/>
    <w:rsid w:val="002F0ABF"/>
    <w:rsid w:val="002F1AC3"/>
    <w:rsid w:val="002F1F43"/>
    <w:rsid w:val="002F2268"/>
    <w:rsid w:val="002F22CF"/>
    <w:rsid w:val="002F23B9"/>
    <w:rsid w:val="002F2735"/>
    <w:rsid w:val="002F3179"/>
    <w:rsid w:val="002F36D7"/>
    <w:rsid w:val="002F3BC2"/>
    <w:rsid w:val="002F460F"/>
    <w:rsid w:val="002F476E"/>
    <w:rsid w:val="002F4876"/>
    <w:rsid w:val="002F4CF7"/>
    <w:rsid w:val="002F5694"/>
    <w:rsid w:val="002F5BF0"/>
    <w:rsid w:val="002F5F75"/>
    <w:rsid w:val="002F66D9"/>
    <w:rsid w:val="002F6B0B"/>
    <w:rsid w:val="002F6B41"/>
    <w:rsid w:val="002F6D02"/>
    <w:rsid w:val="002F71F7"/>
    <w:rsid w:val="002F72C5"/>
    <w:rsid w:val="002F7372"/>
    <w:rsid w:val="002F7B00"/>
    <w:rsid w:val="002F7F20"/>
    <w:rsid w:val="00300C15"/>
    <w:rsid w:val="00300E48"/>
    <w:rsid w:val="00301E30"/>
    <w:rsid w:val="003023E7"/>
    <w:rsid w:val="00302BE5"/>
    <w:rsid w:val="00304704"/>
    <w:rsid w:val="003047B1"/>
    <w:rsid w:val="003047DA"/>
    <w:rsid w:val="003065F4"/>
    <w:rsid w:val="00306651"/>
    <w:rsid w:val="00306AC6"/>
    <w:rsid w:val="00306FFC"/>
    <w:rsid w:val="0030769A"/>
    <w:rsid w:val="00307EFA"/>
    <w:rsid w:val="003102C0"/>
    <w:rsid w:val="003104BD"/>
    <w:rsid w:val="00310CF0"/>
    <w:rsid w:val="003110A0"/>
    <w:rsid w:val="0031281C"/>
    <w:rsid w:val="00312B6F"/>
    <w:rsid w:val="003135C2"/>
    <w:rsid w:val="00313A84"/>
    <w:rsid w:val="00313DB3"/>
    <w:rsid w:val="00315294"/>
    <w:rsid w:val="003158F1"/>
    <w:rsid w:val="003160B3"/>
    <w:rsid w:val="003179A8"/>
    <w:rsid w:val="00317FF1"/>
    <w:rsid w:val="00320C03"/>
    <w:rsid w:val="00320F4B"/>
    <w:rsid w:val="00321046"/>
    <w:rsid w:val="0032110E"/>
    <w:rsid w:val="00321852"/>
    <w:rsid w:val="003221C4"/>
    <w:rsid w:val="003227C3"/>
    <w:rsid w:val="00322E3E"/>
    <w:rsid w:val="003248D4"/>
    <w:rsid w:val="00324945"/>
    <w:rsid w:val="00324CAF"/>
    <w:rsid w:val="00325EE1"/>
    <w:rsid w:val="00325F2C"/>
    <w:rsid w:val="00326375"/>
    <w:rsid w:val="0032687D"/>
    <w:rsid w:val="00326F90"/>
    <w:rsid w:val="003278BA"/>
    <w:rsid w:val="00327B1C"/>
    <w:rsid w:val="00330343"/>
    <w:rsid w:val="0033108B"/>
    <w:rsid w:val="00331740"/>
    <w:rsid w:val="003323EE"/>
    <w:rsid w:val="0033340F"/>
    <w:rsid w:val="00333C70"/>
    <w:rsid w:val="00334B9D"/>
    <w:rsid w:val="00334C83"/>
    <w:rsid w:val="0033549E"/>
    <w:rsid w:val="00335523"/>
    <w:rsid w:val="00335919"/>
    <w:rsid w:val="0033676E"/>
    <w:rsid w:val="00337610"/>
    <w:rsid w:val="00337E65"/>
    <w:rsid w:val="003402F2"/>
    <w:rsid w:val="003402F8"/>
    <w:rsid w:val="00341468"/>
    <w:rsid w:val="00341712"/>
    <w:rsid w:val="00341A2E"/>
    <w:rsid w:val="003428C2"/>
    <w:rsid w:val="00342CD8"/>
    <w:rsid w:val="00343AEE"/>
    <w:rsid w:val="00344469"/>
    <w:rsid w:val="003446EB"/>
    <w:rsid w:val="00344810"/>
    <w:rsid w:val="0034544A"/>
    <w:rsid w:val="00345E13"/>
    <w:rsid w:val="00346250"/>
    <w:rsid w:val="00346606"/>
    <w:rsid w:val="00346DA6"/>
    <w:rsid w:val="00350213"/>
    <w:rsid w:val="00350612"/>
    <w:rsid w:val="003510E6"/>
    <w:rsid w:val="00351554"/>
    <w:rsid w:val="00351839"/>
    <w:rsid w:val="0035191D"/>
    <w:rsid w:val="00352401"/>
    <w:rsid w:val="00352D5B"/>
    <w:rsid w:val="003532DE"/>
    <w:rsid w:val="00353764"/>
    <w:rsid w:val="00353977"/>
    <w:rsid w:val="00353D5E"/>
    <w:rsid w:val="00353D89"/>
    <w:rsid w:val="00353E07"/>
    <w:rsid w:val="00353FC3"/>
    <w:rsid w:val="00354078"/>
    <w:rsid w:val="00354E64"/>
    <w:rsid w:val="003559CC"/>
    <w:rsid w:val="003571D3"/>
    <w:rsid w:val="0035795D"/>
    <w:rsid w:val="00357ED6"/>
    <w:rsid w:val="00360255"/>
    <w:rsid w:val="00360941"/>
    <w:rsid w:val="00360D5A"/>
    <w:rsid w:val="00361515"/>
    <w:rsid w:val="003618DC"/>
    <w:rsid w:val="00361E68"/>
    <w:rsid w:val="00362188"/>
    <w:rsid w:val="0036221A"/>
    <w:rsid w:val="0036267F"/>
    <w:rsid w:val="0036277B"/>
    <w:rsid w:val="0036294C"/>
    <w:rsid w:val="003633E5"/>
    <w:rsid w:val="0036431E"/>
    <w:rsid w:val="00364A03"/>
    <w:rsid w:val="00364AF6"/>
    <w:rsid w:val="00364DE9"/>
    <w:rsid w:val="00365B85"/>
    <w:rsid w:val="00365CBB"/>
    <w:rsid w:val="0036653C"/>
    <w:rsid w:val="00366B77"/>
    <w:rsid w:val="00367A27"/>
    <w:rsid w:val="00367B4B"/>
    <w:rsid w:val="00367E39"/>
    <w:rsid w:val="00367FB9"/>
    <w:rsid w:val="00370488"/>
    <w:rsid w:val="00370ADC"/>
    <w:rsid w:val="00370DB5"/>
    <w:rsid w:val="00370FEB"/>
    <w:rsid w:val="00371DCE"/>
    <w:rsid w:val="0037279C"/>
    <w:rsid w:val="00372F2C"/>
    <w:rsid w:val="00373130"/>
    <w:rsid w:val="0037455F"/>
    <w:rsid w:val="00375199"/>
    <w:rsid w:val="00375703"/>
    <w:rsid w:val="00375A5C"/>
    <w:rsid w:val="00375B35"/>
    <w:rsid w:val="00375D18"/>
    <w:rsid w:val="003768CD"/>
    <w:rsid w:val="00377168"/>
    <w:rsid w:val="0038016A"/>
    <w:rsid w:val="0038027A"/>
    <w:rsid w:val="00380619"/>
    <w:rsid w:val="00380FCE"/>
    <w:rsid w:val="0038151E"/>
    <w:rsid w:val="003817D8"/>
    <w:rsid w:val="00381834"/>
    <w:rsid w:val="00382B05"/>
    <w:rsid w:val="00384387"/>
    <w:rsid w:val="0038580B"/>
    <w:rsid w:val="003861B2"/>
    <w:rsid w:val="003862B0"/>
    <w:rsid w:val="00386940"/>
    <w:rsid w:val="00387C18"/>
    <w:rsid w:val="00391270"/>
    <w:rsid w:val="003915D4"/>
    <w:rsid w:val="00392838"/>
    <w:rsid w:val="00392D05"/>
    <w:rsid w:val="00392D9B"/>
    <w:rsid w:val="00392E56"/>
    <w:rsid w:val="003931A6"/>
    <w:rsid w:val="00393EF2"/>
    <w:rsid w:val="00394FE5"/>
    <w:rsid w:val="00395374"/>
    <w:rsid w:val="0039580F"/>
    <w:rsid w:val="00396249"/>
    <w:rsid w:val="003962E6"/>
    <w:rsid w:val="003968A5"/>
    <w:rsid w:val="00396FD2"/>
    <w:rsid w:val="00397582"/>
    <w:rsid w:val="00397785"/>
    <w:rsid w:val="003977FE"/>
    <w:rsid w:val="00397BD6"/>
    <w:rsid w:val="003A12FA"/>
    <w:rsid w:val="003A1310"/>
    <w:rsid w:val="003A1553"/>
    <w:rsid w:val="003A1C13"/>
    <w:rsid w:val="003A2112"/>
    <w:rsid w:val="003A2157"/>
    <w:rsid w:val="003A2C33"/>
    <w:rsid w:val="003A2FF0"/>
    <w:rsid w:val="003A31FB"/>
    <w:rsid w:val="003A3886"/>
    <w:rsid w:val="003A5193"/>
    <w:rsid w:val="003A623E"/>
    <w:rsid w:val="003A6363"/>
    <w:rsid w:val="003A654B"/>
    <w:rsid w:val="003A66C7"/>
    <w:rsid w:val="003B0064"/>
    <w:rsid w:val="003B0307"/>
    <w:rsid w:val="003B0436"/>
    <w:rsid w:val="003B06D2"/>
    <w:rsid w:val="003B090A"/>
    <w:rsid w:val="003B0C65"/>
    <w:rsid w:val="003B1358"/>
    <w:rsid w:val="003B13CB"/>
    <w:rsid w:val="003B2D77"/>
    <w:rsid w:val="003B38D1"/>
    <w:rsid w:val="003B421B"/>
    <w:rsid w:val="003B45F0"/>
    <w:rsid w:val="003B4FA5"/>
    <w:rsid w:val="003B513A"/>
    <w:rsid w:val="003B5922"/>
    <w:rsid w:val="003B5E4E"/>
    <w:rsid w:val="003B709A"/>
    <w:rsid w:val="003B7237"/>
    <w:rsid w:val="003B7538"/>
    <w:rsid w:val="003B75C8"/>
    <w:rsid w:val="003B75E8"/>
    <w:rsid w:val="003B7AE0"/>
    <w:rsid w:val="003B7EF7"/>
    <w:rsid w:val="003C0035"/>
    <w:rsid w:val="003C10D0"/>
    <w:rsid w:val="003C1917"/>
    <w:rsid w:val="003C1FB7"/>
    <w:rsid w:val="003C2291"/>
    <w:rsid w:val="003C2ECF"/>
    <w:rsid w:val="003C34ED"/>
    <w:rsid w:val="003C3A0D"/>
    <w:rsid w:val="003C41AB"/>
    <w:rsid w:val="003C44CB"/>
    <w:rsid w:val="003C47E4"/>
    <w:rsid w:val="003C4F68"/>
    <w:rsid w:val="003C514C"/>
    <w:rsid w:val="003C5C8A"/>
    <w:rsid w:val="003C5D3B"/>
    <w:rsid w:val="003C6066"/>
    <w:rsid w:val="003C6F31"/>
    <w:rsid w:val="003C750B"/>
    <w:rsid w:val="003D0F16"/>
    <w:rsid w:val="003D11D0"/>
    <w:rsid w:val="003D23A6"/>
    <w:rsid w:val="003D3433"/>
    <w:rsid w:val="003D3DFB"/>
    <w:rsid w:val="003D4E63"/>
    <w:rsid w:val="003D5F20"/>
    <w:rsid w:val="003D7314"/>
    <w:rsid w:val="003D7425"/>
    <w:rsid w:val="003D74C2"/>
    <w:rsid w:val="003D7566"/>
    <w:rsid w:val="003D782E"/>
    <w:rsid w:val="003D797F"/>
    <w:rsid w:val="003E014E"/>
    <w:rsid w:val="003E0D5F"/>
    <w:rsid w:val="003E0E7B"/>
    <w:rsid w:val="003E2211"/>
    <w:rsid w:val="003E243B"/>
    <w:rsid w:val="003E2B28"/>
    <w:rsid w:val="003E2B9B"/>
    <w:rsid w:val="003E2C99"/>
    <w:rsid w:val="003E30DA"/>
    <w:rsid w:val="003E3759"/>
    <w:rsid w:val="003E411E"/>
    <w:rsid w:val="003E42BF"/>
    <w:rsid w:val="003E4623"/>
    <w:rsid w:val="003E4974"/>
    <w:rsid w:val="003E513D"/>
    <w:rsid w:val="003E53AE"/>
    <w:rsid w:val="003E607B"/>
    <w:rsid w:val="003E66BD"/>
    <w:rsid w:val="003E67CE"/>
    <w:rsid w:val="003E6A66"/>
    <w:rsid w:val="003E6E44"/>
    <w:rsid w:val="003E6F42"/>
    <w:rsid w:val="003E7C88"/>
    <w:rsid w:val="003E7F71"/>
    <w:rsid w:val="003F014F"/>
    <w:rsid w:val="003F0304"/>
    <w:rsid w:val="003F1181"/>
    <w:rsid w:val="003F1688"/>
    <w:rsid w:val="003F20EB"/>
    <w:rsid w:val="003F3413"/>
    <w:rsid w:val="003F3561"/>
    <w:rsid w:val="003F3963"/>
    <w:rsid w:val="003F4444"/>
    <w:rsid w:val="003F5FE9"/>
    <w:rsid w:val="003F66EC"/>
    <w:rsid w:val="003F7572"/>
    <w:rsid w:val="003F7BF5"/>
    <w:rsid w:val="0040173B"/>
    <w:rsid w:val="0040296C"/>
    <w:rsid w:val="0040297D"/>
    <w:rsid w:val="00402C88"/>
    <w:rsid w:val="00402E35"/>
    <w:rsid w:val="00402F0F"/>
    <w:rsid w:val="004032BE"/>
    <w:rsid w:val="00403A99"/>
    <w:rsid w:val="004059F9"/>
    <w:rsid w:val="00406180"/>
    <w:rsid w:val="0040642C"/>
    <w:rsid w:val="00406570"/>
    <w:rsid w:val="00406927"/>
    <w:rsid w:val="00406DEB"/>
    <w:rsid w:val="004078C4"/>
    <w:rsid w:val="00410684"/>
    <w:rsid w:val="00410BFD"/>
    <w:rsid w:val="00410E39"/>
    <w:rsid w:val="00411195"/>
    <w:rsid w:val="004114AC"/>
    <w:rsid w:val="00411642"/>
    <w:rsid w:val="00411CDE"/>
    <w:rsid w:val="004123E9"/>
    <w:rsid w:val="00412487"/>
    <w:rsid w:val="00412FE8"/>
    <w:rsid w:val="00413815"/>
    <w:rsid w:val="004138AB"/>
    <w:rsid w:val="0041404D"/>
    <w:rsid w:val="00414D0D"/>
    <w:rsid w:val="00414D10"/>
    <w:rsid w:val="00414F3F"/>
    <w:rsid w:val="0041528B"/>
    <w:rsid w:val="00416420"/>
    <w:rsid w:val="004167D1"/>
    <w:rsid w:val="00416B69"/>
    <w:rsid w:val="00417EA9"/>
    <w:rsid w:val="004205F6"/>
    <w:rsid w:val="004206D2"/>
    <w:rsid w:val="00420999"/>
    <w:rsid w:val="00420C98"/>
    <w:rsid w:val="00420F18"/>
    <w:rsid w:val="004216D4"/>
    <w:rsid w:val="00421B98"/>
    <w:rsid w:val="00422975"/>
    <w:rsid w:val="00422C56"/>
    <w:rsid w:val="004232B6"/>
    <w:rsid w:val="004233C5"/>
    <w:rsid w:val="004234CF"/>
    <w:rsid w:val="00423644"/>
    <w:rsid w:val="004252FD"/>
    <w:rsid w:val="004255C0"/>
    <w:rsid w:val="004259E0"/>
    <w:rsid w:val="00425E16"/>
    <w:rsid w:val="004264A7"/>
    <w:rsid w:val="00426E08"/>
    <w:rsid w:val="00427A2A"/>
    <w:rsid w:val="00427D43"/>
    <w:rsid w:val="00427EBA"/>
    <w:rsid w:val="00430AEF"/>
    <w:rsid w:val="00430ECF"/>
    <w:rsid w:val="00431C19"/>
    <w:rsid w:val="00433576"/>
    <w:rsid w:val="0043358F"/>
    <w:rsid w:val="00433AB1"/>
    <w:rsid w:val="00434CF1"/>
    <w:rsid w:val="00434EE4"/>
    <w:rsid w:val="0043516C"/>
    <w:rsid w:val="0043523B"/>
    <w:rsid w:val="0043622E"/>
    <w:rsid w:val="004370AF"/>
    <w:rsid w:val="0043713F"/>
    <w:rsid w:val="004374DA"/>
    <w:rsid w:val="00437D95"/>
    <w:rsid w:val="00437E6B"/>
    <w:rsid w:val="00437F7B"/>
    <w:rsid w:val="004406F8"/>
    <w:rsid w:val="004407D8"/>
    <w:rsid w:val="004408B2"/>
    <w:rsid w:val="00440E50"/>
    <w:rsid w:val="004411F7"/>
    <w:rsid w:val="00441A05"/>
    <w:rsid w:val="00441D51"/>
    <w:rsid w:val="00441D89"/>
    <w:rsid w:val="00441E7D"/>
    <w:rsid w:val="00442397"/>
    <w:rsid w:val="0044297F"/>
    <w:rsid w:val="00443731"/>
    <w:rsid w:val="00443D7F"/>
    <w:rsid w:val="00443FF5"/>
    <w:rsid w:val="00445BD0"/>
    <w:rsid w:val="00445F0D"/>
    <w:rsid w:val="0044655F"/>
    <w:rsid w:val="00446859"/>
    <w:rsid w:val="00446B5F"/>
    <w:rsid w:val="0044704B"/>
    <w:rsid w:val="00447667"/>
    <w:rsid w:val="004479A0"/>
    <w:rsid w:val="00447EB5"/>
    <w:rsid w:val="00450A56"/>
    <w:rsid w:val="00451340"/>
    <w:rsid w:val="0045156B"/>
    <w:rsid w:val="00451C01"/>
    <w:rsid w:val="00451FEF"/>
    <w:rsid w:val="0045206F"/>
    <w:rsid w:val="00452B19"/>
    <w:rsid w:val="004537CC"/>
    <w:rsid w:val="00453EA3"/>
    <w:rsid w:val="00454A3D"/>
    <w:rsid w:val="00455243"/>
    <w:rsid w:val="00455A71"/>
    <w:rsid w:val="004561A4"/>
    <w:rsid w:val="0045764D"/>
    <w:rsid w:val="004578AF"/>
    <w:rsid w:val="00457CC7"/>
    <w:rsid w:val="004602C8"/>
    <w:rsid w:val="0046076B"/>
    <w:rsid w:val="00460E14"/>
    <w:rsid w:val="00461223"/>
    <w:rsid w:val="00461FB8"/>
    <w:rsid w:val="00462335"/>
    <w:rsid w:val="0046387A"/>
    <w:rsid w:val="00464705"/>
    <w:rsid w:val="00464AA6"/>
    <w:rsid w:val="004650C4"/>
    <w:rsid w:val="00466575"/>
    <w:rsid w:val="00467498"/>
    <w:rsid w:val="00467DC1"/>
    <w:rsid w:val="00470078"/>
    <w:rsid w:val="004703DA"/>
    <w:rsid w:val="0047076C"/>
    <w:rsid w:val="00470783"/>
    <w:rsid w:val="004710B6"/>
    <w:rsid w:val="004715EB"/>
    <w:rsid w:val="00471631"/>
    <w:rsid w:val="00471F4E"/>
    <w:rsid w:val="0047217D"/>
    <w:rsid w:val="00472520"/>
    <w:rsid w:val="004733AC"/>
    <w:rsid w:val="004737BD"/>
    <w:rsid w:val="00474F1A"/>
    <w:rsid w:val="004754E3"/>
    <w:rsid w:val="00475689"/>
    <w:rsid w:val="00475832"/>
    <w:rsid w:val="00475949"/>
    <w:rsid w:val="00475962"/>
    <w:rsid w:val="00475C95"/>
    <w:rsid w:val="00475E13"/>
    <w:rsid w:val="00475F6A"/>
    <w:rsid w:val="004760A4"/>
    <w:rsid w:val="004777B2"/>
    <w:rsid w:val="00480213"/>
    <w:rsid w:val="004808A9"/>
    <w:rsid w:val="00481A26"/>
    <w:rsid w:val="00481E89"/>
    <w:rsid w:val="00482782"/>
    <w:rsid w:val="00482A8F"/>
    <w:rsid w:val="00482B87"/>
    <w:rsid w:val="00482BDD"/>
    <w:rsid w:val="00484095"/>
    <w:rsid w:val="0048410F"/>
    <w:rsid w:val="00484AD6"/>
    <w:rsid w:val="00484D94"/>
    <w:rsid w:val="00485968"/>
    <w:rsid w:val="004860AD"/>
    <w:rsid w:val="00486200"/>
    <w:rsid w:val="00486375"/>
    <w:rsid w:val="0048661F"/>
    <w:rsid w:val="004868A7"/>
    <w:rsid w:val="00487E66"/>
    <w:rsid w:val="00487FEC"/>
    <w:rsid w:val="00490E40"/>
    <w:rsid w:val="00491241"/>
    <w:rsid w:val="00494507"/>
    <w:rsid w:val="00494516"/>
    <w:rsid w:val="00494C87"/>
    <w:rsid w:val="0049582B"/>
    <w:rsid w:val="00495B8A"/>
    <w:rsid w:val="00495F4F"/>
    <w:rsid w:val="00496049"/>
    <w:rsid w:val="00496DC1"/>
    <w:rsid w:val="00497068"/>
    <w:rsid w:val="0049718A"/>
    <w:rsid w:val="004971D4"/>
    <w:rsid w:val="00497905"/>
    <w:rsid w:val="00497EDB"/>
    <w:rsid w:val="00497EE8"/>
    <w:rsid w:val="004A1929"/>
    <w:rsid w:val="004A1D36"/>
    <w:rsid w:val="004A2036"/>
    <w:rsid w:val="004A30F2"/>
    <w:rsid w:val="004A37C7"/>
    <w:rsid w:val="004A3D1E"/>
    <w:rsid w:val="004A436A"/>
    <w:rsid w:val="004A4421"/>
    <w:rsid w:val="004A463E"/>
    <w:rsid w:val="004A4E9F"/>
    <w:rsid w:val="004A5C50"/>
    <w:rsid w:val="004A6788"/>
    <w:rsid w:val="004A6F10"/>
    <w:rsid w:val="004A7C89"/>
    <w:rsid w:val="004A7DE5"/>
    <w:rsid w:val="004A7F14"/>
    <w:rsid w:val="004B0CFF"/>
    <w:rsid w:val="004B14E8"/>
    <w:rsid w:val="004B167C"/>
    <w:rsid w:val="004B18F0"/>
    <w:rsid w:val="004B1D34"/>
    <w:rsid w:val="004B3475"/>
    <w:rsid w:val="004B3636"/>
    <w:rsid w:val="004B375E"/>
    <w:rsid w:val="004B3B91"/>
    <w:rsid w:val="004B3B95"/>
    <w:rsid w:val="004B5861"/>
    <w:rsid w:val="004B6DEC"/>
    <w:rsid w:val="004B7159"/>
    <w:rsid w:val="004B7705"/>
    <w:rsid w:val="004B78EC"/>
    <w:rsid w:val="004B7A83"/>
    <w:rsid w:val="004C0210"/>
    <w:rsid w:val="004C04B2"/>
    <w:rsid w:val="004C0525"/>
    <w:rsid w:val="004C1314"/>
    <w:rsid w:val="004C13C1"/>
    <w:rsid w:val="004C3793"/>
    <w:rsid w:val="004C38AD"/>
    <w:rsid w:val="004C4333"/>
    <w:rsid w:val="004C4BE9"/>
    <w:rsid w:val="004C6296"/>
    <w:rsid w:val="004C6606"/>
    <w:rsid w:val="004C6CC8"/>
    <w:rsid w:val="004C7A5C"/>
    <w:rsid w:val="004C7A99"/>
    <w:rsid w:val="004C7C54"/>
    <w:rsid w:val="004D0319"/>
    <w:rsid w:val="004D0403"/>
    <w:rsid w:val="004D0E68"/>
    <w:rsid w:val="004D2093"/>
    <w:rsid w:val="004D2D22"/>
    <w:rsid w:val="004D505E"/>
    <w:rsid w:val="004D514F"/>
    <w:rsid w:val="004D5285"/>
    <w:rsid w:val="004D603E"/>
    <w:rsid w:val="004D66A2"/>
    <w:rsid w:val="004D79C5"/>
    <w:rsid w:val="004E1213"/>
    <w:rsid w:val="004E1B9C"/>
    <w:rsid w:val="004E1CED"/>
    <w:rsid w:val="004E2070"/>
    <w:rsid w:val="004E25FD"/>
    <w:rsid w:val="004E335E"/>
    <w:rsid w:val="004E404F"/>
    <w:rsid w:val="004E40B6"/>
    <w:rsid w:val="004E5A6E"/>
    <w:rsid w:val="004E5EFD"/>
    <w:rsid w:val="004E6344"/>
    <w:rsid w:val="004E6B88"/>
    <w:rsid w:val="004E78A3"/>
    <w:rsid w:val="004F0AC1"/>
    <w:rsid w:val="004F21DB"/>
    <w:rsid w:val="004F2C40"/>
    <w:rsid w:val="004F2F69"/>
    <w:rsid w:val="004F2FB9"/>
    <w:rsid w:val="004F2FE4"/>
    <w:rsid w:val="004F37A6"/>
    <w:rsid w:val="004F3F84"/>
    <w:rsid w:val="004F3FB5"/>
    <w:rsid w:val="004F4672"/>
    <w:rsid w:val="004F49FC"/>
    <w:rsid w:val="004F57AC"/>
    <w:rsid w:val="004F58E8"/>
    <w:rsid w:val="004F5BAF"/>
    <w:rsid w:val="004F61DB"/>
    <w:rsid w:val="004F62D1"/>
    <w:rsid w:val="004F6B72"/>
    <w:rsid w:val="004F6C1D"/>
    <w:rsid w:val="004F7464"/>
    <w:rsid w:val="004F7CFD"/>
    <w:rsid w:val="00500023"/>
    <w:rsid w:val="00500471"/>
    <w:rsid w:val="00500D92"/>
    <w:rsid w:val="00502838"/>
    <w:rsid w:val="00502A65"/>
    <w:rsid w:val="00502B99"/>
    <w:rsid w:val="00502B9D"/>
    <w:rsid w:val="00502C92"/>
    <w:rsid w:val="00503375"/>
    <w:rsid w:val="005035F1"/>
    <w:rsid w:val="00503C0B"/>
    <w:rsid w:val="0050475A"/>
    <w:rsid w:val="00504C24"/>
    <w:rsid w:val="00505507"/>
    <w:rsid w:val="005056AD"/>
    <w:rsid w:val="00505715"/>
    <w:rsid w:val="0050689D"/>
    <w:rsid w:val="005073A1"/>
    <w:rsid w:val="00507CCC"/>
    <w:rsid w:val="00507E36"/>
    <w:rsid w:val="0051007D"/>
    <w:rsid w:val="00510123"/>
    <w:rsid w:val="005101CA"/>
    <w:rsid w:val="005102CD"/>
    <w:rsid w:val="00510438"/>
    <w:rsid w:val="00511049"/>
    <w:rsid w:val="00511173"/>
    <w:rsid w:val="00512790"/>
    <w:rsid w:val="00512A5A"/>
    <w:rsid w:val="00512DE2"/>
    <w:rsid w:val="00513198"/>
    <w:rsid w:val="00514313"/>
    <w:rsid w:val="00514732"/>
    <w:rsid w:val="00515A8F"/>
    <w:rsid w:val="0051722D"/>
    <w:rsid w:val="00517340"/>
    <w:rsid w:val="005209A5"/>
    <w:rsid w:val="00521146"/>
    <w:rsid w:val="005213C0"/>
    <w:rsid w:val="005218D0"/>
    <w:rsid w:val="00521A46"/>
    <w:rsid w:val="00522DD7"/>
    <w:rsid w:val="00523462"/>
    <w:rsid w:val="005239D6"/>
    <w:rsid w:val="00524317"/>
    <w:rsid w:val="0052439F"/>
    <w:rsid w:val="005245B9"/>
    <w:rsid w:val="005245CA"/>
    <w:rsid w:val="005247B6"/>
    <w:rsid w:val="005247D7"/>
    <w:rsid w:val="00524CE7"/>
    <w:rsid w:val="00525288"/>
    <w:rsid w:val="00525CC7"/>
    <w:rsid w:val="00525FBE"/>
    <w:rsid w:val="00526141"/>
    <w:rsid w:val="00526254"/>
    <w:rsid w:val="005262E5"/>
    <w:rsid w:val="00526F35"/>
    <w:rsid w:val="005274FF"/>
    <w:rsid w:val="00527A18"/>
    <w:rsid w:val="00530441"/>
    <w:rsid w:val="0053151E"/>
    <w:rsid w:val="00531819"/>
    <w:rsid w:val="00531837"/>
    <w:rsid w:val="0053245A"/>
    <w:rsid w:val="00532CF5"/>
    <w:rsid w:val="00532EBC"/>
    <w:rsid w:val="005335D9"/>
    <w:rsid w:val="005337B8"/>
    <w:rsid w:val="00533956"/>
    <w:rsid w:val="0053403E"/>
    <w:rsid w:val="00534453"/>
    <w:rsid w:val="0053456A"/>
    <w:rsid w:val="0053458A"/>
    <w:rsid w:val="0053475B"/>
    <w:rsid w:val="00534A24"/>
    <w:rsid w:val="00534BD0"/>
    <w:rsid w:val="00535036"/>
    <w:rsid w:val="00535651"/>
    <w:rsid w:val="00535A73"/>
    <w:rsid w:val="00535FFD"/>
    <w:rsid w:val="00536DB1"/>
    <w:rsid w:val="00537147"/>
    <w:rsid w:val="0053738F"/>
    <w:rsid w:val="0053776F"/>
    <w:rsid w:val="0053796B"/>
    <w:rsid w:val="00537DB0"/>
    <w:rsid w:val="00540552"/>
    <w:rsid w:val="00540863"/>
    <w:rsid w:val="00540C95"/>
    <w:rsid w:val="005414E6"/>
    <w:rsid w:val="005420B5"/>
    <w:rsid w:val="0054257E"/>
    <w:rsid w:val="0054289F"/>
    <w:rsid w:val="00543751"/>
    <w:rsid w:val="00543B2D"/>
    <w:rsid w:val="005440BF"/>
    <w:rsid w:val="005453D7"/>
    <w:rsid w:val="005454B2"/>
    <w:rsid w:val="0054677E"/>
    <w:rsid w:val="00547272"/>
    <w:rsid w:val="0054763A"/>
    <w:rsid w:val="00550D89"/>
    <w:rsid w:val="00550E8B"/>
    <w:rsid w:val="00551A70"/>
    <w:rsid w:val="00551EF1"/>
    <w:rsid w:val="00552A54"/>
    <w:rsid w:val="00553DD7"/>
    <w:rsid w:val="00554431"/>
    <w:rsid w:val="00555587"/>
    <w:rsid w:val="00555D6B"/>
    <w:rsid w:val="005571CF"/>
    <w:rsid w:val="005575CF"/>
    <w:rsid w:val="005611E5"/>
    <w:rsid w:val="005613D7"/>
    <w:rsid w:val="00561545"/>
    <w:rsid w:val="00561E2A"/>
    <w:rsid w:val="005620F9"/>
    <w:rsid w:val="0056271A"/>
    <w:rsid w:val="005629C8"/>
    <w:rsid w:val="00562C13"/>
    <w:rsid w:val="005641B1"/>
    <w:rsid w:val="005652F5"/>
    <w:rsid w:val="00566283"/>
    <w:rsid w:val="00566737"/>
    <w:rsid w:val="00566E88"/>
    <w:rsid w:val="00566EE0"/>
    <w:rsid w:val="00567C14"/>
    <w:rsid w:val="00571069"/>
    <w:rsid w:val="005719EF"/>
    <w:rsid w:val="00571E12"/>
    <w:rsid w:val="00572A33"/>
    <w:rsid w:val="00572E37"/>
    <w:rsid w:val="00573003"/>
    <w:rsid w:val="00573883"/>
    <w:rsid w:val="00573BA7"/>
    <w:rsid w:val="005741C3"/>
    <w:rsid w:val="005747B6"/>
    <w:rsid w:val="00574FC4"/>
    <w:rsid w:val="00575601"/>
    <w:rsid w:val="005765C2"/>
    <w:rsid w:val="005765EB"/>
    <w:rsid w:val="00576890"/>
    <w:rsid w:val="005778D7"/>
    <w:rsid w:val="00577E2B"/>
    <w:rsid w:val="00580D2D"/>
    <w:rsid w:val="00581999"/>
    <w:rsid w:val="00581E08"/>
    <w:rsid w:val="005821F2"/>
    <w:rsid w:val="0058259B"/>
    <w:rsid w:val="005834AD"/>
    <w:rsid w:val="005835D3"/>
    <w:rsid w:val="00583709"/>
    <w:rsid w:val="00583C66"/>
    <w:rsid w:val="00583F48"/>
    <w:rsid w:val="0058456B"/>
    <w:rsid w:val="005856BF"/>
    <w:rsid w:val="005859E8"/>
    <w:rsid w:val="00586364"/>
    <w:rsid w:val="0058788A"/>
    <w:rsid w:val="005905A3"/>
    <w:rsid w:val="00591579"/>
    <w:rsid w:val="005915AB"/>
    <w:rsid w:val="00591EF0"/>
    <w:rsid w:val="005922DA"/>
    <w:rsid w:val="005923AB"/>
    <w:rsid w:val="005926B1"/>
    <w:rsid w:val="00593B01"/>
    <w:rsid w:val="005942AD"/>
    <w:rsid w:val="00594C68"/>
    <w:rsid w:val="005956B9"/>
    <w:rsid w:val="005956E7"/>
    <w:rsid w:val="0059652B"/>
    <w:rsid w:val="00596669"/>
    <w:rsid w:val="00597018"/>
    <w:rsid w:val="0059721F"/>
    <w:rsid w:val="005A1E37"/>
    <w:rsid w:val="005A2323"/>
    <w:rsid w:val="005A2A2E"/>
    <w:rsid w:val="005A319D"/>
    <w:rsid w:val="005A3EEE"/>
    <w:rsid w:val="005A443A"/>
    <w:rsid w:val="005A4BA5"/>
    <w:rsid w:val="005A4C40"/>
    <w:rsid w:val="005A5507"/>
    <w:rsid w:val="005A6234"/>
    <w:rsid w:val="005A660F"/>
    <w:rsid w:val="005A6AD1"/>
    <w:rsid w:val="005A6AF4"/>
    <w:rsid w:val="005A79C6"/>
    <w:rsid w:val="005B0773"/>
    <w:rsid w:val="005B0A1A"/>
    <w:rsid w:val="005B0FC2"/>
    <w:rsid w:val="005B1456"/>
    <w:rsid w:val="005B1E3D"/>
    <w:rsid w:val="005B21BA"/>
    <w:rsid w:val="005B4457"/>
    <w:rsid w:val="005B49AA"/>
    <w:rsid w:val="005B50DB"/>
    <w:rsid w:val="005B53F7"/>
    <w:rsid w:val="005B5BEC"/>
    <w:rsid w:val="005B5D85"/>
    <w:rsid w:val="005B6396"/>
    <w:rsid w:val="005B69D6"/>
    <w:rsid w:val="005B6FD3"/>
    <w:rsid w:val="005B78FA"/>
    <w:rsid w:val="005B7D35"/>
    <w:rsid w:val="005C0335"/>
    <w:rsid w:val="005C0D20"/>
    <w:rsid w:val="005C0F39"/>
    <w:rsid w:val="005C1561"/>
    <w:rsid w:val="005C183C"/>
    <w:rsid w:val="005C19B8"/>
    <w:rsid w:val="005C1B04"/>
    <w:rsid w:val="005C20C9"/>
    <w:rsid w:val="005C2167"/>
    <w:rsid w:val="005C22C1"/>
    <w:rsid w:val="005C2311"/>
    <w:rsid w:val="005C2498"/>
    <w:rsid w:val="005C265D"/>
    <w:rsid w:val="005C2BF2"/>
    <w:rsid w:val="005C3021"/>
    <w:rsid w:val="005C3063"/>
    <w:rsid w:val="005C3537"/>
    <w:rsid w:val="005C43C0"/>
    <w:rsid w:val="005C476D"/>
    <w:rsid w:val="005C4CF6"/>
    <w:rsid w:val="005C4F50"/>
    <w:rsid w:val="005C5065"/>
    <w:rsid w:val="005C5A48"/>
    <w:rsid w:val="005C5BE8"/>
    <w:rsid w:val="005C66D2"/>
    <w:rsid w:val="005C7195"/>
    <w:rsid w:val="005C71F2"/>
    <w:rsid w:val="005C7715"/>
    <w:rsid w:val="005D00B2"/>
    <w:rsid w:val="005D0E55"/>
    <w:rsid w:val="005D124E"/>
    <w:rsid w:val="005D1F1D"/>
    <w:rsid w:val="005D205E"/>
    <w:rsid w:val="005D2572"/>
    <w:rsid w:val="005D2C05"/>
    <w:rsid w:val="005D345A"/>
    <w:rsid w:val="005D36AE"/>
    <w:rsid w:val="005D4088"/>
    <w:rsid w:val="005D4582"/>
    <w:rsid w:val="005D4652"/>
    <w:rsid w:val="005D4A16"/>
    <w:rsid w:val="005D4A25"/>
    <w:rsid w:val="005D5956"/>
    <w:rsid w:val="005D5DD6"/>
    <w:rsid w:val="005D66AD"/>
    <w:rsid w:val="005D6901"/>
    <w:rsid w:val="005D7D93"/>
    <w:rsid w:val="005E013F"/>
    <w:rsid w:val="005E0395"/>
    <w:rsid w:val="005E126B"/>
    <w:rsid w:val="005E1B4E"/>
    <w:rsid w:val="005E2E19"/>
    <w:rsid w:val="005E40C7"/>
    <w:rsid w:val="005E472F"/>
    <w:rsid w:val="005E4EA7"/>
    <w:rsid w:val="005E592F"/>
    <w:rsid w:val="005E681A"/>
    <w:rsid w:val="005E6BC5"/>
    <w:rsid w:val="005E700A"/>
    <w:rsid w:val="005E72BF"/>
    <w:rsid w:val="005E7418"/>
    <w:rsid w:val="005E74A0"/>
    <w:rsid w:val="005E787A"/>
    <w:rsid w:val="005E7C0F"/>
    <w:rsid w:val="005E7DD6"/>
    <w:rsid w:val="005F0273"/>
    <w:rsid w:val="005F0430"/>
    <w:rsid w:val="005F079F"/>
    <w:rsid w:val="005F1C5C"/>
    <w:rsid w:val="005F24B8"/>
    <w:rsid w:val="005F2531"/>
    <w:rsid w:val="005F2935"/>
    <w:rsid w:val="005F2D1F"/>
    <w:rsid w:val="005F2EE8"/>
    <w:rsid w:val="005F3841"/>
    <w:rsid w:val="005F3B90"/>
    <w:rsid w:val="005F3BC2"/>
    <w:rsid w:val="005F56A7"/>
    <w:rsid w:val="005F58CC"/>
    <w:rsid w:val="005F592C"/>
    <w:rsid w:val="005F5CF1"/>
    <w:rsid w:val="005F652B"/>
    <w:rsid w:val="005F6E13"/>
    <w:rsid w:val="005F7DBD"/>
    <w:rsid w:val="00600576"/>
    <w:rsid w:val="0060064E"/>
    <w:rsid w:val="006018FD"/>
    <w:rsid w:val="00601B50"/>
    <w:rsid w:val="00601C9D"/>
    <w:rsid w:val="00602211"/>
    <w:rsid w:val="00603043"/>
    <w:rsid w:val="00603714"/>
    <w:rsid w:val="00603906"/>
    <w:rsid w:val="00603EB1"/>
    <w:rsid w:val="00604792"/>
    <w:rsid w:val="006048FE"/>
    <w:rsid w:val="0060534F"/>
    <w:rsid w:val="006057A6"/>
    <w:rsid w:val="00605F28"/>
    <w:rsid w:val="0060648F"/>
    <w:rsid w:val="00606622"/>
    <w:rsid w:val="00606C7F"/>
    <w:rsid w:val="00607273"/>
    <w:rsid w:val="00611462"/>
    <w:rsid w:val="00611549"/>
    <w:rsid w:val="006133AD"/>
    <w:rsid w:val="0061393A"/>
    <w:rsid w:val="00613A36"/>
    <w:rsid w:val="00614182"/>
    <w:rsid w:val="00614985"/>
    <w:rsid w:val="006155A7"/>
    <w:rsid w:val="006157EA"/>
    <w:rsid w:val="0061691B"/>
    <w:rsid w:val="006173A8"/>
    <w:rsid w:val="00617CB5"/>
    <w:rsid w:val="006201C1"/>
    <w:rsid w:val="0062054F"/>
    <w:rsid w:val="00620F76"/>
    <w:rsid w:val="00620FDD"/>
    <w:rsid w:val="0062158E"/>
    <w:rsid w:val="006217BB"/>
    <w:rsid w:val="006217E8"/>
    <w:rsid w:val="00621873"/>
    <w:rsid w:val="006219FC"/>
    <w:rsid w:val="00621EBF"/>
    <w:rsid w:val="0062274D"/>
    <w:rsid w:val="006230CF"/>
    <w:rsid w:val="006230D3"/>
    <w:rsid w:val="00623465"/>
    <w:rsid w:val="00623F7C"/>
    <w:rsid w:val="0062427B"/>
    <w:rsid w:val="006242F4"/>
    <w:rsid w:val="006247E7"/>
    <w:rsid w:val="0062495C"/>
    <w:rsid w:val="00624991"/>
    <w:rsid w:val="00625801"/>
    <w:rsid w:val="0062590F"/>
    <w:rsid w:val="00625CF6"/>
    <w:rsid w:val="006268B6"/>
    <w:rsid w:val="00627F0B"/>
    <w:rsid w:val="00630923"/>
    <w:rsid w:val="00630A19"/>
    <w:rsid w:val="0063102A"/>
    <w:rsid w:val="006318FB"/>
    <w:rsid w:val="00631BD2"/>
    <w:rsid w:val="00631CE4"/>
    <w:rsid w:val="00631E12"/>
    <w:rsid w:val="006324E0"/>
    <w:rsid w:val="00632869"/>
    <w:rsid w:val="00632A53"/>
    <w:rsid w:val="0063376E"/>
    <w:rsid w:val="006338E2"/>
    <w:rsid w:val="00635135"/>
    <w:rsid w:val="00635B95"/>
    <w:rsid w:val="00635D3A"/>
    <w:rsid w:val="00635D59"/>
    <w:rsid w:val="00637044"/>
    <w:rsid w:val="00637167"/>
    <w:rsid w:val="00637976"/>
    <w:rsid w:val="00637E3E"/>
    <w:rsid w:val="00640813"/>
    <w:rsid w:val="006408ED"/>
    <w:rsid w:val="00640D8B"/>
    <w:rsid w:val="00641203"/>
    <w:rsid w:val="0064152F"/>
    <w:rsid w:val="00641C16"/>
    <w:rsid w:val="006425F6"/>
    <w:rsid w:val="00642898"/>
    <w:rsid w:val="00643115"/>
    <w:rsid w:val="0064357F"/>
    <w:rsid w:val="00644C2F"/>
    <w:rsid w:val="00644DB2"/>
    <w:rsid w:val="00646200"/>
    <w:rsid w:val="00646CE3"/>
    <w:rsid w:val="00647044"/>
    <w:rsid w:val="0065057C"/>
    <w:rsid w:val="006511FA"/>
    <w:rsid w:val="00651277"/>
    <w:rsid w:val="006512B1"/>
    <w:rsid w:val="00652084"/>
    <w:rsid w:val="006520DE"/>
    <w:rsid w:val="00652E6E"/>
    <w:rsid w:val="00652F07"/>
    <w:rsid w:val="00652F3C"/>
    <w:rsid w:val="006536BA"/>
    <w:rsid w:val="00654C46"/>
    <w:rsid w:val="00655425"/>
    <w:rsid w:val="006560B8"/>
    <w:rsid w:val="00656B68"/>
    <w:rsid w:val="0066280E"/>
    <w:rsid w:val="00662EDE"/>
    <w:rsid w:val="0066357F"/>
    <w:rsid w:val="00664A4E"/>
    <w:rsid w:val="00664B32"/>
    <w:rsid w:val="00664BFB"/>
    <w:rsid w:val="00665595"/>
    <w:rsid w:val="00666A81"/>
    <w:rsid w:val="006673A0"/>
    <w:rsid w:val="00667425"/>
    <w:rsid w:val="00667EF1"/>
    <w:rsid w:val="0067063D"/>
    <w:rsid w:val="0067083D"/>
    <w:rsid w:val="00670A59"/>
    <w:rsid w:val="0067102B"/>
    <w:rsid w:val="006714B8"/>
    <w:rsid w:val="00671723"/>
    <w:rsid w:val="0067212C"/>
    <w:rsid w:val="0067250E"/>
    <w:rsid w:val="00672559"/>
    <w:rsid w:val="00673859"/>
    <w:rsid w:val="0067393E"/>
    <w:rsid w:val="006742B0"/>
    <w:rsid w:val="00674CDB"/>
    <w:rsid w:val="00675BC4"/>
    <w:rsid w:val="00675D60"/>
    <w:rsid w:val="006764DB"/>
    <w:rsid w:val="0067664B"/>
    <w:rsid w:val="00676C9C"/>
    <w:rsid w:val="00680B64"/>
    <w:rsid w:val="00680B8F"/>
    <w:rsid w:val="0068155C"/>
    <w:rsid w:val="00681FDC"/>
    <w:rsid w:val="00683301"/>
    <w:rsid w:val="006833E0"/>
    <w:rsid w:val="00683527"/>
    <w:rsid w:val="00684035"/>
    <w:rsid w:val="00684497"/>
    <w:rsid w:val="0068469D"/>
    <w:rsid w:val="00685856"/>
    <w:rsid w:val="00685CF5"/>
    <w:rsid w:val="00685D71"/>
    <w:rsid w:val="00685F2C"/>
    <w:rsid w:val="00686C3A"/>
    <w:rsid w:val="00690177"/>
    <w:rsid w:val="006916EC"/>
    <w:rsid w:val="0069186E"/>
    <w:rsid w:val="00691F15"/>
    <w:rsid w:val="00692CF5"/>
    <w:rsid w:val="00692DBF"/>
    <w:rsid w:val="00693330"/>
    <w:rsid w:val="00693CC0"/>
    <w:rsid w:val="006946F2"/>
    <w:rsid w:val="0069476A"/>
    <w:rsid w:val="0069523D"/>
    <w:rsid w:val="00696461"/>
    <w:rsid w:val="006966E5"/>
    <w:rsid w:val="006967C7"/>
    <w:rsid w:val="0069736E"/>
    <w:rsid w:val="0069775F"/>
    <w:rsid w:val="006A0363"/>
    <w:rsid w:val="006A075C"/>
    <w:rsid w:val="006A081D"/>
    <w:rsid w:val="006A0930"/>
    <w:rsid w:val="006A1692"/>
    <w:rsid w:val="006A2286"/>
    <w:rsid w:val="006A27D6"/>
    <w:rsid w:val="006A2BE1"/>
    <w:rsid w:val="006A3750"/>
    <w:rsid w:val="006A3A06"/>
    <w:rsid w:val="006A408B"/>
    <w:rsid w:val="006A4235"/>
    <w:rsid w:val="006A449A"/>
    <w:rsid w:val="006A4A4B"/>
    <w:rsid w:val="006A4D24"/>
    <w:rsid w:val="006A50D2"/>
    <w:rsid w:val="006A59D3"/>
    <w:rsid w:val="006A6284"/>
    <w:rsid w:val="006A7884"/>
    <w:rsid w:val="006B0166"/>
    <w:rsid w:val="006B065B"/>
    <w:rsid w:val="006B0810"/>
    <w:rsid w:val="006B0E77"/>
    <w:rsid w:val="006B0FF9"/>
    <w:rsid w:val="006B1216"/>
    <w:rsid w:val="006B1703"/>
    <w:rsid w:val="006B2141"/>
    <w:rsid w:val="006B26F7"/>
    <w:rsid w:val="006B29DF"/>
    <w:rsid w:val="006B32CD"/>
    <w:rsid w:val="006B34A6"/>
    <w:rsid w:val="006B3B2B"/>
    <w:rsid w:val="006B3EB9"/>
    <w:rsid w:val="006B4567"/>
    <w:rsid w:val="006B45B1"/>
    <w:rsid w:val="006B5B24"/>
    <w:rsid w:val="006B62FD"/>
    <w:rsid w:val="006B63BF"/>
    <w:rsid w:val="006B74B2"/>
    <w:rsid w:val="006B7676"/>
    <w:rsid w:val="006B7D08"/>
    <w:rsid w:val="006C1257"/>
    <w:rsid w:val="006C1BFB"/>
    <w:rsid w:val="006C3488"/>
    <w:rsid w:val="006C3B04"/>
    <w:rsid w:val="006C3CED"/>
    <w:rsid w:val="006C4658"/>
    <w:rsid w:val="006C4F2D"/>
    <w:rsid w:val="006C592C"/>
    <w:rsid w:val="006C63F7"/>
    <w:rsid w:val="006C659F"/>
    <w:rsid w:val="006C66AD"/>
    <w:rsid w:val="006C6921"/>
    <w:rsid w:val="006C7306"/>
    <w:rsid w:val="006C7574"/>
    <w:rsid w:val="006C7B0F"/>
    <w:rsid w:val="006C7DCE"/>
    <w:rsid w:val="006D0591"/>
    <w:rsid w:val="006D2D58"/>
    <w:rsid w:val="006D2F76"/>
    <w:rsid w:val="006D31F6"/>
    <w:rsid w:val="006D35BC"/>
    <w:rsid w:val="006D3A2C"/>
    <w:rsid w:val="006D442C"/>
    <w:rsid w:val="006D4E5F"/>
    <w:rsid w:val="006D56A1"/>
    <w:rsid w:val="006D5B9C"/>
    <w:rsid w:val="006D5CAB"/>
    <w:rsid w:val="006D6B3F"/>
    <w:rsid w:val="006D72C8"/>
    <w:rsid w:val="006D72EE"/>
    <w:rsid w:val="006D7D45"/>
    <w:rsid w:val="006D7F3A"/>
    <w:rsid w:val="006D7FAF"/>
    <w:rsid w:val="006E1362"/>
    <w:rsid w:val="006E2085"/>
    <w:rsid w:val="006E209C"/>
    <w:rsid w:val="006E2142"/>
    <w:rsid w:val="006E2BA2"/>
    <w:rsid w:val="006E2E12"/>
    <w:rsid w:val="006E3412"/>
    <w:rsid w:val="006E4781"/>
    <w:rsid w:val="006E4840"/>
    <w:rsid w:val="006E5028"/>
    <w:rsid w:val="006E5440"/>
    <w:rsid w:val="006E67DA"/>
    <w:rsid w:val="006E6981"/>
    <w:rsid w:val="006E6D6A"/>
    <w:rsid w:val="006E73AE"/>
    <w:rsid w:val="006E7793"/>
    <w:rsid w:val="006E79CD"/>
    <w:rsid w:val="006E7A78"/>
    <w:rsid w:val="006E7CCD"/>
    <w:rsid w:val="006F09BF"/>
    <w:rsid w:val="006F0B5F"/>
    <w:rsid w:val="006F0C81"/>
    <w:rsid w:val="006F0E1E"/>
    <w:rsid w:val="006F1966"/>
    <w:rsid w:val="006F19BD"/>
    <w:rsid w:val="006F20D4"/>
    <w:rsid w:val="006F2532"/>
    <w:rsid w:val="006F437B"/>
    <w:rsid w:val="006F487C"/>
    <w:rsid w:val="006F4FAA"/>
    <w:rsid w:val="006F55A4"/>
    <w:rsid w:val="006F5701"/>
    <w:rsid w:val="006F5B9F"/>
    <w:rsid w:val="006F61AD"/>
    <w:rsid w:val="006F6DE6"/>
    <w:rsid w:val="006F6FE9"/>
    <w:rsid w:val="006F70F7"/>
    <w:rsid w:val="006F7398"/>
    <w:rsid w:val="006F7673"/>
    <w:rsid w:val="006F7DA3"/>
    <w:rsid w:val="0070007B"/>
    <w:rsid w:val="00700439"/>
    <w:rsid w:val="007009B1"/>
    <w:rsid w:val="00701C51"/>
    <w:rsid w:val="00701F6C"/>
    <w:rsid w:val="007020AC"/>
    <w:rsid w:val="0070322D"/>
    <w:rsid w:val="00703990"/>
    <w:rsid w:val="00703BD7"/>
    <w:rsid w:val="00703CD0"/>
    <w:rsid w:val="0070430E"/>
    <w:rsid w:val="00704917"/>
    <w:rsid w:val="00704C00"/>
    <w:rsid w:val="00704C8D"/>
    <w:rsid w:val="0070514B"/>
    <w:rsid w:val="00705209"/>
    <w:rsid w:val="007052F3"/>
    <w:rsid w:val="007063D0"/>
    <w:rsid w:val="0070659D"/>
    <w:rsid w:val="00706B1E"/>
    <w:rsid w:val="00706F76"/>
    <w:rsid w:val="00707F10"/>
    <w:rsid w:val="00710311"/>
    <w:rsid w:val="0071138C"/>
    <w:rsid w:val="00711C12"/>
    <w:rsid w:val="00714265"/>
    <w:rsid w:val="007156D1"/>
    <w:rsid w:val="00715CC9"/>
    <w:rsid w:val="00715E67"/>
    <w:rsid w:val="007176E1"/>
    <w:rsid w:val="0071787E"/>
    <w:rsid w:val="00717CFF"/>
    <w:rsid w:val="007216E5"/>
    <w:rsid w:val="00721772"/>
    <w:rsid w:val="00722D4B"/>
    <w:rsid w:val="0072326A"/>
    <w:rsid w:val="007232C3"/>
    <w:rsid w:val="00723748"/>
    <w:rsid w:val="00723899"/>
    <w:rsid w:val="00723DCE"/>
    <w:rsid w:val="007245F4"/>
    <w:rsid w:val="007246BF"/>
    <w:rsid w:val="0072573A"/>
    <w:rsid w:val="00725833"/>
    <w:rsid w:val="007269E5"/>
    <w:rsid w:val="00726D24"/>
    <w:rsid w:val="00726ECA"/>
    <w:rsid w:val="00727024"/>
    <w:rsid w:val="00730219"/>
    <w:rsid w:val="00731972"/>
    <w:rsid w:val="00732167"/>
    <w:rsid w:val="0073248F"/>
    <w:rsid w:val="00733059"/>
    <w:rsid w:val="00733801"/>
    <w:rsid w:val="00734C9D"/>
    <w:rsid w:val="00734EAC"/>
    <w:rsid w:val="00735790"/>
    <w:rsid w:val="00735CD1"/>
    <w:rsid w:val="00736195"/>
    <w:rsid w:val="00736653"/>
    <w:rsid w:val="00736DF0"/>
    <w:rsid w:val="00737A7D"/>
    <w:rsid w:val="00737C4E"/>
    <w:rsid w:val="007404D7"/>
    <w:rsid w:val="007407D1"/>
    <w:rsid w:val="00740F80"/>
    <w:rsid w:val="007410C3"/>
    <w:rsid w:val="00741497"/>
    <w:rsid w:val="0074164B"/>
    <w:rsid w:val="0074165B"/>
    <w:rsid w:val="00741B08"/>
    <w:rsid w:val="00741EFC"/>
    <w:rsid w:val="007420EB"/>
    <w:rsid w:val="00742861"/>
    <w:rsid w:val="0074310B"/>
    <w:rsid w:val="0074315A"/>
    <w:rsid w:val="00743496"/>
    <w:rsid w:val="007437E0"/>
    <w:rsid w:val="00744D72"/>
    <w:rsid w:val="00745146"/>
    <w:rsid w:val="00745FED"/>
    <w:rsid w:val="007460D9"/>
    <w:rsid w:val="007464FA"/>
    <w:rsid w:val="00746BA5"/>
    <w:rsid w:val="00746CA8"/>
    <w:rsid w:val="00746D59"/>
    <w:rsid w:val="007503A8"/>
    <w:rsid w:val="00750B97"/>
    <w:rsid w:val="007510D0"/>
    <w:rsid w:val="007513DE"/>
    <w:rsid w:val="00752087"/>
    <w:rsid w:val="007529C4"/>
    <w:rsid w:val="0075356C"/>
    <w:rsid w:val="007535AA"/>
    <w:rsid w:val="00753619"/>
    <w:rsid w:val="00753A6D"/>
    <w:rsid w:val="00753EB8"/>
    <w:rsid w:val="00754154"/>
    <w:rsid w:val="00754537"/>
    <w:rsid w:val="00755130"/>
    <w:rsid w:val="00755A62"/>
    <w:rsid w:val="00755B36"/>
    <w:rsid w:val="0075665D"/>
    <w:rsid w:val="00756AD1"/>
    <w:rsid w:val="00757825"/>
    <w:rsid w:val="00757B37"/>
    <w:rsid w:val="00757B97"/>
    <w:rsid w:val="00760B23"/>
    <w:rsid w:val="00760D7C"/>
    <w:rsid w:val="00760E00"/>
    <w:rsid w:val="00760EEF"/>
    <w:rsid w:val="0076134C"/>
    <w:rsid w:val="007613AB"/>
    <w:rsid w:val="00762250"/>
    <w:rsid w:val="007629FA"/>
    <w:rsid w:val="00763804"/>
    <w:rsid w:val="00764BE1"/>
    <w:rsid w:val="00764FAF"/>
    <w:rsid w:val="0076568B"/>
    <w:rsid w:val="0076578C"/>
    <w:rsid w:val="00765DF6"/>
    <w:rsid w:val="00766763"/>
    <w:rsid w:val="007668F3"/>
    <w:rsid w:val="00766BA7"/>
    <w:rsid w:val="007670A6"/>
    <w:rsid w:val="0076794B"/>
    <w:rsid w:val="00770187"/>
    <w:rsid w:val="00770906"/>
    <w:rsid w:val="00770E71"/>
    <w:rsid w:val="0077108B"/>
    <w:rsid w:val="00771210"/>
    <w:rsid w:val="00771B4B"/>
    <w:rsid w:val="00771D19"/>
    <w:rsid w:val="007729AE"/>
    <w:rsid w:val="00772C9B"/>
    <w:rsid w:val="007738F5"/>
    <w:rsid w:val="00774B47"/>
    <w:rsid w:val="00774CDA"/>
    <w:rsid w:val="007751F0"/>
    <w:rsid w:val="0077552B"/>
    <w:rsid w:val="0077638E"/>
    <w:rsid w:val="0077769D"/>
    <w:rsid w:val="00780185"/>
    <w:rsid w:val="00780761"/>
    <w:rsid w:val="00780C4F"/>
    <w:rsid w:val="00780F9D"/>
    <w:rsid w:val="00781A95"/>
    <w:rsid w:val="007836F4"/>
    <w:rsid w:val="00784015"/>
    <w:rsid w:val="00785633"/>
    <w:rsid w:val="007861E5"/>
    <w:rsid w:val="00786699"/>
    <w:rsid w:val="00787176"/>
    <w:rsid w:val="00787430"/>
    <w:rsid w:val="00787A32"/>
    <w:rsid w:val="00791E20"/>
    <w:rsid w:val="007927B8"/>
    <w:rsid w:val="00792F86"/>
    <w:rsid w:val="00793328"/>
    <w:rsid w:val="00794A4F"/>
    <w:rsid w:val="00794EFA"/>
    <w:rsid w:val="00795276"/>
    <w:rsid w:val="00795FF1"/>
    <w:rsid w:val="0079610B"/>
    <w:rsid w:val="00797917"/>
    <w:rsid w:val="0079795C"/>
    <w:rsid w:val="007A1022"/>
    <w:rsid w:val="007A17AA"/>
    <w:rsid w:val="007A1C00"/>
    <w:rsid w:val="007A1DBC"/>
    <w:rsid w:val="007A2255"/>
    <w:rsid w:val="007A25B4"/>
    <w:rsid w:val="007A2FA6"/>
    <w:rsid w:val="007A3502"/>
    <w:rsid w:val="007A3560"/>
    <w:rsid w:val="007A4B32"/>
    <w:rsid w:val="007A4CE2"/>
    <w:rsid w:val="007A5483"/>
    <w:rsid w:val="007A5595"/>
    <w:rsid w:val="007A58EC"/>
    <w:rsid w:val="007A5A42"/>
    <w:rsid w:val="007A6677"/>
    <w:rsid w:val="007A7236"/>
    <w:rsid w:val="007B0AAB"/>
    <w:rsid w:val="007B1BD0"/>
    <w:rsid w:val="007B1F24"/>
    <w:rsid w:val="007B2D47"/>
    <w:rsid w:val="007B395D"/>
    <w:rsid w:val="007B3DC8"/>
    <w:rsid w:val="007B3F10"/>
    <w:rsid w:val="007B40BC"/>
    <w:rsid w:val="007B579A"/>
    <w:rsid w:val="007B581F"/>
    <w:rsid w:val="007C0637"/>
    <w:rsid w:val="007C06CE"/>
    <w:rsid w:val="007C07AB"/>
    <w:rsid w:val="007C0885"/>
    <w:rsid w:val="007C21D7"/>
    <w:rsid w:val="007C2963"/>
    <w:rsid w:val="007C29A3"/>
    <w:rsid w:val="007C3067"/>
    <w:rsid w:val="007C3719"/>
    <w:rsid w:val="007C51B6"/>
    <w:rsid w:val="007C574C"/>
    <w:rsid w:val="007C5A5C"/>
    <w:rsid w:val="007C5F8E"/>
    <w:rsid w:val="007C6B05"/>
    <w:rsid w:val="007C76B9"/>
    <w:rsid w:val="007C7937"/>
    <w:rsid w:val="007D0615"/>
    <w:rsid w:val="007D10E6"/>
    <w:rsid w:val="007D132E"/>
    <w:rsid w:val="007D140C"/>
    <w:rsid w:val="007D1554"/>
    <w:rsid w:val="007D1A4C"/>
    <w:rsid w:val="007D1BE7"/>
    <w:rsid w:val="007D1E70"/>
    <w:rsid w:val="007D20BD"/>
    <w:rsid w:val="007D3047"/>
    <w:rsid w:val="007D3AA1"/>
    <w:rsid w:val="007D3C45"/>
    <w:rsid w:val="007D44E9"/>
    <w:rsid w:val="007D497A"/>
    <w:rsid w:val="007D5D4E"/>
    <w:rsid w:val="007D6406"/>
    <w:rsid w:val="007D6BF8"/>
    <w:rsid w:val="007D6D5A"/>
    <w:rsid w:val="007D6E74"/>
    <w:rsid w:val="007D75F4"/>
    <w:rsid w:val="007D76D0"/>
    <w:rsid w:val="007D7A35"/>
    <w:rsid w:val="007D7E44"/>
    <w:rsid w:val="007E0446"/>
    <w:rsid w:val="007E0F16"/>
    <w:rsid w:val="007E131D"/>
    <w:rsid w:val="007E16B4"/>
    <w:rsid w:val="007E1EE7"/>
    <w:rsid w:val="007E21D3"/>
    <w:rsid w:val="007E252B"/>
    <w:rsid w:val="007E374D"/>
    <w:rsid w:val="007E3DD1"/>
    <w:rsid w:val="007E473A"/>
    <w:rsid w:val="007E55DA"/>
    <w:rsid w:val="007E6C0A"/>
    <w:rsid w:val="007E6F1E"/>
    <w:rsid w:val="007E74A5"/>
    <w:rsid w:val="007E775E"/>
    <w:rsid w:val="007E7761"/>
    <w:rsid w:val="007E7CA5"/>
    <w:rsid w:val="007E7D1C"/>
    <w:rsid w:val="007E7E30"/>
    <w:rsid w:val="007F0296"/>
    <w:rsid w:val="007F0A3A"/>
    <w:rsid w:val="007F0F91"/>
    <w:rsid w:val="007F1853"/>
    <w:rsid w:val="007F19FD"/>
    <w:rsid w:val="007F2228"/>
    <w:rsid w:val="007F289E"/>
    <w:rsid w:val="007F343D"/>
    <w:rsid w:val="007F358D"/>
    <w:rsid w:val="007F367E"/>
    <w:rsid w:val="007F3DD0"/>
    <w:rsid w:val="007F409B"/>
    <w:rsid w:val="007F457E"/>
    <w:rsid w:val="007F4FB7"/>
    <w:rsid w:val="007F5246"/>
    <w:rsid w:val="007F6C74"/>
    <w:rsid w:val="007F7B24"/>
    <w:rsid w:val="007F7CB0"/>
    <w:rsid w:val="00800779"/>
    <w:rsid w:val="00800DFC"/>
    <w:rsid w:val="0080192D"/>
    <w:rsid w:val="00801C0B"/>
    <w:rsid w:val="008038B3"/>
    <w:rsid w:val="008039FB"/>
    <w:rsid w:val="00803AF5"/>
    <w:rsid w:val="00803E29"/>
    <w:rsid w:val="00804AF3"/>
    <w:rsid w:val="00804E4B"/>
    <w:rsid w:val="00805F98"/>
    <w:rsid w:val="0080629B"/>
    <w:rsid w:val="0080664C"/>
    <w:rsid w:val="00806DF8"/>
    <w:rsid w:val="00807C55"/>
    <w:rsid w:val="00807E5F"/>
    <w:rsid w:val="0081050D"/>
    <w:rsid w:val="00810915"/>
    <w:rsid w:val="00811534"/>
    <w:rsid w:val="00811744"/>
    <w:rsid w:val="00811F72"/>
    <w:rsid w:val="00812566"/>
    <w:rsid w:val="00812BC3"/>
    <w:rsid w:val="00813176"/>
    <w:rsid w:val="008133A9"/>
    <w:rsid w:val="008147E9"/>
    <w:rsid w:val="00814CA7"/>
    <w:rsid w:val="0081512A"/>
    <w:rsid w:val="00816563"/>
    <w:rsid w:val="00816BA4"/>
    <w:rsid w:val="00817A62"/>
    <w:rsid w:val="0082048D"/>
    <w:rsid w:val="00820B2B"/>
    <w:rsid w:val="0082139B"/>
    <w:rsid w:val="00821505"/>
    <w:rsid w:val="00821BB7"/>
    <w:rsid w:val="00821C03"/>
    <w:rsid w:val="008222D3"/>
    <w:rsid w:val="00823C60"/>
    <w:rsid w:val="0082422B"/>
    <w:rsid w:val="00824EEB"/>
    <w:rsid w:val="00824FF1"/>
    <w:rsid w:val="00825091"/>
    <w:rsid w:val="0082524A"/>
    <w:rsid w:val="00825B68"/>
    <w:rsid w:val="008268F2"/>
    <w:rsid w:val="0082697C"/>
    <w:rsid w:val="0083061B"/>
    <w:rsid w:val="008319CE"/>
    <w:rsid w:val="00831AFC"/>
    <w:rsid w:val="00833637"/>
    <w:rsid w:val="00833E5B"/>
    <w:rsid w:val="00833FA7"/>
    <w:rsid w:val="008342F8"/>
    <w:rsid w:val="008344F9"/>
    <w:rsid w:val="00834814"/>
    <w:rsid w:val="00834939"/>
    <w:rsid w:val="00834BCB"/>
    <w:rsid w:val="00835D2C"/>
    <w:rsid w:val="008360BE"/>
    <w:rsid w:val="0083643D"/>
    <w:rsid w:val="00837258"/>
    <w:rsid w:val="008375EB"/>
    <w:rsid w:val="00837C33"/>
    <w:rsid w:val="008401C8"/>
    <w:rsid w:val="00840A95"/>
    <w:rsid w:val="00840B82"/>
    <w:rsid w:val="00841D1F"/>
    <w:rsid w:val="00841EE4"/>
    <w:rsid w:val="008426A0"/>
    <w:rsid w:val="00842C7F"/>
    <w:rsid w:val="00843439"/>
    <w:rsid w:val="008435C2"/>
    <w:rsid w:val="008437EB"/>
    <w:rsid w:val="00844126"/>
    <w:rsid w:val="00844373"/>
    <w:rsid w:val="008443C1"/>
    <w:rsid w:val="008443D4"/>
    <w:rsid w:val="00844A9B"/>
    <w:rsid w:val="00845310"/>
    <w:rsid w:val="00845C1F"/>
    <w:rsid w:val="00845EF9"/>
    <w:rsid w:val="008462B4"/>
    <w:rsid w:val="00846834"/>
    <w:rsid w:val="0084720F"/>
    <w:rsid w:val="00847687"/>
    <w:rsid w:val="00847D0E"/>
    <w:rsid w:val="00851AFA"/>
    <w:rsid w:val="008523D0"/>
    <w:rsid w:val="008526DB"/>
    <w:rsid w:val="00852F54"/>
    <w:rsid w:val="00853115"/>
    <w:rsid w:val="008532DE"/>
    <w:rsid w:val="008534F4"/>
    <w:rsid w:val="00853A15"/>
    <w:rsid w:val="00853AC3"/>
    <w:rsid w:val="008541F7"/>
    <w:rsid w:val="0085444D"/>
    <w:rsid w:val="00854FAE"/>
    <w:rsid w:val="00855398"/>
    <w:rsid w:val="008559C9"/>
    <w:rsid w:val="00856676"/>
    <w:rsid w:val="00856857"/>
    <w:rsid w:val="00856904"/>
    <w:rsid w:val="00856EAC"/>
    <w:rsid w:val="00857660"/>
    <w:rsid w:val="00857950"/>
    <w:rsid w:val="00860E87"/>
    <w:rsid w:val="00861282"/>
    <w:rsid w:val="00861294"/>
    <w:rsid w:val="00861555"/>
    <w:rsid w:val="00861DBA"/>
    <w:rsid w:val="00861EC3"/>
    <w:rsid w:val="00861F88"/>
    <w:rsid w:val="008647C9"/>
    <w:rsid w:val="008649CD"/>
    <w:rsid w:val="00865797"/>
    <w:rsid w:val="00865B56"/>
    <w:rsid w:val="00866A37"/>
    <w:rsid w:val="00866A75"/>
    <w:rsid w:val="00867106"/>
    <w:rsid w:val="008678E0"/>
    <w:rsid w:val="0087011C"/>
    <w:rsid w:val="008701D0"/>
    <w:rsid w:val="00870234"/>
    <w:rsid w:val="008704D7"/>
    <w:rsid w:val="008708D0"/>
    <w:rsid w:val="008717C4"/>
    <w:rsid w:val="00871F6C"/>
    <w:rsid w:val="00873488"/>
    <w:rsid w:val="00873DD2"/>
    <w:rsid w:val="00874417"/>
    <w:rsid w:val="008744B2"/>
    <w:rsid w:val="00874886"/>
    <w:rsid w:val="008755C9"/>
    <w:rsid w:val="00875A5A"/>
    <w:rsid w:val="008762F8"/>
    <w:rsid w:val="0087671D"/>
    <w:rsid w:val="00876B5A"/>
    <w:rsid w:val="00876B84"/>
    <w:rsid w:val="00876EF1"/>
    <w:rsid w:val="00877620"/>
    <w:rsid w:val="00877CAF"/>
    <w:rsid w:val="00877CF6"/>
    <w:rsid w:val="00880777"/>
    <w:rsid w:val="0088247B"/>
    <w:rsid w:val="00882D1A"/>
    <w:rsid w:val="00884466"/>
    <w:rsid w:val="00884EBA"/>
    <w:rsid w:val="00884FE6"/>
    <w:rsid w:val="008859E0"/>
    <w:rsid w:val="00885E81"/>
    <w:rsid w:val="008863FC"/>
    <w:rsid w:val="008866AF"/>
    <w:rsid w:val="00886E61"/>
    <w:rsid w:val="00887B6A"/>
    <w:rsid w:val="00887FAF"/>
    <w:rsid w:val="008919D6"/>
    <w:rsid w:val="00891FBF"/>
    <w:rsid w:val="0089299D"/>
    <w:rsid w:val="0089357D"/>
    <w:rsid w:val="008935A9"/>
    <w:rsid w:val="008937A9"/>
    <w:rsid w:val="00893B82"/>
    <w:rsid w:val="0089435D"/>
    <w:rsid w:val="00894458"/>
    <w:rsid w:val="008950BC"/>
    <w:rsid w:val="0089695C"/>
    <w:rsid w:val="00896C23"/>
    <w:rsid w:val="0089771E"/>
    <w:rsid w:val="008A0ADC"/>
    <w:rsid w:val="008A0B64"/>
    <w:rsid w:val="008A0E8C"/>
    <w:rsid w:val="008A1730"/>
    <w:rsid w:val="008A1B26"/>
    <w:rsid w:val="008A1C2E"/>
    <w:rsid w:val="008A1E92"/>
    <w:rsid w:val="008A1F87"/>
    <w:rsid w:val="008A263B"/>
    <w:rsid w:val="008A287F"/>
    <w:rsid w:val="008A298C"/>
    <w:rsid w:val="008A2EF4"/>
    <w:rsid w:val="008A2FCB"/>
    <w:rsid w:val="008A3A55"/>
    <w:rsid w:val="008A3D98"/>
    <w:rsid w:val="008A42D5"/>
    <w:rsid w:val="008A4530"/>
    <w:rsid w:val="008A67A0"/>
    <w:rsid w:val="008A69D1"/>
    <w:rsid w:val="008A75EB"/>
    <w:rsid w:val="008A795C"/>
    <w:rsid w:val="008A7A05"/>
    <w:rsid w:val="008B0A5E"/>
    <w:rsid w:val="008B0BA6"/>
    <w:rsid w:val="008B0D96"/>
    <w:rsid w:val="008B17B3"/>
    <w:rsid w:val="008B1A5B"/>
    <w:rsid w:val="008B22A4"/>
    <w:rsid w:val="008B3227"/>
    <w:rsid w:val="008B38F2"/>
    <w:rsid w:val="008B3AE1"/>
    <w:rsid w:val="008B5428"/>
    <w:rsid w:val="008B6985"/>
    <w:rsid w:val="008C030A"/>
    <w:rsid w:val="008C0CA6"/>
    <w:rsid w:val="008C0E35"/>
    <w:rsid w:val="008C1275"/>
    <w:rsid w:val="008C225D"/>
    <w:rsid w:val="008C26F5"/>
    <w:rsid w:val="008C38C6"/>
    <w:rsid w:val="008C481C"/>
    <w:rsid w:val="008C4E3B"/>
    <w:rsid w:val="008C509C"/>
    <w:rsid w:val="008C51AF"/>
    <w:rsid w:val="008C6B54"/>
    <w:rsid w:val="008C6B6A"/>
    <w:rsid w:val="008C75C7"/>
    <w:rsid w:val="008C772A"/>
    <w:rsid w:val="008C7D8E"/>
    <w:rsid w:val="008C7E49"/>
    <w:rsid w:val="008D099D"/>
    <w:rsid w:val="008D0BCB"/>
    <w:rsid w:val="008D0E2B"/>
    <w:rsid w:val="008D12AD"/>
    <w:rsid w:val="008D1324"/>
    <w:rsid w:val="008D1654"/>
    <w:rsid w:val="008D1784"/>
    <w:rsid w:val="008D1996"/>
    <w:rsid w:val="008D1DBF"/>
    <w:rsid w:val="008D2127"/>
    <w:rsid w:val="008D24B6"/>
    <w:rsid w:val="008D2C69"/>
    <w:rsid w:val="008D3180"/>
    <w:rsid w:val="008D3331"/>
    <w:rsid w:val="008D3B3E"/>
    <w:rsid w:val="008D4114"/>
    <w:rsid w:val="008D4D23"/>
    <w:rsid w:val="008D527F"/>
    <w:rsid w:val="008D59C2"/>
    <w:rsid w:val="008D5A13"/>
    <w:rsid w:val="008D6108"/>
    <w:rsid w:val="008D6663"/>
    <w:rsid w:val="008D6858"/>
    <w:rsid w:val="008D7288"/>
    <w:rsid w:val="008D732F"/>
    <w:rsid w:val="008D7355"/>
    <w:rsid w:val="008E056E"/>
    <w:rsid w:val="008E088C"/>
    <w:rsid w:val="008E0FCD"/>
    <w:rsid w:val="008E1203"/>
    <w:rsid w:val="008E17B0"/>
    <w:rsid w:val="008E223F"/>
    <w:rsid w:val="008E2DAD"/>
    <w:rsid w:val="008E3A2F"/>
    <w:rsid w:val="008E402B"/>
    <w:rsid w:val="008E4221"/>
    <w:rsid w:val="008E449F"/>
    <w:rsid w:val="008E4787"/>
    <w:rsid w:val="008E48AE"/>
    <w:rsid w:val="008E4E03"/>
    <w:rsid w:val="008E519C"/>
    <w:rsid w:val="008E5D72"/>
    <w:rsid w:val="008E5EEC"/>
    <w:rsid w:val="008E676F"/>
    <w:rsid w:val="008E6ED6"/>
    <w:rsid w:val="008E74BD"/>
    <w:rsid w:val="008F0680"/>
    <w:rsid w:val="008F177C"/>
    <w:rsid w:val="008F18DC"/>
    <w:rsid w:val="008F1B2D"/>
    <w:rsid w:val="008F1BC1"/>
    <w:rsid w:val="008F24DA"/>
    <w:rsid w:val="008F26B9"/>
    <w:rsid w:val="008F309F"/>
    <w:rsid w:val="008F34A0"/>
    <w:rsid w:val="008F3A65"/>
    <w:rsid w:val="008F41DA"/>
    <w:rsid w:val="008F472A"/>
    <w:rsid w:val="008F4AC2"/>
    <w:rsid w:val="008F67D4"/>
    <w:rsid w:val="008F6C8D"/>
    <w:rsid w:val="008F6DA9"/>
    <w:rsid w:val="008F77B1"/>
    <w:rsid w:val="008F7B85"/>
    <w:rsid w:val="0090000B"/>
    <w:rsid w:val="00900334"/>
    <w:rsid w:val="0090039F"/>
    <w:rsid w:val="00900846"/>
    <w:rsid w:val="00900AA9"/>
    <w:rsid w:val="00901BC7"/>
    <w:rsid w:val="00901E36"/>
    <w:rsid w:val="009021E5"/>
    <w:rsid w:val="009025C9"/>
    <w:rsid w:val="009042B5"/>
    <w:rsid w:val="00904323"/>
    <w:rsid w:val="00904E3B"/>
    <w:rsid w:val="00905185"/>
    <w:rsid w:val="009053CA"/>
    <w:rsid w:val="00906AEB"/>
    <w:rsid w:val="00907ABF"/>
    <w:rsid w:val="0091150E"/>
    <w:rsid w:val="0091360D"/>
    <w:rsid w:val="00913D29"/>
    <w:rsid w:val="00915523"/>
    <w:rsid w:val="00915FE5"/>
    <w:rsid w:val="009162FE"/>
    <w:rsid w:val="00916323"/>
    <w:rsid w:val="00916837"/>
    <w:rsid w:val="009174CA"/>
    <w:rsid w:val="00920411"/>
    <w:rsid w:val="0092041F"/>
    <w:rsid w:val="00920B86"/>
    <w:rsid w:val="00921238"/>
    <w:rsid w:val="009212E8"/>
    <w:rsid w:val="009220FE"/>
    <w:rsid w:val="0092247F"/>
    <w:rsid w:val="00922A13"/>
    <w:rsid w:val="00922A59"/>
    <w:rsid w:val="009247AD"/>
    <w:rsid w:val="009250AC"/>
    <w:rsid w:val="00926074"/>
    <w:rsid w:val="009264C8"/>
    <w:rsid w:val="009277A7"/>
    <w:rsid w:val="00927CB3"/>
    <w:rsid w:val="00931188"/>
    <w:rsid w:val="009311A9"/>
    <w:rsid w:val="009321D2"/>
    <w:rsid w:val="00932CAB"/>
    <w:rsid w:val="00932D0A"/>
    <w:rsid w:val="00932F63"/>
    <w:rsid w:val="009340CA"/>
    <w:rsid w:val="00934EF3"/>
    <w:rsid w:val="00935A9F"/>
    <w:rsid w:val="009369DB"/>
    <w:rsid w:val="00940337"/>
    <w:rsid w:val="00940853"/>
    <w:rsid w:val="00940C89"/>
    <w:rsid w:val="00940CAB"/>
    <w:rsid w:val="00941336"/>
    <w:rsid w:val="00941CD7"/>
    <w:rsid w:val="00941EAE"/>
    <w:rsid w:val="00942FC9"/>
    <w:rsid w:val="0094366D"/>
    <w:rsid w:val="00944A1B"/>
    <w:rsid w:val="00944C96"/>
    <w:rsid w:val="00944FFB"/>
    <w:rsid w:val="00945078"/>
    <w:rsid w:val="0094724D"/>
    <w:rsid w:val="00947583"/>
    <w:rsid w:val="0095011E"/>
    <w:rsid w:val="009507A2"/>
    <w:rsid w:val="00950834"/>
    <w:rsid w:val="00951BC2"/>
    <w:rsid w:val="009525DB"/>
    <w:rsid w:val="00952F10"/>
    <w:rsid w:val="00953A2B"/>
    <w:rsid w:val="00953DAE"/>
    <w:rsid w:val="0095400C"/>
    <w:rsid w:val="00954CDF"/>
    <w:rsid w:val="00954EAE"/>
    <w:rsid w:val="00955CB4"/>
    <w:rsid w:val="00955CDF"/>
    <w:rsid w:val="00955F50"/>
    <w:rsid w:val="009561C6"/>
    <w:rsid w:val="00956203"/>
    <w:rsid w:val="00956EE4"/>
    <w:rsid w:val="0095764B"/>
    <w:rsid w:val="0096010C"/>
    <w:rsid w:val="0096094C"/>
    <w:rsid w:val="00960E0F"/>
    <w:rsid w:val="009612E9"/>
    <w:rsid w:val="00961F66"/>
    <w:rsid w:val="00962B99"/>
    <w:rsid w:val="00962DC8"/>
    <w:rsid w:val="00963115"/>
    <w:rsid w:val="00964743"/>
    <w:rsid w:val="00965147"/>
    <w:rsid w:val="00966D5A"/>
    <w:rsid w:val="009678ED"/>
    <w:rsid w:val="00967D18"/>
    <w:rsid w:val="00970073"/>
    <w:rsid w:val="00970EF0"/>
    <w:rsid w:val="00970F74"/>
    <w:rsid w:val="00972994"/>
    <w:rsid w:val="00972DD7"/>
    <w:rsid w:val="00973728"/>
    <w:rsid w:val="009739D0"/>
    <w:rsid w:val="00974208"/>
    <w:rsid w:val="009747E9"/>
    <w:rsid w:val="00975AB8"/>
    <w:rsid w:val="00975E33"/>
    <w:rsid w:val="009761A6"/>
    <w:rsid w:val="009767BE"/>
    <w:rsid w:val="00976AC8"/>
    <w:rsid w:val="00977237"/>
    <w:rsid w:val="00977715"/>
    <w:rsid w:val="00977D1F"/>
    <w:rsid w:val="00977E09"/>
    <w:rsid w:val="00977E4F"/>
    <w:rsid w:val="00977EE4"/>
    <w:rsid w:val="00980306"/>
    <w:rsid w:val="0098039F"/>
    <w:rsid w:val="009803D5"/>
    <w:rsid w:val="009807FC"/>
    <w:rsid w:val="00980993"/>
    <w:rsid w:val="00980B36"/>
    <w:rsid w:val="00980D60"/>
    <w:rsid w:val="00981530"/>
    <w:rsid w:val="0098238D"/>
    <w:rsid w:val="0098309D"/>
    <w:rsid w:val="00983970"/>
    <w:rsid w:val="00983C05"/>
    <w:rsid w:val="00984B96"/>
    <w:rsid w:val="00984DD1"/>
    <w:rsid w:val="00985006"/>
    <w:rsid w:val="00985D05"/>
    <w:rsid w:val="00985EEF"/>
    <w:rsid w:val="0098635F"/>
    <w:rsid w:val="00986534"/>
    <w:rsid w:val="00987332"/>
    <w:rsid w:val="0098748E"/>
    <w:rsid w:val="009874F1"/>
    <w:rsid w:val="009878F6"/>
    <w:rsid w:val="00987ECE"/>
    <w:rsid w:val="0099012C"/>
    <w:rsid w:val="009908BE"/>
    <w:rsid w:val="00990D7B"/>
    <w:rsid w:val="00990E6F"/>
    <w:rsid w:val="00990EF4"/>
    <w:rsid w:val="009926C1"/>
    <w:rsid w:val="0099307D"/>
    <w:rsid w:val="009936F6"/>
    <w:rsid w:val="00993EF4"/>
    <w:rsid w:val="00994066"/>
    <w:rsid w:val="00994F83"/>
    <w:rsid w:val="00995604"/>
    <w:rsid w:val="009956B9"/>
    <w:rsid w:val="00995AD1"/>
    <w:rsid w:val="00995DB7"/>
    <w:rsid w:val="00995F09"/>
    <w:rsid w:val="00996413"/>
    <w:rsid w:val="009967CF"/>
    <w:rsid w:val="009A0434"/>
    <w:rsid w:val="009A1361"/>
    <w:rsid w:val="009A1F06"/>
    <w:rsid w:val="009A22DC"/>
    <w:rsid w:val="009A2676"/>
    <w:rsid w:val="009A2D2E"/>
    <w:rsid w:val="009A2FDA"/>
    <w:rsid w:val="009A4918"/>
    <w:rsid w:val="009A5151"/>
    <w:rsid w:val="009A6A92"/>
    <w:rsid w:val="009A6DA1"/>
    <w:rsid w:val="009A7904"/>
    <w:rsid w:val="009A7A39"/>
    <w:rsid w:val="009A7CF9"/>
    <w:rsid w:val="009B050B"/>
    <w:rsid w:val="009B168C"/>
    <w:rsid w:val="009B202E"/>
    <w:rsid w:val="009B34FD"/>
    <w:rsid w:val="009B3A37"/>
    <w:rsid w:val="009B428E"/>
    <w:rsid w:val="009B4317"/>
    <w:rsid w:val="009B4E68"/>
    <w:rsid w:val="009B5062"/>
    <w:rsid w:val="009B5113"/>
    <w:rsid w:val="009B553F"/>
    <w:rsid w:val="009B5AE7"/>
    <w:rsid w:val="009B6708"/>
    <w:rsid w:val="009B678E"/>
    <w:rsid w:val="009B78D1"/>
    <w:rsid w:val="009B7AB2"/>
    <w:rsid w:val="009B7FAC"/>
    <w:rsid w:val="009C0315"/>
    <w:rsid w:val="009C0799"/>
    <w:rsid w:val="009C0C9E"/>
    <w:rsid w:val="009C10CA"/>
    <w:rsid w:val="009C1CD8"/>
    <w:rsid w:val="009C23A2"/>
    <w:rsid w:val="009C2896"/>
    <w:rsid w:val="009C2BAF"/>
    <w:rsid w:val="009C30FE"/>
    <w:rsid w:val="009C3373"/>
    <w:rsid w:val="009C34DB"/>
    <w:rsid w:val="009C3C88"/>
    <w:rsid w:val="009C5B2D"/>
    <w:rsid w:val="009C5F0E"/>
    <w:rsid w:val="009C60B7"/>
    <w:rsid w:val="009C630E"/>
    <w:rsid w:val="009C63B0"/>
    <w:rsid w:val="009D11BE"/>
    <w:rsid w:val="009D1621"/>
    <w:rsid w:val="009D1B96"/>
    <w:rsid w:val="009D21DB"/>
    <w:rsid w:val="009D275D"/>
    <w:rsid w:val="009D2DBB"/>
    <w:rsid w:val="009D3766"/>
    <w:rsid w:val="009D4411"/>
    <w:rsid w:val="009D447B"/>
    <w:rsid w:val="009D6244"/>
    <w:rsid w:val="009D6629"/>
    <w:rsid w:val="009D6C83"/>
    <w:rsid w:val="009D706B"/>
    <w:rsid w:val="009E0420"/>
    <w:rsid w:val="009E0709"/>
    <w:rsid w:val="009E08DB"/>
    <w:rsid w:val="009E0D13"/>
    <w:rsid w:val="009E1659"/>
    <w:rsid w:val="009E1FB5"/>
    <w:rsid w:val="009E21FD"/>
    <w:rsid w:val="009E2504"/>
    <w:rsid w:val="009E25C2"/>
    <w:rsid w:val="009E26AB"/>
    <w:rsid w:val="009E272C"/>
    <w:rsid w:val="009E430B"/>
    <w:rsid w:val="009E44A8"/>
    <w:rsid w:val="009E463D"/>
    <w:rsid w:val="009E52C8"/>
    <w:rsid w:val="009E5607"/>
    <w:rsid w:val="009E5A79"/>
    <w:rsid w:val="009E5E9C"/>
    <w:rsid w:val="009E68CB"/>
    <w:rsid w:val="009E697D"/>
    <w:rsid w:val="009E6CE0"/>
    <w:rsid w:val="009E759E"/>
    <w:rsid w:val="009E7757"/>
    <w:rsid w:val="009E788F"/>
    <w:rsid w:val="009E7D4A"/>
    <w:rsid w:val="009E7EF6"/>
    <w:rsid w:val="009F03F5"/>
    <w:rsid w:val="009F0846"/>
    <w:rsid w:val="009F093E"/>
    <w:rsid w:val="009F102F"/>
    <w:rsid w:val="009F1606"/>
    <w:rsid w:val="009F1E46"/>
    <w:rsid w:val="009F41C1"/>
    <w:rsid w:val="009F4E98"/>
    <w:rsid w:val="009F5988"/>
    <w:rsid w:val="009F5BC3"/>
    <w:rsid w:val="009F5C4A"/>
    <w:rsid w:val="009F64A4"/>
    <w:rsid w:val="009F6C94"/>
    <w:rsid w:val="009F7B1A"/>
    <w:rsid w:val="00A004B3"/>
    <w:rsid w:val="00A005C0"/>
    <w:rsid w:val="00A00AC5"/>
    <w:rsid w:val="00A00B2B"/>
    <w:rsid w:val="00A011A7"/>
    <w:rsid w:val="00A01A3B"/>
    <w:rsid w:val="00A02587"/>
    <w:rsid w:val="00A02C77"/>
    <w:rsid w:val="00A035FE"/>
    <w:rsid w:val="00A04CDB"/>
    <w:rsid w:val="00A0556F"/>
    <w:rsid w:val="00A060C7"/>
    <w:rsid w:val="00A06FED"/>
    <w:rsid w:val="00A07377"/>
    <w:rsid w:val="00A07AB3"/>
    <w:rsid w:val="00A07DCC"/>
    <w:rsid w:val="00A10714"/>
    <w:rsid w:val="00A10F9D"/>
    <w:rsid w:val="00A11658"/>
    <w:rsid w:val="00A117F3"/>
    <w:rsid w:val="00A11932"/>
    <w:rsid w:val="00A123D5"/>
    <w:rsid w:val="00A12765"/>
    <w:rsid w:val="00A12846"/>
    <w:rsid w:val="00A13549"/>
    <w:rsid w:val="00A13AC4"/>
    <w:rsid w:val="00A1435C"/>
    <w:rsid w:val="00A14635"/>
    <w:rsid w:val="00A15D8C"/>
    <w:rsid w:val="00A15FD1"/>
    <w:rsid w:val="00A169D0"/>
    <w:rsid w:val="00A17180"/>
    <w:rsid w:val="00A17680"/>
    <w:rsid w:val="00A206F5"/>
    <w:rsid w:val="00A21919"/>
    <w:rsid w:val="00A22309"/>
    <w:rsid w:val="00A22506"/>
    <w:rsid w:val="00A22986"/>
    <w:rsid w:val="00A22DF3"/>
    <w:rsid w:val="00A230CD"/>
    <w:rsid w:val="00A23A19"/>
    <w:rsid w:val="00A24090"/>
    <w:rsid w:val="00A2449C"/>
    <w:rsid w:val="00A249AD"/>
    <w:rsid w:val="00A26C93"/>
    <w:rsid w:val="00A2724A"/>
    <w:rsid w:val="00A306C4"/>
    <w:rsid w:val="00A30917"/>
    <w:rsid w:val="00A30FF1"/>
    <w:rsid w:val="00A31589"/>
    <w:rsid w:val="00A32E53"/>
    <w:rsid w:val="00A33090"/>
    <w:rsid w:val="00A34C1C"/>
    <w:rsid w:val="00A34DBD"/>
    <w:rsid w:val="00A35034"/>
    <w:rsid w:val="00A354ED"/>
    <w:rsid w:val="00A357B7"/>
    <w:rsid w:val="00A364FC"/>
    <w:rsid w:val="00A374DC"/>
    <w:rsid w:val="00A37F2F"/>
    <w:rsid w:val="00A4063B"/>
    <w:rsid w:val="00A40661"/>
    <w:rsid w:val="00A409D5"/>
    <w:rsid w:val="00A40F6A"/>
    <w:rsid w:val="00A41152"/>
    <w:rsid w:val="00A4140B"/>
    <w:rsid w:val="00A41563"/>
    <w:rsid w:val="00A417BC"/>
    <w:rsid w:val="00A4210F"/>
    <w:rsid w:val="00A42112"/>
    <w:rsid w:val="00A4216C"/>
    <w:rsid w:val="00A42421"/>
    <w:rsid w:val="00A429B1"/>
    <w:rsid w:val="00A429E4"/>
    <w:rsid w:val="00A429E9"/>
    <w:rsid w:val="00A42AC8"/>
    <w:rsid w:val="00A44624"/>
    <w:rsid w:val="00A45593"/>
    <w:rsid w:val="00A45778"/>
    <w:rsid w:val="00A46182"/>
    <w:rsid w:val="00A469F8"/>
    <w:rsid w:val="00A47167"/>
    <w:rsid w:val="00A501A8"/>
    <w:rsid w:val="00A50222"/>
    <w:rsid w:val="00A50756"/>
    <w:rsid w:val="00A50D4B"/>
    <w:rsid w:val="00A50ED9"/>
    <w:rsid w:val="00A51A2A"/>
    <w:rsid w:val="00A5222D"/>
    <w:rsid w:val="00A543FA"/>
    <w:rsid w:val="00A548E4"/>
    <w:rsid w:val="00A5563C"/>
    <w:rsid w:val="00A568D6"/>
    <w:rsid w:val="00A578E9"/>
    <w:rsid w:val="00A609C3"/>
    <w:rsid w:val="00A60E3F"/>
    <w:rsid w:val="00A610F6"/>
    <w:rsid w:val="00A61504"/>
    <w:rsid w:val="00A61D7F"/>
    <w:rsid w:val="00A61EB2"/>
    <w:rsid w:val="00A62A22"/>
    <w:rsid w:val="00A6492E"/>
    <w:rsid w:val="00A65977"/>
    <w:rsid w:val="00A66502"/>
    <w:rsid w:val="00A67325"/>
    <w:rsid w:val="00A6744F"/>
    <w:rsid w:val="00A702C9"/>
    <w:rsid w:val="00A70356"/>
    <w:rsid w:val="00A70DD3"/>
    <w:rsid w:val="00A71570"/>
    <w:rsid w:val="00A71B7E"/>
    <w:rsid w:val="00A72570"/>
    <w:rsid w:val="00A72668"/>
    <w:rsid w:val="00A728FA"/>
    <w:rsid w:val="00A72CF9"/>
    <w:rsid w:val="00A73FDA"/>
    <w:rsid w:val="00A76035"/>
    <w:rsid w:val="00A761FC"/>
    <w:rsid w:val="00A77189"/>
    <w:rsid w:val="00A77492"/>
    <w:rsid w:val="00A774FE"/>
    <w:rsid w:val="00A805D8"/>
    <w:rsid w:val="00A81411"/>
    <w:rsid w:val="00A81677"/>
    <w:rsid w:val="00A8178C"/>
    <w:rsid w:val="00A83653"/>
    <w:rsid w:val="00A83C58"/>
    <w:rsid w:val="00A84608"/>
    <w:rsid w:val="00A849E4"/>
    <w:rsid w:val="00A84AC5"/>
    <w:rsid w:val="00A85320"/>
    <w:rsid w:val="00A85DC3"/>
    <w:rsid w:val="00A85EC1"/>
    <w:rsid w:val="00A86CE4"/>
    <w:rsid w:val="00A90FD3"/>
    <w:rsid w:val="00A91094"/>
    <w:rsid w:val="00A9141D"/>
    <w:rsid w:val="00A91FEF"/>
    <w:rsid w:val="00A920BD"/>
    <w:rsid w:val="00A92714"/>
    <w:rsid w:val="00A94077"/>
    <w:rsid w:val="00A94FAF"/>
    <w:rsid w:val="00A95390"/>
    <w:rsid w:val="00A96306"/>
    <w:rsid w:val="00A97D94"/>
    <w:rsid w:val="00AA1885"/>
    <w:rsid w:val="00AA1D8D"/>
    <w:rsid w:val="00AA2286"/>
    <w:rsid w:val="00AA26CE"/>
    <w:rsid w:val="00AA2729"/>
    <w:rsid w:val="00AA2A07"/>
    <w:rsid w:val="00AA304F"/>
    <w:rsid w:val="00AA339C"/>
    <w:rsid w:val="00AA4B50"/>
    <w:rsid w:val="00AA51F4"/>
    <w:rsid w:val="00AA6596"/>
    <w:rsid w:val="00AA67C0"/>
    <w:rsid w:val="00AA6CCB"/>
    <w:rsid w:val="00AA7B98"/>
    <w:rsid w:val="00AA7E86"/>
    <w:rsid w:val="00AB02F2"/>
    <w:rsid w:val="00AB08C3"/>
    <w:rsid w:val="00AB0F1F"/>
    <w:rsid w:val="00AB10A9"/>
    <w:rsid w:val="00AB1413"/>
    <w:rsid w:val="00AB1B28"/>
    <w:rsid w:val="00AB1D9A"/>
    <w:rsid w:val="00AB2387"/>
    <w:rsid w:val="00AB2D11"/>
    <w:rsid w:val="00AB4A80"/>
    <w:rsid w:val="00AB4AAA"/>
    <w:rsid w:val="00AB5C3B"/>
    <w:rsid w:val="00AB5EF3"/>
    <w:rsid w:val="00AB6271"/>
    <w:rsid w:val="00AB7717"/>
    <w:rsid w:val="00AB7C63"/>
    <w:rsid w:val="00AC0A8D"/>
    <w:rsid w:val="00AC1C92"/>
    <w:rsid w:val="00AC1FBB"/>
    <w:rsid w:val="00AC31B8"/>
    <w:rsid w:val="00AC334B"/>
    <w:rsid w:val="00AC4C4A"/>
    <w:rsid w:val="00AC51C4"/>
    <w:rsid w:val="00AC52FE"/>
    <w:rsid w:val="00AC571C"/>
    <w:rsid w:val="00AC5987"/>
    <w:rsid w:val="00AC65F4"/>
    <w:rsid w:val="00AC6F27"/>
    <w:rsid w:val="00AC7098"/>
    <w:rsid w:val="00AC73A4"/>
    <w:rsid w:val="00AC7821"/>
    <w:rsid w:val="00AC79FF"/>
    <w:rsid w:val="00AD09A5"/>
    <w:rsid w:val="00AD0FA7"/>
    <w:rsid w:val="00AD1844"/>
    <w:rsid w:val="00AD1AEF"/>
    <w:rsid w:val="00AD21E5"/>
    <w:rsid w:val="00AD244B"/>
    <w:rsid w:val="00AD2696"/>
    <w:rsid w:val="00AD2AEC"/>
    <w:rsid w:val="00AD2D9C"/>
    <w:rsid w:val="00AD2E39"/>
    <w:rsid w:val="00AD3173"/>
    <w:rsid w:val="00AD3395"/>
    <w:rsid w:val="00AD3873"/>
    <w:rsid w:val="00AD3FE0"/>
    <w:rsid w:val="00AD4348"/>
    <w:rsid w:val="00AD44DB"/>
    <w:rsid w:val="00AD4ADC"/>
    <w:rsid w:val="00AD4ED0"/>
    <w:rsid w:val="00AD5415"/>
    <w:rsid w:val="00AD5835"/>
    <w:rsid w:val="00AD5E02"/>
    <w:rsid w:val="00AD5FAC"/>
    <w:rsid w:val="00AD67CE"/>
    <w:rsid w:val="00AD72A4"/>
    <w:rsid w:val="00AD76D5"/>
    <w:rsid w:val="00AD781C"/>
    <w:rsid w:val="00AE0A7A"/>
    <w:rsid w:val="00AE15BA"/>
    <w:rsid w:val="00AE1AC1"/>
    <w:rsid w:val="00AE1D15"/>
    <w:rsid w:val="00AE1E6B"/>
    <w:rsid w:val="00AE290C"/>
    <w:rsid w:val="00AE361E"/>
    <w:rsid w:val="00AE3D0E"/>
    <w:rsid w:val="00AE53B4"/>
    <w:rsid w:val="00AE545D"/>
    <w:rsid w:val="00AE5AF1"/>
    <w:rsid w:val="00AE5E4A"/>
    <w:rsid w:val="00AE63D4"/>
    <w:rsid w:val="00AE6A2D"/>
    <w:rsid w:val="00AE6BFD"/>
    <w:rsid w:val="00AF12AB"/>
    <w:rsid w:val="00AF15AE"/>
    <w:rsid w:val="00AF1D26"/>
    <w:rsid w:val="00AF2BF1"/>
    <w:rsid w:val="00AF3241"/>
    <w:rsid w:val="00AF348C"/>
    <w:rsid w:val="00AF3715"/>
    <w:rsid w:val="00AF3D34"/>
    <w:rsid w:val="00AF4C94"/>
    <w:rsid w:val="00AF7140"/>
    <w:rsid w:val="00AF7E6C"/>
    <w:rsid w:val="00B00238"/>
    <w:rsid w:val="00B00B4D"/>
    <w:rsid w:val="00B00D4E"/>
    <w:rsid w:val="00B0177A"/>
    <w:rsid w:val="00B01871"/>
    <w:rsid w:val="00B01DC8"/>
    <w:rsid w:val="00B01E1D"/>
    <w:rsid w:val="00B01EDB"/>
    <w:rsid w:val="00B043A2"/>
    <w:rsid w:val="00B04CAD"/>
    <w:rsid w:val="00B04D8F"/>
    <w:rsid w:val="00B05081"/>
    <w:rsid w:val="00B05174"/>
    <w:rsid w:val="00B0538F"/>
    <w:rsid w:val="00B05620"/>
    <w:rsid w:val="00B05C35"/>
    <w:rsid w:val="00B06036"/>
    <w:rsid w:val="00B06488"/>
    <w:rsid w:val="00B06C4E"/>
    <w:rsid w:val="00B07A56"/>
    <w:rsid w:val="00B07AAE"/>
    <w:rsid w:val="00B1011D"/>
    <w:rsid w:val="00B103A4"/>
    <w:rsid w:val="00B1043F"/>
    <w:rsid w:val="00B104A1"/>
    <w:rsid w:val="00B10C5A"/>
    <w:rsid w:val="00B11164"/>
    <w:rsid w:val="00B116B1"/>
    <w:rsid w:val="00B11CEA"/>
    <w:rsid w:val="00B11F8C"/>
    <w:rsid w:val="00B1239B"/>
    <w:rsid w:val="00B149CF"/>
    <w:rsid w:val="00B15FD5"/>
    <w:rsid w:val="00B16559"/>
    <w:rsid w:val="00B16594"/>
    <w:rsid w:val="00B168A5"/>
    <w:rsid w:val="00B1709E"/>
    <w:rsid w:val="00B1768F"/>
    <w:rsid w:val="00B17F78"/>
    <w:rsid w:val="00B20775"/>
    <w:rsid w:val="00B20864"/>
    <w:rsid w:val="00B20BE3"/>
    <w:rsid w:val="00B20BEA"/>
    <w:rsid w:val="00B20FA0"/>
    <w:rsid w:val="00B218BD"/>
    <w:rsid w:val="00B21D38"/>
    <w:rsid w:val="00B22BBC"/>
    <w:rsid w:val="00B22EC7"/>
    <w:rsid w:val="00B2377F"/>
    <w:rsid w:val="00B2387D"/>
    <w:rsid w:val="00B240A1"/>
    <w:rsid w:val="00B24D45"/>
    <w:rsid w:val="00B25477"/>
    <w:rsid w:val="00B2570E"/>
    <w:rsid w:val="00B25A96"/>
    <w:rsid w:val="00B26CD4"/>
    <w:rsid w:val="00B276D5"/>
    <w:rsid w:val="00B27BC8"/>
    <w:rsid w:val="00B3056D"/>
    <w:rsid w:val="00B30D16"/>
    <w:rsid w:val="00B31203"/>
    <w:rsid w:val="00B316ED"/>
    <w:rsid w:val="00B32E91"/>
    <w:rsid w:val="00B32EF9"/>
    <w:rsid w:val="00B338F6"/>
    <w:rsid w:val="00B33AC1"/>
    <w:rsid w:val="00B33B58"/>
    <w:rsid w:val="00B33E49"/>
    <w:rsid w:val="00B34281"/>
    <w:rsid w:val="00B34FF9"/>
    <w:rsid w:val="00B355FB"/>
    <w:rsid w:val="00B357E3"/>
    <w:rsid w:val="00B35B6F"/>
    <w:rsid w:val="00B3695F"/>
    <w:rsid w:val="00B36CCA"/>
    <w:rsid w:val="00B375CB"/>
    <w:rsid w:val="00B37629"/>
    <w:rsid w:val="00B37B65"/>
    <w:rsid w:val="00B37C10"/>
    <w:rsid w:val="00B40DD3"/>
    <w:rsid w:val="00B40EE3"/>
    <w:rsid w:val="00B41297"/>
    <w:rsid w:val="00B41AFE"/>
    <w:rsid w:val="00B41E14"/>
    <w:rsid w:val="00B430F6"/>
    <w:rsid w:val="00B44978"/>
    <w:rsid w:val="00B4501B"/>
    <w:rsid w:val="00B4555D"/>
    <w:rsid w:val="00B45BE6"/>
    <w:rsid w:val="00B46187"/>
    <w:rsid w:val="00B464F0"/>
    <w:rsid w:val="00B46A36"/>
    <w:rsid w:val="00B470D1"/>
    <w:rsid w:val="00B471A0"/>
    <w:rsid w:val="00B4730B"/>
    <w:rsid w:val="00B4751B"/>
    <w:rsid w:val="00B47730"/>
    <w:rsid w:val="00B47811"/>
    <w:rsid w:val="00B518E1"/>
    <w:rsid w:val="00B51AAB"/>
    <w:rsid w:val="00B51C3F"/>
    <w:rsid w:val="00B5235A"/>
    <w:rsid w:val="00B52414"/>
    <w:rsid w:val="00B5280F"/>
    <w:rsid w:val="00B52BDF"/>
    <w:rsid w:val="00B52D67"/>
    <w:rsid w:val="00B53260"/>
    <w:rsid w:val="00B53457"/>
    <w:rsid w:val="00B53D45"/>
    <w:rsid w:val="00B53F69"/>
    <w:rsid w:val="00B5470E"/>
    <w:rsid w:val="00B5505F"/>
    <w:rsid w:val="00B552D8"/>
    <w:rsid w:val="00B5574A"/>
    <w:rsid w:val="00B55E13"/>
    <w:rsid w:val="00B56E4B"/>
    <w:rsid w:val="00B577B6"/>
    <w:rsid w:val="00B60412"/>
    <w:rsid w:val="00B60EBE"/>
    <w:rsid w:val="00B61F8A"/>
    <w:rsid w:val="00B625B2"/>
    <w:rsid w:val="00B62D79"/>
    <w:rsid w:val="00B63276"/>
    <w:rsid w:val="00B63303"/>
    <w:rsid w:val="00B633DF"/>
    <w:rsid w:val="00B6377A"/>
    <w:rsid w:val="00B64C13"/>
    <w:rsid w:val="00B6555B"/>
    <w:rsid w:val="00B65D04"/>
    <w:rsid w:val="00B6662B"/>
    <w:rsid w:val="00B669B6"/>
    <w:rsid w:val="00B67C2E"/>
    <w:rsid w:val="00B7027B"/>
    <w:rsid w:val="00B71307"/>
    <w:rsid w:val="00B720AE"/>
    <w:rsid w:val="00B72411"/>
    <w:rsid w:val="00B725A3"/>
    <w:rsid w:val="00B727FA"/>
    <w:rsid w:val="00B72EDF"/>
    <w:rsid w:val="00B73CE2"/>
    <w:rsid w:val="00B74144"/>
    <w:rsid w:val="00B74F3F"/>
    <w:rsid w:val="00B762F3"/>
    <w:rsid w:val="00B7651D"/>
    <w:rsid w:val="00B7673E"/>
    <w:rsid w:val="00B76B87"/>
    <w:rsid w:val="00B76E7C"/>
    <w:rsid w:val="00B770B2"/>
    <w:rsid w:val="00B771B5"/>
    <w:rsid w:val="00B77810"/>
    <w:rsid w:val="00B77941"/>
    <w:rsid w:val="00B77C95"/>
    <w:rsid w:val="00B77ED7"/>
    <w:rsid w:val="00B77F2A"/>
    <w:rsid w:val="00B803C8"/>
    <w:rsid w:val="00B80CF1"/>
    <w:rsid w:val="00B80E5F"/>
    <w:rsid w:val="00B8109D"/>
    <w:rsid w:val="00B818D0"/>
    <w:rsid w:val="00B82863"/>
    <w:rsid w:val="00B82C56"/>
    <w:rsid w:val="00B83B48"/>
    <w:rsid w:val="00B83EE2"/>
    <w:rsid w:val="00B83F3E"/>
    <w:rsid w:val="00B84C85"/>
    <w:rsid w:val="00B84DD9"/>
    <w:rsid w:val="00B85F58"/>
    <w:rsid w:val="00B8602B"/>
    <w:rsid w:val="00B86193"/>
    <w:rsid w:val="00B862B0"/>
    <w:rsid w:val="00B87136"/>
    <w:rsid w:val="00B87843"/>
    <w:rsid w:val="00B87A48"/>
    <w:rsid w:val="00B9009B"/>
    <w:rsid w:val="00B90AA3"/>
    <w:rsid w:val="00B90ECC"/>
    <w:rsid w:val="00B910D6"/>
    <w:rsid w:val="00B912E5"/>
    <w:rsid w:val="00B91FBA"/>
    <w:rsid w:val="00B92193"/>
    <w:rsid w:val="00B9241D"/>
    <w:rsid w:val="00B93431"/>
    <w:rsid w:val="00B93C24"/>
    <w:rsid w:val="00B94365"/>
    <w:rsid w:val="00B94659"/>
    <w:rsid w:val="00B946CF"/>
    <w:rsid w:val="00B94803"/>
    <w:rsid w:val="00B9554C"/>
    <w:rsid w:val="00B955FE"/>
    <w:rsid w:val="00B96F17"/>
    <w:rsid w:val="00B9700F"/>
    <w:rsid w:val="00B97055"/>
    <w:rsid w:val="00B970FD"/>
    <w:rsid w:val="00BA026F"/>
    <w:rsid w:val="00BA0758"/>
    <w:rsid w:val="00BA1159"/>
    <w:rsid w:val="00BA2002"/>
    <w:rsid w:val="00BA20A3"/>
    <w:rsid w:val="00BA27C3"/>
    <w:rsid w:val="00BA344F"/>
    <w:rsid w:val="00BA3619"/>
    <w:rsid w:val="00BA4206"/>
    <w:rsid w:val="00BA607E"/>
    <w:rsid w:val="00BA645E"/>
    <w:rsid w:val="00BA67A1"/>
    <w:rsid w:val="00BA6D22"/>
    <w:rsid w:val="00BB0708"/>
    <w:rsid w:val="00BB08C9"/>
    <w:rsid w:val="00BB1413"/>
    <w:rsid w:val="00BB1762"/>
    <w:rsid w:val="00BB199E"/>
    <w:rsid w:val="00BB1AFC"/>
    <w:rsid w:val="00BB1D9F"/>
    <w:rsid w:val="00BB4509"/>
    <w:rsid w:val="00BB45E0"/>
    <w:rsid w:val="00BB55DD"/>
    <w:rsid w:val="00BB6838"/>
    <w:rsid w:val="00BB7414"/>
    <w:rsid w:val="00BB7614"/>
    <w:rsid w:val="00BB7D7A"/>
    <w:rsid w:val="00BB7FF9"/>
    <w:rsid w:val="00BC04E4"/>
    <w:rsid w:val="00BC0D1F"/>
    <w:rsid w:val="00BC1637"/>
    <w:rsid w:val="00BC18F5"/>
    <w:rsid w:val="00BC2E64"/>
    <w:rsid w:val="00BC3103"/>
    <w:rsid w:val="00BC4369"/>
    <w:rsid w:val="00BC44DE"/>
    <w:rsid w:val="00BC4798"/>
    <w:rsid w:val="00BC4922"/>
    <w:rsid w:val="00BC4A10"/>
    <w:rsid w:val="00BC4E04"/>
    <w:rsid w:val="00BC4FEF"/>
    <w:rsid w:val="00BC6365"/>
    <w:rsid w:val="00BC687A"/>
    <w:rsid w:val="00BC6A07"/>
    <w:rsid w:val="00BC707E"/>
    <w:rsid w:val="00BC7583"/>
    <w:rsid w:val="00BC7742"/>
    <w:rsid w:val="00BC7896"/>
    <w:rsid w:val="00BC78B4"/>
    <w:rsid w:val="00BC7AF7"/>
    <w:rsid w:val="00BC7EC9"/>
    <w:rsid w:val="00BC7EDB"/>
    <w:rsid w:val="00BD075B"/>
    <w:rsid w:val="00BD09CB"/>
    <w:rsid w:val="00BD0C53"/>
    <w:rsid w:val="00BD2613"/>
    <w:rsid w:val="00BD2FDD"/>
    <w:rsid w:val="00BD3076"/>
    <w:rsid w:val="00BD4956"/>
    <w:rsid w:val="00BD4966"/>
    <w:rsid w:val="00BD576F"/>
    <w:rsid w:val="00BD6311"/>
    <w:rsid w:val="00BD6441"/>
    <w:rsid w:val="00BD7884"/>
    <w:rsid w:val="00BE05F0"/>
    <w:rsid w:val="00BE1A3D"/>
    <w:rsid w:val="00BE26B1"/>
    <w:rsid w:val="00BE281C"/>
    <w:rsid w:val="00BE2B9B"/>
    <w:rsid w:val="00BE36C2"/>
    <w:rsid w:val="00BE42F2"/>
    <w:rsid w:val="00BE45AA"/>
    <w:rsid w:val="00BE4A37"/>
    <w:rsid w:val="00BE4C91"/>
    <w:rsid w:val="00BE6100"/>
    <w:rsid w:val="00BE6B1F"/>
    <w:rsid w:val="00BE6CD8"/>
    <w:rsid w:val="00BE6E78"/>
    <w:rsid w:val="00BE6E7C"/>
    <w:rsid w:val="00BE7336"/>
    <w:rsid w:val="00BF1257"/>
    <w:rsid w:val="00BF1D74"/>
    <w:rsid w:val="00BF28BF"/>
    <w:rsid w:val="00BF2EE2"/>
    <w:rsid w:val="00BF3322"/>
    <w:rsid w:val="00BF353A"/>
    <w:rsid w:val="00BF3C5A"/>
    <w:rsid w:val="00BF3E71"/>
    <w:rsid w:val="00BF4396"/>
    <w:rsid w:val="00BF4758"/>
    <w:rsid w:val="00BF475F"/>
    <w:rsid w:val="00BF4781"/>
    <w:rsid w:val="00BF4FA6"/>
    <w:rsid w:val="00BF5430"/>
    <w:rsid w:val="00BF54CA"/>
    <w:rsid w:val="00BF564E"/>
    <w:rsid w:val="00BF5997"/>
    <w:rsid w:val="00BF5B8E"/>
    <w:rsid w:val="00BF5F0D"/>
    <w:rsid w:val="00BF5F2C"/>
    <w:rsid w:val="00BF6E04"/>
    <w:rsid w:val="00BF7C64"/>
    <w:rsid w:val="00BF7CDA"/>
    <w:rsid w:val="00C00530"/>
    <w:rsid w:val="00C00F32"/>
    <w:rsid w:val="00C02A37"/>
    <w:rsid w:val="00C02CF6"/>
    <w:rsid w:val="00C0369B"/>
    <w:rsid w:val="00C03C08"/>
    <w:rsid w:val="00C047B7"/>
    <w:rsid w:val="00C05FD8"/>
    <w:rsid w:val="00C0646E"/>
    <w:rsid w:val="00C072AE"/>
    <w:rsid w:val="00C07878"/>
    <w:rsid w:val="00C07C0F"/>
    <w:rsid w:val="00C10B68"/>
    <w:rsid w:val="00C1130E"/>
    <w:rsid w:val="00C11979"/>
    <w:rsid w:val="00C11FA3"/>
    <w:rsid w:val="00C126DE"/>
    <w:rsid w:val="00C12CDE"/>
    <w:rsid w:val="00C13F5C"/>
    <w:rsid w:val="00C14262"/>
    <w:rsid w:val="00C14B7E"/>
    <w:rsid w:val="00C152CD"/>
    <w:rsid w:val="00C15398"/>
    <w:rsid w:val="00C155CF"/>
    <w:rsid w:val="00C159BB"/>
    <w:rsid w:val="00C159CB"/>
    <w:rsid w:val="00C15D4D"/>
    <w:rsid w:val="00C16B7C"/>
    <w:rsid w:val="00C16F22"/>
    <w:rsid w:val="00C17C63"/>
    <w:rsid w:val="00C20D64"/>
    <w:rsid w:val="00C21121"/>
    <w:rsid w:val="00C213D6"/>
    <w:rsid w:val="00C21B79"/>
    <w:rsid w:val="00C21BE3"/>
    <w:rsid w:val="00C21F5F"/>
    <w:rsid w:val="00C2253B"/>
    <w:rsid w:val="00C23468"/>
    <w:rsid w:val="00C23C90"/>
    <w:rsid w:val="00C24215"/>
    <w:rsid w:val="00C242F5"/>
    <w:rsid w:val="00C2465E"/>
    <w:rsid w:val="00C24DE7"/>
    <w:rsid w:val="00C24E00"/>
    <w:rsid w:val="00C25530"/>
    <w:rsid w:val="00C25FF1"/>
    <w:rsid w:val="00C26369"/>
    <w:rsid w:val="00C274B9"/>
    <w:rsid w:val="00C27B75"/>
    <w:rsid w:val="00C3039A"/>
    <w:rsid w:val="00C31ACA"/>
    <w:rsid w:val="00C31D17"/>
    <w:rsid w:val="00C320D0"/>
    <w:rsid w:val="00C3250D"/>
    <w:rsid w:val="00C326B9"/>
    <w:rsid w:val="00C32BE1"/>
    <w:rsid w:val="00C33317"/>
    <w:rsid w:val="00C33AEC"/>
    <w:rsid w:val="00C33FC0"/>
    <w:rsid w:val="00C34E44"/>
    <w:rsid w:val="00C35AD0"/>
    <w:rsid w:val="00C35C20"/>
    <w:rsid w:val="00C36682"/>
    <w:rsid w:val="00C36855"/>
    <w:rsid w:val="00C36D7F"/>
    <w:rsid w:val="00C36F71"/>
    <w:rsid w:val="00C37501"/>
    <w:rsid w:val="00C3767E"/>
    <w:rsid w:val="00C376C3"/>
    <w:rsid w:val="00C379D2"/>
    <w:rsid w:val="00C40518"/>
    <w:rsid w:val="00C4071C"/>
    <w:rsid w:val="00C40AD1"/>
    <w:rsid w:val="00C4126D"/>
    <w:rsid w:val="00C413D8"/>
    <w:rsid w:val="00C419BA"/>
    <w:rsid w:val="00C41B86"/>
    <w:rsid w:val="00C42656"/>
    <w:rsid w:val="00C42D12"/>
    <w:rsid w:val="00C42D66"/>
    <w:rsid w:val="00C43771"/>
    <w:rsid w:val="00C44077"/>
    <w:rsid w:val="00C440B5"/>
    <w:rsid w:val="00C440B6"/>
    <w:rsid w:val="00C44610"/>
    <w:rsid w:val="00C459AD"/>
    <w:rsid w:val="00C45CD9"/>
    <w:rsid w:val="00C46949"/>
    <w:rsid w:val="00C4741B"/>
    <w:rsid w:val="00C47D5F"/>
    <w:rsid w:val="00C50135"/>
    <w:rsid w:val="00C50AF1"/>
    <w:rsid w:val="00C50DD6"/>
    <w:rsid w:val="00C50E4F"/>
    <w:rsid w:val="00C50EF4"/>
    <w:rsid w:val="00C512DD"/>
    <w:rsid w:val="00C51373"/>
    <w:rsid w:val="00C51928"/>
    <w:rsid w:val="00C5264F"/>
    <w:rsid w:val="00C52E64"/>
    <w:rsid w:val="00C530ED"/>
    <w:rsid w:val="00C53529"/>
    <w:rsid w:val="00C53E00"/>
    <w:rsid w:val="00C54456"/>
    <w:rsid w:val="00C54683"/>
    <w:rsid w:val="00C54E42"/>
    <w:rsid w:val="00C55006"/>
    <w:rsid w:val="00C55639"/>
    <w:rsid w:val="00C55C16"/>
    <w:rsid w:val="00C56C65"/>
    <w:rsid w:val="00C6013D"/>
    <w:rsid w:val="00C60D97"/>
    <w:rsid w:val="00C618C5"/>
    <w:rsid w:val="00C62393"/>
    <w:rsid w:val="00C62F66"/>
    <w:rsid w:val="00C635AD"/>
    <w:rsid w:val="00C63FA8"/>
    <w:rsid w:val="00C644C4"/>
    <w:rsid w:val="00C650EB"/>
    <w:rsid w:val="00C658DC"/>
    <w:rsid w:val="00C65A82"/>
    <w:rsid w:val="00C65DE4"/>
    <w:rsid w:val="00C66166"/>
    <w:rsid w:val="00C664AB"/>
    <w:rsid w:val="00C66DF8"/>
    <w:rsid w:val="00C70031"/>
    <w:rsid w:val="00C70225"/>
    <w:rsid w:val="00C70661"/>
    <w:rsid w:val="00C70FE5"/>
    <w:rsid w:val="00C71480"/>
    <w:rsid w:val="00C71831"/>
    <w:rsid w:val="00C71A30"/>
    <w:rsid w:val="00C72528"/>
    <w:rsid w:val="00C7315E"/>
    <w:rsid w:val="00C7328A"/>
    <w:rsid w:val="00C74931"/>
    <w:rsid w:val="00C74CA3"/>
    <w:rsid w:val="00C74CC7"/>
    <w:rsid w:val="00C75431"/>
    <w:rsid w:val="00C7640E"/>
    <w:rsid w:val="00C807E3"/>
    <w:rsid w:val="00C813BD"/>
    <w:rsid w:val="00C81607"/>
    <w:rsid w:val="00C816D5"/>
    <w:rsid w:val="00C81C05"/>
    <w:rsid w:val="00C821EE"/>
    <w:rsid w:val="00C82B14"/>
    <w:rsid w:val="00C831B1"/>
    <w:rsid w:val="00C839C5"/>
    <w:rsid w:val="00C83E83"/>
    <w:rsid w:val="00C84B23"/>
    <w:rsid w:val="00C8532A"/>
    <w:rsid w:val="00C85E80"/>
    <w:rsid w:val="00C865BE"/>
    <w:rsid w:val="00C86A07"/>
    <w:rsid w:val="00C87672"/>
    <w:rsid w:val="00C9087D"/>
    <w:rsid w:val="00C9106A"/>
    <w:rsid w:val="00C919D3"/>
    <w:rsid w:val="00C923C2"/>
    <w:rsid w:val="00C92853"/>
    <w:rsid w:val="00C92A91"/>
    <w:rsid w:val="00C93AC5"/>
    <w:rsid w:val="00C93F8E"/>
    <w:rsid w:val="00C94020"/>
    <w:rsid w:val="00C941FA"/>
    <w:rsid w:val="00C94B28"/>
    <w:rsid w:val="00C94C13"/>
    <w:rsid w:val="00C9594E"/>
    <w:rsid w:val="00C95EAC"/>
    <w:rsid w:val="00C9719E"/>
    <w:rsid w:val="00C97683"/>
    <w:rsid w:val="00CA0090"/>
    <w:rsid w:val="00CA0270"/>
    <w:rsid w:val="00CA0353"/>
    <w:rsid w:val="00CA0626"/>
    <w:rsid w:val="00CA06A2"/>
    <w:rsid w:val="00CA1810"/>
    <w:rsid w:val="00CA1A6E"/>
    <w:rsid w:val="00CA235A"/>
    <w:rsid w:val="00CA2A40"/>
    <w:rsid w:val="00CA2DF2"/>
    <w:rsid w:val="00CA2F75"/>
    <w:rsid w:val="00CA3217"/>
    <w:rsid w:val="00CA3BD0"/>
    <w:rsid w:val="00CA3C47"/>
    <w:rsid w:val="00CA3C7A"/>
    <w:rsid w:val="00CA485D"/>
    <w:rsid w:val="00CA54C4"/>
    <w:rsid w:val="00CA5867"/>
    <w:rsid w:val="00CA59A8"/>
    <w:rsid w:val="00CA5B3E"/>
    <w:rsid w:val="00CA5CEC"/>
    <w:rsid w:val="00CA5D82"/>
    <w:rsid w:val="00CA68D2"/>
    <w:rsid w:val="00CA6C4A"/>
    <w:rsid w:val="00CA726F"/>
    <w:rsid w:val="00CA7281"/>
    <w:rsid w:val="00CA7AEA"/>
    <w:rsid w:val="00CA7E8F"/>
    <w:rsid w:val="00CB00F6"/>
    <w:rsid w:val="00CB0664"/>
    <w:rsid w:val="00CB0F7A"/>
    <w:rsid w:val="00CB1467"/>
    <w:rsid w:val="00CB1499"/>
    <w:rsid w:val="00CB16F4"/>
    <w:rsid w:val="00CB185A"/>
    <w:rsid w:val="00CB2675"/>
    <w:rsid w:val="00CB3AF9"/>
    <w:rsid w:val="00CB52F1"/>
    <w:rsid w:val="00CB59FE"/>
    <w:rsid w:val="00CB5CBD"/>
    <w:rsid w:val="00CB6879"/>
    <w:rsid w:val="00CC042A"/>
    <w:rsid w:val="00CC0E1B"/>
    <w:rsid w:val="00CC0E80"/>
    <w:rsid w:val="00CC11CE"/>
    <w:rsid w:val="00CC1669"/>
    <w:rsid w:val="00CC190E"/>
    <w:rsid w:val="00CC23D9"/>
    <w:rsid w:val="00CC2D60"/>
    <w:rsid w:val="00CC3681"/>
    <w:rsid w:val="00CC4575"/>
    <w:rsid w:val="00CC47E3"/>
    <w:rsid w:val="00CC548A"/>
    <w:rsid w:val="00CC54A6"/>
    <w:rsid w:val="00CC6C72"/>
    <w:rsid w:val="00CD002A"/>
    <w:rsid w:val="00CD03CA"/>
    <w:rsid w:val="00CD0A6F"/>
    <w:rsid w:val="00CD27CC"/>
    <w:rsid w:val="00CD2B71"/>
    <w:rsid w:val="00CD317A"/>
    <w:rsid w:val="00CD46C8"/>
    <w:rsid w:val="00CD478A"/>
    <w:rsid w:val="00CD5406"/>
    <w:rsid w:val="00CD5407"/>
    <w:rsid w:val="00CD55E4"/>
    <w:rsid w:val="00CD634D"/>
    <w:rsid w:val="00CD6E64"/>
    <w:rsid w:val="00CD6F6F"/>
    <w:rsid w:val="00CD7A03"/>
    <w:rsid w:val="00CD7A33"/>
    <w:rsid w:val="00CD7D6A"/>
    <w:rsid w:val="00CE00A2"/>
    <w:rsid w:val="00CE010F"/>
    <w:rsid w:val="00CE01BB"/>
    <w:rsid w:val="00CE01EB"/>
    <w:rsid w:val="00CE0F0B"/>
    <w:rsid w:val="00CE1829"/>
    <w:rsid w:val="00CE1A14"/>
    <w:rsid w:val="00CE2B77"/>
    <w:rsid w:val="00CE2C86"/>
    <w:rsid w:val="00CE2FF5"/>
    <w:rsid w:val="00CE44A3"/>
    <w:rsid w:val="00CE4953"/>
    <w:rsid w:val="00CE52EB"/>
    <w:rsid w:val="00CE5CA4"/>
    <w:rsid w:val="00CE6163"/>
    <w:rsid w:val="00CE6FEE"/>
    <w:rsid w:val="00CE7145"/>
    <w:rsid w:val="00CE77A2"/>
    <w:rsid w:val="00CF0920"/>
    <w:rsid w:val="00CF0B4F"/>
    <w:rsid w:val="00CF12AF"/>
    <w:rsid w:val="00CF15C2"/>
    <w:rsid w:val="00CF217B"/>
    <w:rsid w:val="00CF217F"/>
    <w:rsid w:val="00CF23E7"/>
    <w:rsid w:val="00CF24D1"/>
    <w:rsid w:val="00CF45E6"/>
    <w:rsid w:val="00CF50F8"/>
    <w:rsid w:val="00CF5375"/>
    <w:rsid w:val="00CF540F"/>
    <w:rsid w:val="00CF54D5"/>
    <w:rsid w:val="00CF5CC0"/>
    <w:rsid w:val="00CF5E15"/>
    <w:rsid w:val="00CF5F24"/>
    <w:rsid w:val="00CF6366"/>
    <w:rsid w:val="00CF6393"/>
    <w:rsid w:val="00CF698D"/>
    <w:rsid w:val="00CF6DBE"/>
    <w:rsid w:val="00CF7235"/>
    <w:rsid w:val="00CF74A0"/>
    <w:rsid w:val="00D00ACB"/>
    <w:rsid w:val="00D00FFB"/>
    <w:rsid w:val="00D015F3"/>
    <w:rsid w:val="00D0193F"/>
    <w:rsid w:val="00D01E96"/>
    <w:rsid w:val="00D01FEA"/>
    <w:rsid w:val="00D03B77"/>
    <w:rsid w:val="00D05CD6"/>
    <w:rsid w:val="00D06253"/>
    <w:rsid w:val="00D10049"/>
    <w:rsid w:val="00D105A0"/>
    <w:rsid w:val="00D10809"/>
    <w:rsid w:val="00D111B8"/>
    <w:rsid w:val="00D11F5C"/>
    <w:rsid w:val="00D121F5"/>
    <w:rsid w:val="00D12AB1"/>
    <w:rsid w:val="00D12B90"/>
    <w:rsid w:val="00D13B22"/>
    <w:rsid w:val="00D13DA3"/>
    <w:rsid w:val="00D13E9E"/>
    <w:rsid w:val="00D14C14"/>
    <w:rsid w:val="00D14D60"/>
    <w:rsid w:val="00D16396"/>
    <w:rsid w:val="00D16A22"/>
    <w:rsid w:val="00D16E9E"/>
    <w:rsid w:val="00D1775F"/>
    <w:rsid w:val="00D17B9F"/>
    <w:rsid w:val="00D17D00"/>
    <w:rsid w:val="00D20E17"/>
    <w:rsid w:val="00D20E6F"/>
    <w:rsid w:val="00D211FE"/>
    <w:rsid w:val="00D2186B"/>
    <w:rsid w:val="00D21AA0"/>
    <w:rsid w:val="00D21C20"/>
    <w:rsid w:val="00D21C82"/>
    <w:rsid w:val="00D22F1B"/>
    <w:rsid w:val="00D23276"/>
    <w:rsid w:val="00D2355B"/>
    <w:rsid w:val="00D237A7"/>
    <w:rsid w:val="00D240F8"/>
    <w:rsid w:val="00D256A1"/>
    <w:rsid w:val="00D256D8"/>
    <w:rsid w:val="00D26753"/>
    <w:rsid w:val="00D27004"/>
    <w:rsid w:val="00D272A0"/>
    <w:rsid w:val="00D27F3D"/>
    <w:rsid w:val="00D30195"/>
    <w:rsid w:val="00D30D30"/>
    <w:rsid w:val="00D30FA6"/>
    <w:rsid w:val="00D311A4"/>
    <w:rsid w:val="00D311C6"/>
    <w:rsid w:val="00D31701"/>
    <w:rsid w:val="00D31EF5"/>
    <w:rsid w:val="00D32381"/>
    <w:rsid w:val="00D32F4B"/>
    <w:rsid w:val="00D33ECD"/>
    <w:rsid w:val="00D34CB8"/>
    <w:rsid w:val="00D34F2B"/>
    <w:rsid w:val="00D352AC"/>
    <w:rsid w:val="00D356BF"/>
    <w:rsid w:val="00D35C5B"/>
    <w:rsid w:val="00D36C16"/>
    <w:rsid w:val="00D36F42"/>
    <w:rsid w:val="00D372A5"/>
    <w:rsid w:val="00D3737D"/>
    <w:rsid w:val="00D3795D"/>
    <w:rsid w:val="00D37A56"/>
    <w:rsid w:val="00D37AB0"/>
    <w:rsid w:val="00D40B0B"/>
    <w:rsid w:val="00D40CC6"/>
    <w:rsid w:val="00D41E48"/>
    <w:rsid w:val="00D421D7"/>
    <w:rsid w:val="00D422E8"/>
    <w:rsid w:val="00D426CE"/>
    <w:rsid w:val="00D4298C"/>
    <w:rsid w:val="00D43543"/>
    <w:rsid w:val="00D43EA9"/>
    <w:rsid w:val="00D45264"/>
    <w:rsid w:val="00D45864"/>
    <w:rsid w:val="00D46126"/>
    <w:rsid w:val="00D46CEC"/>
    <w:rsid w:val="00D472FB"/>
    <w:rsid w:val="00D473F3"/>
    <w:rsid w:val="00D47EC3"/>
    <w:rsid w:val="00D50ADA"/>
    <w:rsid w:val="00D51304"/>
    <w:rsid w:val="00D5251E"/>
    <w:rsid w:val="00D52702"/>
    <w:rsid w:val="00D52CE1"/>
    <w:rsid w:val="00D52E91"/>
    <w:rsid w:val="00D536B8"/>
    <w:rsid w:val="00D538B4"/>
    <w:rsid w:val="00D53B41"/>
    <w:rsid w:val="00D5432D"/>
    <w:rsid w:val="00D54CB0"/>
    <w:rsid w:val="00D54E02"/>
    <w:rsid w:val="00D54FAC"/>
    <w:rsid w:val="00D553FF"/>
    <w:rsid w:val="00D5554F"/>
    <w:rsid w:val="00D5589E"/>
    <w:rsid w:val="00D55E4B"/>
    <w:rsid w:val="00D560A6"/>
    <w:rsid w:val="00D561A5"/>
    <w:rsid w:val="00D56AC5"/>
    <w:rsid w:val="00D56E74"/>
    <w:rsid w:val="00D56F3E"/>
    <w:rsid w:val="00D57461"/>
    <w:rsid w:val="00D574BF"/>
    <w:rsid w:val="00D600C5"/>
    <w:rsid w:val="00D60317"/>
    <w:rsid w:val="00D605E1"/>
    <w:rsid w:val="00D6064E"/>
    <w:rsid w:val="00D606BE"/>
    <w:rsid w:val="00D6071F"/>
    <w:rsid w:val="00D6115F"/>
    <w:rsid w:val="00D62201"/>
    <w:rsid w:val="00D63037"/>
    <w:rsid w:val="00D63307"/>
    <w:rsid w:val="00D63B9F"/>
    <w:rsid w:val="00D63BA0"/>
    <w:rsid w:val="00D63D87"/>
    <w:rsid w:val="00D63EC6"/>
    <w:rsid w:val="00D640D3"/>
    <w:rsid w:val="00D644CF"/>
    <w:rsid w:val="00D6464D"/>
    <w:rsid w:val="00D66177"/>
    <w:rsid w:val="00D662A0"/>
    <w:rsid w:val="00D667BA"/>
    <w:rsid w:val="00D66C89"/>
    <w:rsid w:val="00D66CA4"/>
    <w:rsid w:val="00D66D37"/>
    <w:rsid w:val="00D672A5"/>
    <w:rsid w:val="00D6798D"/>
    <w:rsid w:val="00D70A59"/>
    <w:rsid w:val="00D70AE6"/>
    <w:rsid w:val="00D71371"/>
    <w:rsid w:val="00D71863"/>
    <w:rsid w:val="00D71DFA"/>
    <w:rsid w:val="00D71ECF"/>
    <w:rsid w:val="00D727F0"/>
    <w:rsid w:val="00D72F7D"/>
    <w:rsid w:val="00D7392C"/>
    <w:rsid w:val="00D73BC9"/>
    <w:rsid w:val="00D73EC7"/>
    <w:rsid w:val="00D74F37"/>
    <w:rsid w:val="00D75030"/>
    <w:rsid w:val="00D752D7"/>
    <w:rsid w:val="00D752EF"/>
    <w:rsid w:val="00D7577D"/>
    <w:rsid w:val="00D76211"/>
    <w:rsid w:val="00D763BD"/>
    <w:rsid w:val="00D76DBD"/>
    <w:rsid w:val="00D800BE"/>
    <w:rsid w:val="00D803D8"/>
    <w:rsid w:val="00D805FA"/>
    <w:rsid w:val="00D81403"/>
    <w:rsid w:val="00D81DE7"/>
    <w:rsid w:val="00D825D6"/>
    <w:rsid w:val="00D825F1"/>
    <w:rsid w:val="00D8461C"/>
    <w:rsid w:val="00D8509D"/>
    <w:rsid w:val="00D85217"/>
    <w:rsid w:val="00D8575A"/>
    <w:rsid w:val="00D85A3C"/>
    <w:rsid w:val="00D86126"/>
    <w:rsid w:val="00D869B9"/>
    <w:rsid w:val="00D87002"/>
    <w:rsid w:val="00D9188A"/>
    <w:rsid w:val="00D91B87"/>
    <w:rsid w:val="00D9297E"/>
    <w:rsid w:val="00D9337A"/>
    <w:rsid w:val="00D94D8D"/>
    <w:rsid w:val="00D94EA1"/>
    <w:rsid w:val="00D95042"/>
    <w:rsid w:val="00D95739"/>
    <w:rsid w:val="00D95CC4"/>
    <w:rsid w:val="00D96614"/>
    <w:rsid w:val="00D967E2"/>
    <w:rsid w:val="00D974FE"/>
    <w:rsid w:val="00D9754C"/>
    <w:rsid w:val="00D9755F"/>
    <w:rsid w:val="00D976D6"/>
    <w:rsid w:val="00DA03C5"/>
    <w:rsid w:val="00DA125B"/>
    <w:rsid w:val="00DA184D"/>
    <w:rsid w:val="00DA1B7D"/>
    <w:rsid w:val="00DA1BA8"/>
    <w:rsid w:val="00DA2044"/>
    <w:rsid w:val="00DA231E"/>
    <w:rsid w:val="00DA38E3"/>
    <w:rsid w:val="00DA3C76"/>
    <w:rsid w:val="00DA51E4"/>
    <w:rsid w:val="00DA5F54"/>
    <w:rsid w:val="00DA66A6"/>
    <w:rsid w:val="00DA70AF"/>
    <w:rsid w:val="00DA7521"/>
    <w:rsid w:val="00DA7DC9"/>
    <w:rsid w:val="00DA7DDE"/>
    <w:rsid w:val="00DB04AA"/>
    <w:rsid w:val="00DB09C0"/>
    <w:rsid w:val="00DB1799"/>
    <w:rsid w:val="00DB27F2"/>
    <w:rsid w:val="00DB30B2"/>
    <w:rsid w:val="00DB44F5"/>
    <w:rsid w:val="00DB4DBF"/>
    <w:rsid w:val="00DB5054"/>
    <w:rsid w:val="00DB5367"/>
    <w:rsid w:val="00DB5647"/>
    <w:rsid w:val="00DB70F4"/>
    <w:rsid w:val="00DB7AE2"/>
    <w:rsid w:val="00DC0002"/>
    <w:rsid w:val="00DC0186"/>
    <w:rsid w:val="00DC0330"/>
    <w:rsid w:val="00DC093A"/>
    <w:rsid w:val="00DC0A4E"/>
    <w:rsid w:val="00DC0D06"/>
    <w:rsid w:val="00DC1235"/>
    <w:rsid w:val="00DC1386"/>
    <w:rsid w:val="00DC13A4"/>
    <w:rsid w:val="00DC14A3"/>
    <w:rsid w:val="00DC1E72"/>
    <w:rsid w:val="00DC1F7A"/>
    <w:rsid w:val="00DC2F02"/>
    <w:rsid w:val="00DC39F3"/>
    <w:rsid w:val="00DC453E"/>
    <w:rsid w:val="00DC56A3"/>
    <w:rsid w:val="00DC5AE0"/>
    <w:rsid w:val="00DC6A6F"/>
    <w:rsid w:val="00DC73F4"/>
    <w:rsid w:val="00DC75E6"/>
    <w:rsid w:val="00DC7EA9"/>
    <w:rsid w:val="00DD0767"/>
    <w:rsid w:val="00DD0A9B"/>
    <w:rsid w:val="00DD127A"/>
    <w:rsid w:val="00DD14CE"/>
    <w:rsid w:val="00DD17B1"/>
    <w:rsid w:val="00DD193A"/>
    <w:rsid w:val="00DD1F05"/>
    <w:rsid w:val="00DD2019"/>
    <w:rsid w:val="00DD259E"/>
    <w:rsid w:val="00DD28B5"/>
    <w:rsid w:val="00DD2CAC"/>
    <w:rsid w:val="00DD3108"/>
    <w:rsid w:val="00DD3694"/>
    <w:rsid w:val="00DD370F"/>
    <w:rsid w:val="00DD407E"/>
    <w:rsid w:val="00DD4B14"/>
    <w:rsid w:val="00DD4BC1"/>
    <w:rsid w:val="00DD4FE9"/>
    <w:rsid w:val="00DD5924"/>
    <w:rsid w:val="00DD67FD"/>
    <w:rsid w:val="00DD716A"/>
    <w:rsid w:val="00DD7263"/>
    <w:rsid w:val="00DD7614"/>
    <w:rsid w:val="00DD7753"/>
    <w:rsid w:val="00DD7D06"/>
    <w:rsid w:val="00DD7F02"/>
    <w:rsid w:val="00DE0285"/>
    <w:rsid w:val="00DE0385"/>
    <w:rsid w:val="00DE0726"/>
    <w:rsid w:val="00DE0A84"/>
    <w:rsid w:val="00DE0AF3"/>
    <w:rsid w:val="00DE1707"/>
    <w:rsid w:val="00DE18B0"/>
    <w:rsid w:val="00DE1C3C"/>
    <w:rsid w:val="00DE24A7"/>
    <w:rsid w:val="00DE2A86"/>
    <w:rsid w:val="00DE2CC5"/>
    <w:rsid w:val="00DE2ECB"/>
    <w:rsid w:val="00DE3049"/>
    <w:rsid w:val="00DE32BF"/>
    <w:rsid w:val="00DE4551"/>
    <w:rsid w:val="00DE4FF4"/>
    <w:rsid w:val="00DE50D7"/>
    <w:rsid w:val="00DE553B"/>
    <w:rsid w:val="00DE5809"/>
    <w:rsid w:val="00DE6470"/>
    <w:rsid w:val="00DE689C"/>
    <w:rsid w:val="00DE6C68"/>
    <w:rsid w:val="00DE733B"/>
    <w:rsid w:val="00DE7513"/>
    <w:rsid w:val="00DE75DB"/>
    <w:rsid w:val="00DE76A3"/>
    <w:rsid w:val="00DE7C28"/>
    <w:rsid w:val="00DF0947"/>
    <w:rsid w:val="00DF1132"/>
    <w:rsid w:val="00DF1284"/>
    <w:rsid w:val="00DF12AC"/>
    <w:rsid w:val="00DF13AB"/>
    <w:rsid w:val="00DF18AF"/>
    <w:rsid w:val="00DF1DAB"/>
    <w:rsid w:val="00DF24EC"/>
    <w:rsid w:val="00DF2D84"/>
    <w:rsid w:val="00DF3181"/>
    <w:rsid w:val="00DF3D28"/>
    <w:rsid w:val="00DF441A"/>
    <w:rsid w:val="00DF4815"/>
    <w:rsid w:val="00DF5103"/>
    <w:rsid w:val="00DF5768"/>
    <w:rsid w:val="00DF72E6"/>
    <w:rsid w:val="00DF73AD"/>
    <w:rsid w:val="00DF75C6"/>
    <w:rsid w:val="00DF7D1F"/>
    <w:rsid w:val="00E00A63"/>
    <w:rsid w:val="00E021F2"/>
    <w:rsid w:val="00E0317F"/>
    <w:rsid w:val="00E03349"/>
    <w:rsid w:val="00E044AF"/>
    <w:rsid w:val="00E046F7"/>
    <w:rsid w:val="00E04AEB"/>
    <w:rsid w:val="00E04E55"/>
    <w:rsid w:val="00E05B1F"/>
    <w:rsid w:val="00E05DF8"/>
    <w:rsid w:val="00E062A6"/>
    <w:rsid w:val="00E06C0B"/>
    <w:rsid w:val="00E0784C"/>
    <w:rsid w:val="00E108DA"/>
    <w:rsid w:val="00E10906"/>
    <w:rsid w:val="00E110FA"/>
    <w:rsid w:val="00E1141D"/>
    <w:rsid w:val="00E115F2"/>
    <w:rsid w:val="00E11C0D"/>
    <w:rsid w:val="00E12391"/>
    <w:rsid w:val="00E137C5"/>
    <w:rsid w:val="00E138D5"/>
    <w:rsid w:val="00E13CDA"/>
    <w:rsid w:val="00E14170"/>
    <w:rsid w:val="00E1448C"/>
    <w:rsid w:val="00E1465A"/>
    <w:rsid w:val="00E15050"/>
    <w:rsid w:val="00E15107"/>
    <w:rsid w:val="00E16152"/>
    <w:rsid w:val="00E16E08"/>
    <w:rsid w:val="00E17134"/>
    <w:rsid w:val="00E17823"/>
    <w:rsid w:val="00E17DB5"/>
    <w:rsid w:val="00E20204"/>
    <w:rsid w:val="00E20225"/>
    <w:rsid w:val="00E2075D"/>
    <w:rsid w:val="00E20C22"/>
    <w:rsid w:val="00E21A7B"/>
    <w:rsid w:val="00E21B26"/>
    <w:rsid w:val="00E21B61"/>
    <w:rsid w:val="00E21E63"/>
    <w:rsid w:val="00E21E8F"/>
    <w:rsid w:val="00E22B0E"/>
    <w:rsid w:val="00E22FD8"/>
    <w:rsid w:val="00E23319"/>
    <w:rsid w:val="00E236EC"/>
    <w:rsid w:val="00E241B7"/>
    <w:rsid w:val="00E2519E"/>
    <w:rsid w:val="00E25594"/>
    <w:rsid w:val="00E2631B"/>
    <w:rsid w:val="00E265EA"/>
    <w:rsid w:val="00E3000B"/>
    <w:rsid w:val="00E3000C"/>
    <w:rsid w:val="00E3019F"/>
    <w:rsid w:val="00E30523"/>
    <w:rsid w:val="00E307BE"/>
    <w:rsid w:val="00E31373"/>
    <w:rsid w:val="00E31930"/>
    <w:rsid w:val="00E3262F"/>
    <w:rsid w:val="00E32CF5"/>
    <w:rsid w:val="00E33598"/>
    <w:rsid w:val="00E33BE8"/>
    <w:rsid w:val="00E33DAB"/>
    <w:rsid w:val="00E3437D"/>
    <w:rsid w:val="00E344CC"/>
    <w:rsid w:val="00E3497B"/>
    <w:rsid w:val="00E34DBB"/>
    <w:rsid w:val="00E35A4B"/>
    <w:rsid w:val="00E369F1"/>
    <w:rsid w:val="00E36E0F"/>
    <w:rsid w:val="00E372B8"/>
    <w:rsid w:val="00E376C8"/>
    <w:rsid w:val="00E40291"/>
    <w:rsid w:val="00E405CF"/>
    <w:rsid w:val="00E40EBB"/>
    <w:rsid w:val="00E40F64"/>
    <w:rsid w:val="00E41170"/>
    <w:rsid w:val="00E4126A"/>
    <w:rsid w:val="00E413F4"/>
    <w:rsid w:val="00E41983"/>
    <w:rsid w:val="00E41BAD"/>
    <w:rsid w:val="00E422E8"/>
    <w:rsid w:val="00E42333"/>
    <w:rsid w:val="00E425FE"/>
    <w:rsid w:val="00E43A61"/>
    <w:rsid w:val="00E43C54"/>
    <w:rsid w:val="00E44F6C"/>
    <w:rsid w:val="00E45036"/>
    <w:rsid w:val="00E452F2"/>
    <w:rsid w:val="00E45AAC"/>
    <w:rsid w:val="00E45B25"/>
    <w:rsid w:val="00E4749F"/>
    <w:rsid w:val="00E50FBA"/>
    <w:rsid w:val="00E51265"/>
    <w:rsid w:val="00E51965"/>
    <w:rsid w:val="00E51CF8"/>
    <w:rsid w:val="00E520F1"/>
    <w:rsid w:val="00E5232A"/>
    <w:rsid w:val="00E5322C"/>
    <w:rsid w:val="00E5339A"/>
    <w:rsid w:val="00E54B5C"/>
    <w:rsid w:val="00E56717"/>
    <w:rsid w:val="00E5721F"/>
    <w:rsid w:val="00E573F6"/>
    <w:rsid w:val="00E575CC"/>
    <w:rsid w:val="00E57F2A"/>
    <w:rsid w:val="00E60BBB"/>
    <w:rsid w:val="00E60BBD"/>
    <w:rsid w:val="00E60C12"/>
    <w:rsid w:val="00E60FAB"/>
    <w:rsid w:val="00E6119E"/>
    <w:rsid w:val="00E61D8B"/>
    <w:rsid w:val="00E623AE"/>
    <w:rsid w:val="00E6246F"/>
    <w:rsid w:val="00E62F4E"/>
    <w:rsid w:val="00E63D32"/>
    <w:rsid w:val="00E6442F"/>
    <w:rsid w:val="00E64815"/>
    <w:rsid w:val="00E648F6"/>
    <w:rsid w:val="00E64C37"/>
    <w:rsid w:val="00E64D53"/>
    <w:rsid w:val="00E64D7E"/>
    <w:rsid w:val="00E64F0D"/>
    <w:rsid w:val="00E6663B"/>
    <w:rsid w:val="00E668D7"/>
    <w:rsid w:val="00E66CF3"/>
    <w:rsid w:val="00E66FBF"/>
    <w:rsid w:val="00E67402"/>
    <w:rsid w:val="00E67F21"/>
    <w:rsid w:val="00E70006"/>
    <w:rsid w:val="00E70C86"/>
    <w:rsid w:val="00E718D4"/>
    <w:rsid w:val="00E71A43"/>
    <w:rsid w:val="00E7201C"/>
    <w:rsid w:val="00E728D3"/>
    <w:rsid w:val="00E72C0B"/>
    <w:rsid w:val="00E72CBB"/>
    <w:rsid w:val="00E72F18"/>
    <w:rsid w:val="00E73B9F"/>
    <w:rsid w:val="00E73C54"/>
    <w:rsid w:val="00E75326"/>
    <w:rsid w:val="00E75AD9"/>
    <w:rsid w:val="00E75D5D"/>
    <w:rsid w:val="00E7616F"/>
    <w:rsid w:val="00E7666C"/>
    <w:rsid w:val="00E76B69"/>
    <w:rsid w:val="00E77499"/>
    <w:rsid w:val="00E774D2"/>
    <w:rsid w:val="00E802E1"/>
    <w:rsid w:val="00E8293E"/>
    <w:rsid w:val="00E82CA1"/>
    <w:rsid w:val="00E82F26"/>
    <w:rsid w:val="00E83A34"/>
    <w:rsid w:val="00E841BB"/>
    <w:rsid w:val="00E84257"/>
    <w:rsid w:val="00E847FB"/>
    <w:rsid w:val="00E84ED9"/>
    <w:rsid w:val="00E85A78"/>
    <w:rsid w:val="00E86233"/>
    <w:rsid w:val="00E864CB"/>
    <w:rsid w:val="00E86A78"/>
    <w:rsid w:val="00E87007"/>
    <w:rsid w:val="00E87860"/>
    <w:rsid w:val="00E902D9"/>
    <w:rsid w:val="00E904B7"/>
    <w:rsid w:val="00E905CE"/>
    <w:rsid w:val="00E90D62"/>
    <w:rsid w:val="00E9173D"/>
    <w:rsid w:val="00E925D2"/>
    <w:rsid w:val="00E929E4"/>
    <w:rsid w:val="00E9395B"/>
    <w:rsid w:val="00E93A5B"/>
    <w:rsid w:val="00E94409"/>
    <w:rsid w:val="00E94C68"/>
    <w:rsid w:val="00E9548F"/>
    <w:rsid w:val="00E95693"/>
    <w:rsid w:val="00E956EE"/>
    <w:rsid w:val="00E9630B"/>
    <w:rsid w:val="00E9705C"/>
    <w:rsid w:val="00E97249"/>
    <w:rsid w:val="00E97566"/>
    <w:rsid w:val="00EA020A"/>
    <w:rsid w:val="00EA0555"/>
    <w:rsid w:val="00EA0A5D"/>
    <w:rsid w:val="00EA126F"/>
    <w:rsid w:val="00EA190F"/>
    <w:rsid w:val="00EA21D1"/>
    <w:rsid w:val="00EA24C4"/>
    <w:rsid w:val="00EA32E5"/>
    <w:rsid w:val="00EA40AE"/>
    <w:rsid w:val="00EA44C8"/>
    <w:rsid w:val="00EA4ED7"/>
    <w:rsid w:val="00EA5473"/>
    <w:rsid w:val="00EA5B8B"/>
    <w:rsid w:val="00EA5E2E"/>
    <w:rsid w:val="00EA657C"/>
    <w:rsid w:val="00EA73AC"/>
    <w:rsid w:val="00EA7CE0"/>
    <w:rsid w:val="00EB0044"/>
    <w:rsid w:val="00EB0A48"/>
    <w:rsid w:val="00EB20B8"/>
    <w:rsid w:val="00EB2485"/>
    <w:rsid w:val="00EB2755"/>
    <w:rsid w:val="00EB277A"/>
    <w:rsid w:val="00EB2979"/>
    <w:rsid w:val="00EB2BA3"/>
    <w:rsid w:val="00EB35D4"/>
    <w:rsid w:val="00EB3D72"/>
    <w:rsid w:val="00EB47CD"/>
    <w:rsid w:val="00EB4900"/>
    <w:rsid w:val="00EB504D"/>
    <w:rsid w:val="00EB585B"/>
    <w:rsid w:val="00EB5E10"/>
    <w:rsid w:val="00EB7F38"/>
    <w:rsid w:val="00EC0463"/>
    <w:rsid w:val="00EC048B"/>
    <w:rsid w:val="00EC12B3"/>
    <w:rsid w:val="00EC1F9E"/>
    <w:rsid w:val="00EC3511"/>
    <w:rsid w:val="00EC405F"/>
    <w:rsid w:val="00EC554C"/>
    <w:rsid w:val="00EC5B8D"/>
    <w:rsid w:val="00EC6087"/>
    <w:rsid w:val="00EC6941"/>
    <w:rsid w:val="00EC6A10"/>
    <w:rsid w:val="00EC7CF1"/>
    <w:rsid w:val="00ED0CB9"/>
    <w:rsid w:val="00ED0D79"/>
    <w:rsid w:val="00ED12EC"/>
    <w:rsid w:val="00ED130A"/>
    <w:rsid w:val="00ED3387"/>
    <w:rsid w:val="00ED4F7E"/>
    <w:rsid w:val="00ED683D"/>
    <w:rsid w:val="00ED71C0"/>
    <w:rsid w:val="00EE04E1"/>
    <w:rsid w:val="00EE0FFB"/>
    <w:rsid w:val="00EE150D"/>
    <w:rsid w:val="00EE2405"/>
    <w:rsid w:val="00EE282C"/>
    <w:rsid w:val="00EE2AB6"/>
    <w:rsid w:val="00EE33F9"/>
    <w:rsid w:val="00EE3FF2"/>
    <w:rsid w:val="00EE45F8"/>
    <w:rsid w:val="00EE4CBD"/>
    <w:rsid w:val="00EE4ED7"/>
    <w:rsid w:val="00EE58FF"/>
    <w:rsid w:val="00EE6457"/>
    <w:rsid w:val="00EE660B"/>
    <w:rsid w:val="00EE6E39"/>
    <w:rsid w:val="00EE6F05"/>
    <w:rsid w:val="00EE7211"/>
    <w:rsid w:val="00EE7647"/>
    <w:rsid w:val="00EE7C29"/>
    <w:rsid w:val="00EE7C53"/>
    <w:rsid w:val="00EF0DD4"/>
    <w:rsid w:val="00EF24DE"/>
    <w:rsid w:val="00EF29BB"/>
    <w:rsid w:val="00EF2B7C"/>
    <w:rsid w:val="00EF3BBA"/>
    <w:rsid w:val="00EF445F"/>
    <w:rsid w:val="00EF4D5D"/>
    <w:rsid w:val="00EF4DE9"/>
    <w:rsid w:val="00EF56F7"/>
    <w:rsid w:val="00EF6177"/>
    <w:rsid w:val="00EF6614"/>
    <w:rsid w:val="00EF6B94"/>
    <w:rsid w:val="00EF6F7B"/>
    <w:rsid w:val="00F011DE"/>
    <w:rsid w:val="00F01324"/>
    <w:rsid w:val="00F013CB"/>
    <w:rsid w:val="00F021B3"/>
    <w:rsid w:val="00F02297"/>
    <w:rsid w:val="00F026DE"/>
    <w:rsid w:val="00F02AC7"/>
    <w:rsid w:val="00F03534"/>
    <w:rsid w:val="00F036A4"/>
    <w:rsid w:val="00F038F5"/>
    <w:rsid w:val="00F04CB5"/>
    <w:rsid w:val="00F05971"/>
    <w:rsid w:val="00F06FB0"/>
    <w:rsid w:val="00F06FCE"/>
    <w:rsid w:val="00F07187"/>
    <w:rsid w:val="00F07363"/>
    <w:rsid w:val="00F075C2"/>
    <w:rsid w:val="00F078C2"/>
    <w:rsid w:val="00F07B02"/>
    <w:rsid w:val="00F07B51"/>
    <w:rsid w:val="00F07D9C"/>
    <w:rsid w:val="00F07EBF"/>
    <w:rsid w:val="00F1040C"/>
    <w:rsid w:val="00F10B82"/>
    <w:rsid w:val="00F1143B"/>
    <w:rsid w:val="00F117AA"/>
    <w:rsid w:val="00F119E5"/>
    <w:rsid w:val="00F11FAF"/>
    <w:rsid w:val="00F13407"/>
    <w:rsid w:val="00F13A17"/>
    <w:rsid w:val="00F13A64"/>
    <w:rsid w:val="00F13DAC"/>
    <w:rsid w:val="00F14A28"/>
    <w:rsid w:val="00F14EBA"/>
    <w:rsid w:val="00F15322"/>
    <w:rsid w:val="00F1587A"/>
    <w:rsid w:val="00F162CB"/>
    <w:rsid w:val="00F167E2"/>
    <w:rsid w:val="00F16ABE"/>
    <w:rsid w:val="00F16C5F"/>
    <w:rsid w:val="00F176AB"/>
    <w:rsid w:val="00F17B9B"/>
    <w:rsid w:val="00F17CEE"/>
    <w:rsid w:val="00F204D9"/>
    <w:rsid w:val="00F20CCA"/>
    <w:rsid w:val="00F213CA"/>
    <w:rsid w:val="00F21B6D"/>
    <w:rsid w:val="00F2239D"/>
    <w:rsid w:val="00F22429"/>
    <w:rsid w:val="00F2251F"/>
    <w:rsid w:val="00F23A82"/>
    <w:rsid w:val="00F24904"/>
    <w:rsid w:val="00F25A1E"/>
    <w:rsid w:val="00F25BD6"/>
    <w:rsid w:val="00F25FD5"/>
    <w:rsid w:val="00F26519"/>
    <w:rsid w:val="00F269C3"/>
    <w:rsid w:val="00F271DB"/>
    <w:rsid w:val="00F27354"/>
    <w:rsid w:val="00F27D0B"/>
    <w:rsid w:val="00F30169"/>
    <w:rsid w:val="00F302B0"/>
    <w:rsid w:val="00F307CC"/>
    <w:rsid w:val="00F30C57"/>
    <w:rsid w:val="00F3115A"/>
    <w:rsid w:val="00F32209"/>
    <w:rsid w:val="00F3341C"/>
    <w:rsid w:val="00F33668"/>
    <w:rsid w:val="00F33A6B"/>
    <w:rsid w:val="00F33FA7"/>
    <w:rsid w:val="00F33FF7"/>
    <w:rsid w:val="00F34518"/>
    <w:rsid w:val="00F34542"/>
    <w:rsid w:val="00F34D8E"/>
    <w:rsid w:val="00F34FD9"/>
    <w:rsid w:val="00F35245"/>
    <w:rsid w:val="00F36416"/>
    <w:rsid w:val="00F36A58"/>
    <w:rsid w:val="00F36B8D"/>
    <w:rsid w:val="00F37528"/>
    <w:rsid w:val="00F37C11"/>
    <w:rsid w:val="00F37CFD"/>
    <w:rsid w:val="00F406E1"/>
    <w:rsid w:val="00F407B7"/>
    <w:rsid w:val="00F40883"/>
    <w:rsid w:val="00F419C8"/>
    <w:rsid w:val="00F41C7D"/>
    <w:rsid w:val="00F423DB"/>
    <w:rsid w:val="00F424C2"/>
    <w:rsid w:val="00F4252A"/>
    <w:rsid w:val="00F425AF"/>
    <w:rsid w:val="00F431F4"/>
    <w:rsid w:val="00F44754"/>
    <w:rsid w:val="00F45EC3"/>
    <w:rsid w:val="00F45F1A"/>
    <w:rsid w:val="00F461A4"/>
    <w:rsid w:val="00F468BF"/>
    <w:rsid w:val="00F469E7"/>
    <w:rsid w:val="00F47002"/>
    <w:rsid w:val="00F47348"/>
    <w:rsid w:val="00F4748E"/>
    <w:rsid w:val="00F51494"/>
    <w:rsid w:val="00F52218"/>
    <w:rsid w:val="00F52CCC"/>
    <w:rsid w:val="00F53561"/>
    <w:rsid w:val="00F53810"/>
    <w:rsid w:val="00F54161"/>
    <w:rsid w:val="00F541E4"/>
    <w:rsid w:val="00F542D2"/>
    <w:rsid w:val="00F54573"/>
    <w:rsid w:val="00F548A5"/>
    <w:rsid w:val="00F5578E"/>
    <w:rsid w:val="00F5583E"/>
    <w:rsid w:val="00F56066"/>
    <w:rsid w:val="00F5642E"/>
    <w:rsid w:val="00F56C0B"/>
    <w:rsid w:val="00F57E76"/>
    <w:rsid w:val="00F60349"/>
    <w:rsid w:val="00F60A85"/>
    <w:rsid w:val="00F617D8"/>
    <w:rsid w:val="00F61D4A"/>
    <w:rsid w:val="00F61D56"/>
    <w:rsid w:val="00F61F6D"/>
    <w:rsid w:val="00F62787"/>
    <w:rsid w:val="00F62AED"/>
    <w:rsid w:val="00F62D07"/>
    <w:rsid w:val="00F631F8"/>
    <w:rsid w:val="00F63F18"/>
    <w:rsid w:val="00F644C7"/>
    <w:rsid w:val="00F65D92"/>
    <w:rsid w:val="00F66172"/>
    <w:rsid w:val="00F6623B"/>
    <w:rsid w:val="00F664F1"/>
    <w:rsid w:val="00F676E2"/>
    <w:rsid w:val="00F67AEB"/>
    <w:rsid w:val="00F701CB"/>
    <w:rsid w:val="00F70DA9"/>
    <w:rsid w:val="00F70E78"/>
    <w:rsid w:val="00F715C6"/>
    <w:rsid w:val="00F71F84"/>
    <w:rsid w:val="00F724CD"/>
    <w:rsid w:val="00F7272E"/>
    <w:rsid w:val="00F72A0A"/>
    <w:rsid w:val="00F72D83"/>
    <w:rsid w:val="00F73660"/>
    <w:rsid w:val="00F7385E"/>
    <w:rsid w:val="00F73B40"/>
    <w:rsid w:val="00F7422F"/>
    <w:rsid w:val="00F7470A"/>
    <w:rsid w:val="00F7479A"/>
    <w:rsid w:val="00F74EBA"/>
    <w:rsid w:val="00F75302"/>
    <w:rsid w:val="00F7617D"/>
    <w:rsid w:val="00F772F7"/>
    <w:rsid w:val="00F7741D"/>
    <w:rsid w:val="00F775EC"/>
    <w:rsid w:val="00F778B3"/>
    <w:rsid w:val="00F80E10"/>
    <w:rsid w:val="00F82634"/>
    <w:rsid w:val="00F82897"/>
    <w:rsid w:val="00F82907"/>
    <w:rsid w:val="00F834D2"/>
    <w:rsid w:val="00F835A3"/>
    <w:rsid w:val="00F83AAB"/>
    <w:rsid w:val="00F83AD4"/>
    <w:rsid w:val="00F83FAE"/>
    <w:rsid w:val="00F84C39"/>
    <w:rsid w:val="00F85019"/>
    <w:rsid w:val="00F8515C"/>
    <w:rsid w:val="00F85A26"/>
    <w:rsid w:val="00F85AB9"/>
    <w:rsid w:val="00F8612F"/>
    <w:rsid w:val="00F86E67"/>
    <w:rsid w:val="00F870E4"/>
    <w:rsid w:val="00F875A3"/>
    <w:rsid w:val="00F91A8E"/>
    <w:rsid w:val="00F91CF2"/>
    <w:rsid w:val="00F91D04"/>
    <w:rsid w:val="00F9214D"/>
    <w:rsid w:val="00F92830"/>
    <w:rsid w:val="00F92A63"/>
    <w:rsid w:val="00F92ADC"/>
    <w:rsid w:val="00F93102"/>
    <w:rsid w:val="00F938C8"/>
    <w:rsid w:val="00F95054"/>
    <w:rsid w:val="00F956E1"/>
    <w:rsid w:val="00F95E36"/>
    <w:rsid w:val="00F96BB7"/>
    <w:rsid w:val="00F97E97"/>
    <w:rsid w:val="00FA0091"/>
    <w:rsid w:val="00FA0375"/>
    <w:rsid w:val="00FA04A6"/>
    <w:rsid w:val="00FA0A21"/>
    <w:rsid w:val="00FA16B2"/>
    <w:rsid w:val="00FA19D2"/>
    <w:rsid w:val="00FA1C99"/>
    <w:rsid w:val="00FA25BD"/>
    <w:rsid w:val="00FA2DC5"/>
    <w:rsid w:val="00FA2DF8"/>
    <w:rsid w:val="00FA4DF5"/>
    <w:rsid w:val="00FA5559"/>
    <w:rsid w:val="00FA60A9"/>
    <w:rsid w:val="00FA6424"/>
    <w:rsid w:val="00FA7163"/>
    <w:rsid w:val="00FA758C"/>
    <w:rsid w:val="00FA7EE2"/>
    <w:rsid w:val="00FB0F80"/>
    <w:rsid w:val="00FB174F"/>
    <w:rsid w:val="00FB251A"/>
    <w:rsid w:val="00FB347A"/>
    <w:rsid w:val="00FB3A97"/>
    <w:rsid w:val="00FB41D3"/>
    <w:rsid w:val="00FB4B58"/>
    <w:rsid w:val="00FB4DE0"/>
    <w:rsid w:val="00FB4F39"/>
    <w:rsid w:val="00FB4FDB"/>
    <w:rsid w:val="00FB5FF3"/>
    <w:rsid w:val="00FB65C5"/>
    <w:rsid w:val="00FB690E"/>
    <w:rsid w:val="00FB69D5"/>
    <w:rsid w:val="00FB69D7"/>
    <w:rsid w:val="00FC15B1"/>
    <w:rsid w:val="00FC165E"/>
    <w:rsid w:val="00FC3049"/>
    <w:rsid w:val="00FC4037"/>
    <w:rsid w:val="00FC48EB"/>
    <w:rsid w:val="00FC5D61"/>
    <w:rsid w:val="00FC693F"/>
    <w:rsid w:val="00FC7A3D"/>
    <w:rsid w:val="00FC7B83"/>
    <w:rsid w:val="00FC7C75"/>
    <w:rsid w:val="00FC7E47"/>
    <w:rsid w:val="00FD08AB"/>
    <w:rsid w:val="00FD1864"/>
    <w:rsid w:val="00FD2078"/>
    <w:rsid w:val="00FD2667"/>
    <w:rsid w:val="00FD2B9C"/>
    <w:rsid w:val="00FD2E59"/>
    <w:rsid w:val="00FD2F0A"/>
    <w:rsid w:val="00FD2F40"/>
    <w:rsid w:val="00FD3225"/>
    <w:rsid w:val="00FD3918"/>
    <w:rsid w:val="00FD3FBF"/>
    <w:rsid w:val="00FD44C8"/>
    <w:rsid w:val="00FD4E5A"/>
    <w:rsid w:val="00FD5221"/>
    <w:rsid w:val="00FD53A5"/>
    <w:rsid w:val="00FD570B"/>
    <w:rsid w:val="00FD5C05"/>
    <w:rsid w:val="00FD6049"/>
    <w:rsid w:val="00FD6157"/>
    <w:rsid w:val="00FD7329"/>
    <w:rsid w:val="00FD7D6B"/>
    <w:rsid w:val="00FD7EAF"/>
    <w:rsid w:val="00FE012C"/>
    <w:rsid w:val="00FE0C0B"/>
    <w:rsid w:val="00FE13F9"/>
    <w:rsid w:val="00FE18CD"/>
    <w:rsid w:val="00FE19D8"/>
    <w:rsid w:val="00FE2547"/>
    <w:rsid w:val="00FE2894"/>
    <w:rsid w:val="00FE28F1"/>
    <w:rsid w:val="00FE2927"/>
    <w:rsid w:val="00FE2A8E"/>
    <w:rsid w:val="00FE333F"/>
    <w:rsid w:val="00FE3A26"/>
    <w:rsid w:val="00FE3EC3"/>
    <w:rsid w:val="00FE45F2"/>
    <w:rsid w:val="00FE4CEB"/>
    <w:rsid w:val="00FE4E68"/>
    <w:rsid w:val="00FE56A2"/>
    <w:rsid w:val="00FE7595"/>
    <w:rsid w:val="00FE76E8"/>
    <w:rsid w:val="00FE79D6"/>
    <w:rsid w:val="00FE7C00"/>
    <w:rsid w:val="00FF020D"/>
    <w:rsid w:val="00FF02B9"/>
    <w:rsid w:val="00FF0CBF"/>
    <w:rsid w:val="00FF19E1"/>
    <w:rsid w:val="00FF20BB"/>
    <w:rsid w:val="00FF21E3"/>
    <w:rsid w:val="00FF2AFA"/>
    <w:rsid w:val="00FF4294"/>
    <w:rsid w:val="00FF440A"/>
    <w:rsid w:val="00FF487E"/>
    <w:rsid w:val="00FF496A"/>
    <w:rsid w:val="00FF4B5A"/>
    <w:rsid w:val="00FF5064"/>
    <w:rsid w:val="00FF61F9"/>
    <w:rsid w:val="00FF6416"/>
    <w:rsid w:val="00FF731F"/>
    <w:rsid w:val="00FF7560"/>
    <w:rsid w:val="00FF7EF3"/>
    <w:rsid w:val="01653DBF"/>
    <w:rsid w:val="051D671D"/>
    <w:rsid w:val="060DD156"/>
    <w:rsid w:val="090AA043"/>
    <w:rsid w:val="0D41652F"/>
    <w:rsid w:val="0F3AC595"/>
    <w:rsid w:val="113CABDA"/>
    <w:rsid w:val="130DC859"/>
    <w:rsid w:val="137C8B2A"/>
    <w:rsid w:val="1393F72C"/>
    <w:rsid w:val="15A33609"/>
    <w:rsid w:val="166B744D"/>
    <w:rsid w:val="184D4454"/>
    <w:rsid w:val="1BE992B3"/>
    <w:rsid w:val="21FAE3D0"/>
    <w:rsid w:val="27D2C2A2"/>
    <w:rsid w:val="2841C423"/>
    <w:rsid w:val="2AEC074A"/>
    <w:rsid w:val="33270124"/>
    <w:rsid w:val="3336FAC1"/>
    <w:rsid w:val="33482657"/>
    <w:rsid w:val="3367FCCB"/>
    <w:rsid w:val="35688F92"/>
    <w:rsid w:val="366F08AD"/>
    <w:rsid w:val="3760A685"/>
    <w:rsid w:val="37F9BAE9"/>
    <w:rsid w:val="39EE4D44"/>
    <w:rsid w:val="3B3E9862"/>
    <w:rsid w:val="3B7724A2"/>
    <w:rsid w:val="40F6D3B4"/>
    <w:rsid w:val="470E7E8E"/>
    <w:rsid w:val="48512A88"/>
    <w:rsid w:val="4D150DE4"/>
    <w:rsid w:val="511795B7"/>
    <w:rsid w:val="512E393A"/>
    <w:rsid w:val="529C1FA2"/>
    <w:rsid w:val="52FDE7FB"/>
    <w:rsid w:val="591DE4CA"/>
    <w:rsid w:val="5AD910BD"/>
    <w:rsid w:val="5DEA2152"/>
    <w:rsid w:val="5EA1373F"/>
    <w:rsid w:val="60A2DADE"/>
    <w:rsid w:val="6145F35D"/>
    <w:rsid w:val="641F56A2"/>
    <w:rsid w:val="6AE2CA6D"/>
    <w:rsid w:val="6B40310C"/>
    <w:rsid w:val="6C1D710B"/>
    <w:rsid w:val="6C72B32D"/>
    <w:rsid w:val="6CEAD5E2"/>
    <w:rsid w:val="6EEFACB7"/>
    <w:rsid w:val="70CD1B81"/>
    <w:rsid w:val="73609B09"/>
    <w:rsid w:val="736E403A"/>
    <w:rsid w:val="7466CD97"/>
    <w:rsid w:val="776791D4"/>
    <w:rsid w:val="78A6AE5B"/>
    <w:rsid w:val="7B1BB107"/>
    <w:rsid w:val="7BF6B762"/>
    <w:rsid w:val="7DBAF904"/>
    <w:rsid w:val="7E1E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3E99F"/>
  <w14:defaultImageDpi w14:val="330"/>
  <w15:docId w15:val="{0880F019-9D06-4B41-A441-6347BC6F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aragrafoelencoCarattere">
    <w:name w:val="Paragrafo elenco Carattere"/>
    <w:link w:val="Paragrafoelenco"/>
    <w:uiPriority w:val="34"/>
    <w:qFormat/>
    <w:rsid w:val="001C428B"/>
  </w:style>
  <w:style w:type="paragraph" w:customStyle="1" w:styleId="Elencoacolori-Colore11">
    <w:name w:val="Elenco a colori - Colore 11"/>
    <w:basedOn w:val="Normale"/>
    <w:uiPriority w:val="34"/>
    <w:qFormat/>
    <w:rsid w:val="00D12B90"/>
    <w:pPr>
      <w:numPr>
        <w:numId w:val="11"/>
      </w:numPr>
      <w:spacing w:before="60" w:after="0" w:line="252" w:lineRule="auto"/>
      <w:contextualSpacing/>
      <w:jc w:val="both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uiPriority w:val="99"/>
    <w:unhideWhenUsed/>
    <w:rsid w:val="00D12B90"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E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FF4B5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5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532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175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175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175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75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75E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76C9C"/>
    <w:pPr>
      <w:spacing w:after="0" w:line="240" w:lineRule="auto"/>
    </w:pPr>
  </w:style>
  <w:style w:type="paragraph" w:styleId="Sommario1">
    <w:name w:val="toc 1"/>
    <w:basedOn w:val="Normale"/>
    <w:next w:val="Normale"/>
    <w:autoRedefine/>
    <w:uiPriority w:val="39"/>
    <w:unhideWhenUsed/>
    <w:rsid w:val="00212218"/>
    <w:pPr>
      <w:spacing w:after="10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077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077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40775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F66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6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8C075996-C4A1-4FAA-9DB6-9A834BD733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F1E89-A02E-49D6-9A24-4E8D8DDD7D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9F89E4-0DCC-4FCA-ACA8-085F9DB7C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435BC2-691F-43B6-9DDE-D76F37132070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406</Words>
  <Characters>2318</Characters>
  <Application>Microsoft Office Word</Application>
  <DocSecurity>0</DocSecurity>
  <Lines>19</Lines>
  <Paragraphs>5</Paragraphs>
  <ScaleCrop>false</ScaleCrop>
  <Manager/>
  <Company/>
  <LinksUpToDate>false</LinksUpToDate>
  <CharactersWithSpaces>2719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 Vessichelli</cp:lastModifiedBy>
  <cp:revision>380</cp:revision>
  <cp:lastPrinted>2026-07-04T00:39:00Z</cp:lastPrinted>
  <dcterms:created xsi:type="dcterms:W3CDTF">2026-07-10T23:25:00Z</dcterms:created>
  <dcterms:modified xsi:type="dcterms:W3CDTF">2026-09-22T09:38:00Z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2026-04-15T11:08:03Z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874e47c8-2408-4597-9f5d-69c0d38a97d5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0x010100E29FEADFC340DA40B2139D4BBB1A48D7</vt:lpwstr>
  </property>
  <property fmtid="{D5CDD505-2E9C-101B-9397-08002B2CF9AE}" pid="11" name="MediaServiceImageTags">
    <vt:lpwstr/>
  </property>
</Properties>
</file>