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DD2D" w14:textId="749427D8" w:rsidR="00987332" w:rsidRDefault="002F41A4" w:rsidP="00987332">
      <w:r>
        <w:rPr>
          <w:noProof/>
        </w:rPr>
        <w:drawing>
          <wp:anchor distT="0" distB="0" distL="114300" distR="114300" simplePos="0" relativeHeight="251660306" behindDoc="1" locked="0" layoutInCell="1" allowOverlap="1" wp14:anchorId="4DB3C8E7" wp14:editId="1575EB7B">
            <wp:simplePos x="0" y="0"/>
            <wp:positionH relativeFrom="margin">
              <wp:align>center</wp:align>
            </wp:positionH>
            <wp:positionV relativeFrom="page">
              <wp:posOffset>-207645</wp:posOffset>
            </wp:positionV>
            <wp:extent cx="7743825" cy="10955311"/>
            <wp:effectExtent l="0" t="0" r="0" b="0"/>
            <wp:wrapNone/>
            <wp:docPr id="396074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74211" name="Immagine 3960742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955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2D5CC" w14:textId="53371C47" w:rsidR="00987332" w:rsidRPr="0046029A" w:rsidRDefault="00987332" w:rsidP="00987332">
      <w:r w:rsidRPr="006A081D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3FFA798" wp14:editId="649E3248">
                <wp:simplePos x="0" y="0"/>
                <wp:positionH relativeFrom="leftMargin">
                  <wp:posOffset>240151</wp:posOffset>
                </wp:positionH>
                <wp:positionV relativeFrom="paragraph">
                  <wp:posOffset>-54293</wp:posOffset>
                </wp:positionV>
                <wp:extent cx="339612" cy="249959"/>
                <wp:effectExtent l="6667" t="0" r="0" b="0"/>
                <wp:wrapNone/>
                <wp:docPr id="1671109550" name="Arrow: Pentag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9612" cy="249959"/>
                        </a:xfrm>
                        <a:prstGeom prst="homePlate">
                          <a:avLst>
                            <a:gd name="adj" fmla="val 46382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81AB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8" o:spid="_x0000_s1026" type="#_x0000_t15" style="position:absolute;margin-left:18.9pt;margin-top:-4.3pt;width:26.75pt;height:19.7pt;rotation:90;z-index:251658245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" adj="14226" fillcolor="white [3212]" stroked="f" strokeweight="2pt">
                <w10:wrap anchorx="margin"/>
              </v:shape>
            </w:pict>
          </mc:Fallback>
        </mc:AlternateContent>
      </w:r>
    </w:p>
    <w:p w14:paraId="65B0D3C4" w14:textId="77777777" w:rsidR="00987332" w:rsidRDefault="00987332" w:rsidP="00987332"/>
    <w:p w14:paraId="4BB8EC2E" w14:textId="503DF95C" w:rsidR="00987332" w:rsidRDefault="00987332" w:rsidP="00987332"/>
    <w:p w14:paraId="104982B8" w14:textId="001C4E76" w:rsidR="00987332" w:rsidRDefault="00987332" w:rsidP="00987332"/>
    <w:p w14:paraId="6F2896CC" w14:textId="77777777" w:rsidR="00987332" w:rsidRDefault="00987332" w:rsidP="00987332"/>
    <w:p w14:paraId="032DF4AB" w14:textId="0ED41E8F" w:rsidR="00987332" w:rsidRDefault="00987332" w:rsidP="00987332"/>
    <w:p w14:paraId="150FEE9C" w14:textId="03D97119" w:rsidR="00987332" w:rsidRDefault="00987332" w:rsidP="00987332"/>
    <w:p w14:paraId="1F4189C7" w14:textId="2FE340E1" w:rsidR="00987332" w:rsidRDefault="00987332" w:rsidP="00987332"/>
    <w:p w14:paraId="304F5D21" w14:textId="710E2139" w:rsidR="00987332" w:rsidRDefault="00987332" w:rsidP="00987332"/>
    <w:p w14:paraId="6FB4798D" w14:textId="77777777" w:rsidR="00987332" w:rsidRDefault="00987332" w:rsidP="00987332"/>
    <w:p w14:paraId="79A809C2" w14:textId="77777777" w:rsidR="00987332" w:rsidRDefault="00987332" w:rsidP="00987332"/>
    <w:p w14:paraId="3E8B5B47" w14:textId="297CD2E1" w:rsidR="00987332" w:rsidRDefault="00987332" w:rsidP="00987332"/>
    <w:p w14:paraId="033979C1" w14:textId="7CE49E8C" w:rsidR="00987332" w:rsidRDefault="00987332" w:rsidP="00987332"/>
    <w:p w14:paraId="4F00951D" w14:textId="7607B818" w:rsidR="00987332" w:rsidRDefault="00987332" w:rsidP="00987332"/>
    <w:p w14:paraId="6465559F" w14:textId="373221DF" w:rsidR="00987332" w:rsidRDefault="00987332" w:rsidP="00987332"/>
    <w:p w14:paraId="1E92AEAC" w14:textId="58A2D641" w:rsidR="00987332" w:rsidRDefault="00987332" w:rsidP="00987332"/>
    <w:p w14:paraId="7C43C443" w14:textId="77777777" w:rsidR="00987332" w:rsidRDefault="00987332" w:rsidP="00987332"/>
    <w:p w14:paraId="64DAC016" w14:textId="212E7844" w:rsidR="0000682E" w:rsidRPr="00F80E10" w:rsidRDefault="002F41A4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  <w:r w:rsidRPr="006A081D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3285A23A" wp14:editId="7C6B9348">
                <wp:simplePos x="0" y="0"/>
                <wp:positionH relativeFrom="margin">
                  <wp:posOffset>-641985</wp:posOffset>
                </wp:positionH>
                <wp:positionV relativeFrom="paragraph">
                  <wp:posOffset>730250</wp:posOffset>
                </wp:positionV>
                <wp:extent cx="6719570" cy="1698172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570" cy="16981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0F720" w14:textId="77777777" w:rsidR="00987332" w:rsidRPr="00430ECF" w:rsidRDefault="00987332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7F81F26B" w14:textId="0EFA7529" w:rsidR="00B218BD" w:rsidRPr="002F41A4" w:rsidRDefault="008701D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Allegato </w:t>
                            </w:r>
                            <w:r w:rsidR="00B10726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1</w:t>
                            </w:r>
                            <w:r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14101"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- MODELLO C -</w:t>
                            </w:r>
                            <w:r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218BD"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AVVISO Azione 2.4 </w:t>
                            </w:r>
                          </w:p>
                          <w:p w14:paraId="48055620" w14:textId="3C295977" w:rsidR="00987332" w:rsidRPr="002F41A4" w:rsidRDefault="004479A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Programma Nazionale Capacità per la Coesione</w:t>
                            </w:r>
                            <w:r w:rsidR="00414D10"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Assistenza Tecnica</w:t>
                            </w:r>
                            <w:r w:rsidRPr="002F41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2072DC40" w14:textId="77777777" w:rsidR="005B69D6" w:rsidRPr="00430ECF" w:rsidRDefault="005B69D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5A2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0.55pt;margin-top:57.5pt;width:529.1pt;height:133.7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" filled="f" stroked="f">
                <v:textbox>
                  <w:txbxContent>
                    <w:p w14:paraId="48B0F720" w14:textId="77777777" w:rsidR="00987332" w:rsidRPr="00430ECF" w:rsidRDefault="00987332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7F81F26B" w14:textId="0EFA7529" w:rsidR="00B218BD" w:rsidRPr="002F41A4" w:rsidRDefault="008701D0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Allegato </w:t>
                      </w:r>
                      <w:r w:rsidR="00B10726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1</w:t>
                      </w:r>
                      <w:r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</w:t>
                      </w:r>
                      <w:r w:rsidR="00D14101"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- MODELLO C -</w:t>
                      </w:r>
                      <w:r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</w:t>
                      </w:r>
                      <w:r w:rsidR="00B218BD"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AVVISO Azione 2.4 </w:t>
                      </w:r>
                    </w:p>
                    <w:p w14:paraId="48055620" w14:textId="3C295977" w:rsidR="00987332" w:rsidRPr="002F41A4" w:rsidRDefault="004479A0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Programma Nazionale Capacità per la Coesione</w:t>
                      </w:r>
                      <w:r w:rsidR="00414D10"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Assistenza Tecnica</w:t>
                      </w:r>
                      <w:r w:rsidRPr="002F41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2021-2027</w:t>
                      </w:r>
                    </w:p>
                    <w:p w14:paraId="2072DC40" w14:textId="77777777" w:rsidR="005B69D6" w:rsidRPr="00430ECF" w:rsidRDefault="005B69D6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9D9" w:rsidRPr="00F80E10">
        <w:rPr>
          <w:rFonts w:eastAsiaTheme="majorEastAsia" w:cstheme="majorBidi"/>
          <w:b/>
          <w:color w:val="365F91" w:themeColor="accent1" w:themeShade="BF"/>
        </w:rPr>
        <w:br w:type="page"/>
      </w:r>
      <w:bookmarkStart w:id="0" w:name="_Hlk148026244"/>
    </w:p>
    <w:p w14:paraId="481C8A9E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071FF852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10A831EF" w14:textId="09FE9828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Bidi"/>
          <w:b/>
          <w:bCs/>
          <w:sz w:val="44"/>
          <w:szCs w:val="44"/>
        </w:rPr>
      </w:pPr>
      <w:r w:rsidRPr="006A081D">
        <w:rPr>
          <w:noProof/>
        </w:rPr>
        <w:drawing>
          <wp:inline distT="0" distB="0" distL="0" distR="0" wp14:anchorId="2C6C35D6" wp14:editId="4E5A217E">
            <wp:extent cx="3030448" cy="1216550"/>
            <wp:effectExtent l="0" t="0" r="0" b="3175"/>
            <wp:docPr id="7" name="Immagine 7" descr="PN Capacità per la Coesione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 Capacità per la Coesione 2021-20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277" cy="123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4D68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7DF64F5E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6D4FB904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HAnsi"/>
          <w:b/>
          <w:bCs/>
          <w:sz w:val="44"/>
          <w:szCs w:val="60"/>
        </w:rPr>
      </w:pPr>
    </w:p>
    <w:bookmarkEnd w:id="0"/>
    <w:p w14:paraId="105E1426" w14:textId="77777777" w:rsidR="00EA0A5C" w:rsidRDefault="00EA0A5C" w:rsidP="00EA0A5C">
      <w:pPr>
        <w:pStyle w:val="Titolo1"/>
        <w:jc w:val="center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MODELLO C</w:t>
      </w:r>
      <w:r w:rsidRPr="001C6474" w:rsidDel="00CE2B77">
        <w:rPr>
          <w:rFonts w:ascii="Calibri" w:hAnsi="Calibri" w:cs="Calibri"/>
          <w:color w:val="1F497D" w:themeColor="text2"/>
        </w:rPr>
        <w:t xml:space="preserve"> </w:t>
      </w:r>
      <w:r w:rsidRPr="001C6474">
        <w:rPr>
          <w:rFonts w:ascii="Calibri" w:hAnsi="Calibri" w:cs="Calibri"/>
          <w:color w:val="1F497D" w:themeColor="text2"/>
        </w:rPr>
        <w:t>–</w:t>
      </w:r>
      <w:r>
        <w:rPr>
          <w:rFonts w:ascii="Calibri" w:hAnsi="Calibri" w:cs="Calibri"/>
          <w:color w:val="1F497D" w:themeColor="text2"/>
        </w:rPr>
        <w:t xml:space="preserve"> P</w:t>
      </w:r>
      <w:r w:rsidRPr="001C6474">
        <w:rPr>
          <w:rFonts w:ascii="Calibri" w:hAnsi="Calibri" w:cs="Calibri"/>
          <w:color w:val="1F497D" w:themeColor="text2"/>
        </w:rPr>
        <w:t>ro</w:t>
      </w:r>
      <w:r>
        <w:rPr>
          <w:rFonts w:ascii="Calibri" w:hAnsi="Calibri" w:cs="Calibri"/>
          <w:color w:val="1F497D" w:themeColor="text2"/>
        </w:rPr>
        <w:t>posta progettuale</w:t>
      </w:r>
    </w:p>
    <w:p w14:paraId="2553CA52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1A8577E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0D563AD5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401BA34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38D446D2" w14:textId="77777777" w:rsidR="007A3993" w:rsidRDefault="007A399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1BA2A6D7" w14:textId="77777777" w:rsidR="007A3993" w:rsidRDefault="007A399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37FFEFF4" w14:textId="77777777" w:rsidR="007A3993" w:rsidRDefault="007A399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0D0F368D" w14:textId="77777777" w:rsidR="007A3993" w:rsidRDefault="007A3993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7F544AA3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5FC0399D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6C6F132D" w14:textId="238D27B5" w:rsidR="00AF1D26" w:rsidRPr="001A6CBF" w:rsidRDefault="00AF1D26" w:rsidP="00AF1D26">
      <w:pPr>
        <w:spacing w:after="40" w:line="240" w:lineRule="auto"/>
        <w:ind w:left="-360"/>
        <w:jc w:val="both"/>
        <w:rPr>
          <w:rFonts w:asciiTheme="majorHAnsi" w:hAnsiTheme="majorHAnsi" w:cstheme="majorBidi"/>
          <w:sz w:val="44"/>
          <w:szCs w:val="44"/>
        </w:rPr>
      </w:pPr>
    </w:p>
    <w:p w14:paraId="550E34AC" w14:textId="7DE45D09" w:rsidR="00954CDF" w:rsidRPr="001C6474" w:rsidRDefault="00954CDF" w:rsidP="000270A4">
      <w:pPr>
        <w:spacing w:after="40" w:line="360" w:lineRule="auto"/>
        <w:rPr>
          <w:rFonts w:ascii="Calibri" w:hAnsi="Calibri" w:cs="Calibri"/>
        </w:rPr>
      </w:pPr>
      <w:r w:rsidRPr="001C6474">
        <w:rPr>
          <w:rFonts w:ascii="Calibri" w:hAnsi="Calibri" w:cs="Calibri"/>
        </w:rPr>
        <w:br w:type="page"/>
      </w:r>
    </w:p>
    <w:p w14:paraId="6586CB7D" w14:textId="77777777" w:rsidR="008701D0" w:rsidRDefault="008701D0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</w:p>
    <w:p w14:paraId="1EE19A65" w14:textId="77777777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</w:p>
    <w:p w14:paraId="72C9465B" w14:textId="4B9DD095" w:rsidR="00BE6E78" w:rsidRPr="00B57EE8" w:rsidRDefault="00EA0A5C" w:rsidP="00B57EE8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  <w:r w:rsidRPr="00B57EE8">
        <w:rPr>
          <w:rFonts w:ascii="Calibri" w:hAnsi="Calibri" w:cs="Calibri"/>
          <w:b/>
          <w:color w:val="1F497D" w:themeColor="text2"/>
        </w:rPr>
        <w:t>Proposta progettuale</w:t>
      </w:r>
    </w:p>
    <w:p w14:paraId="2D884490" w14:textId="1648DC94" w:rsidR="0082139B" w:rsidRPr="001C6474" w:rsidRDefault="00F01324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La</w:t>
      </w:r>
      <w:r w:rsidR="0082139B" w:rsidRPr="001C6474">
        <w:rPr>
          <w:rFonts w:ascii="Calibri" w:hAnsi="Calibri" w:cs="Calibri"/>
          <w:color w:val="1F497D" w:themeColor="text2"/>
        </w:rPr>
        <w:t xml:space="preserve"> presente </w:t>
      </w:r>
      <w:r w:rsidR="00F47348">
        <w:rPr>
          <w:rFonts w:ascii="Calibri" w:hAnsi="Calibri" w:cs="Calibri"/>
          <w:color w:val="1F497D" w:themeColor="text2"/>
        </w:rPr>
        <w:t>p</w:t>
      </w:r>
      <w:r w:rsidRPr="001C6474">
        <w:rPr>
          <w:rFonts w:ascii="Calibri" w:hAnsi="Calibri" w:cs="Calibri"/>
          <w:color w:val="1F497D" w:themeColor="text2"/>
        </w:rPr>
        <w:t xml:space="preserve">roposta </w:t>
      </w:r>
      <w:r w:rsidR="00F47348">
        <w:rPr>
          <w:rFonts w:ascii="Calibri" w:hAnsi="Calibri" w:cs="Calibri"/>
          <w:color w:val="1F497D" w:themeColor="text2"/>
        </w:rPr>
        <w:t xml:space="preserve">progettuale </w:t>
      </w:r>
      <w:r w:rsidR="0082139B" w:rsidRPr="001C6474">
        <w:rPr>
          <w:rFonts w:ascii="Calibri" w:hAnsi="Calibri" w:cs="Calibri"/>
          <w:color w:val="1F497D" w:themeColor="text2"/>
        </w:rPr>
        <w:t>deve essere compilat</w:t>
      </w:r>
      <w:r w:rsidR="00C70FE5">
        <w:rPr>
          <w:rFonts w:ascii="Calibri" w:hAnsi="Calibri" w:cs="Calibri"/>
          <w:color w:val="1F497D" w:themeColor="text2"/>
        </w:rPr>
        <w:t>a</w:t>
      </w:r>
      <w:r w:rsidR="0082139B" w:rsidRPr="001C6474">
        <w:rPr>
          <w:rFonts w:ascii="Calibri" w:hAnsi="Calibri" w:cs="Calibri"/>
          <w:color w:val="1F497D" w:themeColor="text2"/>
        </w:rPr>
        <w:t xml:space="preserve"> in tutte le sue parti</w:t>
      </w:r>
      <w:r w:rsidR="00F62787">
        <w:rPr>
          <w:rFonts w:ascii="Calibri" w:hAnsi="Calibri" w:cs="Calibri"/>
          <w:color w:val="1F497D" w:themeColor="text2"/>
        </w:rPr>
        <w:t xml:space="preserve"> e </w:t>
      </w:r>
      <w:r w:rsidR="0082139B" w:rsidRPr="001C6474">
        <w:rPr>
          <w:rFonts w:ascii="Calibri" w:hAnsi="Calibri" w:cs="Calibri"/>
          <w:color w:val="1F497D" w:themeColor="text2"/>
        </w:rPr>
        <w:t>redatta in modo chiaro, coerente e sintetico, nel rispetto delle indicazioni di seguito riportate.</w:t>
      </w:r>
    </w:p>
    <w:p w14:paraId="0A847D07" w14:textId="22FC2636" w:rsidR="00C55006" w:rsidRDefault="00C70FE5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>La Proposta progettuale</w:t>
      </w:r>
      <w:r w:rsidR="004F4672" w:rsidRPr="00AD67CE">
        <w:rPr>
          <w:rFonts w:ascii="Calibri" w:hAnsi="Calibri" w:cs="Calibri"/>
          <w:bCs/>
          <w:color w:val="1F497D" w:themeColor="text2"/>
        </w:rPr>
        <w:t xml:space="preserve"> è strutturat</w:t>
      </w:r>
      <w:r>
        <w:rPr>
          <w:rFonts w:ascii="Calibri" w:hAnsi="Calibri" w:cs="Calibri"/>
          <w:bCs/>
          <w:color w:val="1F497D" w:themeColor="text2"/>
        </w:rPr>
        <w:t>a</w:t>
      </w:r>
      <w:r w:rsidR="004F4672" w:rsidRPr="00AD67CE">
        <w:rPr>
          <w:rFonts w:ascii="Calibri" w:hAnsi="Calibri" w:cs="Calibri"/>
          <w:bCs/>
          <w:color w:val="1F497D" w:themeColor="text2"/>
        </w:rPr>
        <w:t xml:space="preserve"> in </w:t>
      </w:r>
      <w:r w:rsidR="00F62787">
        <w:rPr>
          <w:rFonts w:ascii="Calibri" w:hAnsi="Calibri" w:cs="Calibri"/>
          <w:bCs/>
          <w:color w:val="1F497D" w:themeColor="text2"/>
        </w:rPr>
        <w:t>due</w:t>
      </w:r>
      <w:r w:rsidR="004F4672" w:rsidRPr="00AD67CE">
        <w:rPr>
          <w:rFonts w:ascii="Calibri" w:hAnsi="Calibri" w:cs="Calibri"/>
          <w:bCs/>
          <w:color w:val="1F497D" w:themeColor="text2"/>
        </w:rPr>
        <w:t xml:space="preserve"> parti</w:t>
      </w:r>
      <w:r w:rsidR="00F62787">
        <w:rPr>
          <w:rFonts w:ascii="Calibri" w:hAnsi="Calibri" w:cs="Calibri"/>
          <w:bCs/>
          <w:color w:val="1F497D" w:themeColor="text2"/>
        </w:rPr>
        <w:t>:</w:t>
      </w:r>
      <w:r w:rsidR="004F4672" w:rsidRPr="00AD67CE">
        <w:rPr>
          <w:rFonts w:ascii="Calibri" w:hAnsi="Calibri" w:cs="Calibri"/>
          <w:bCs/>
          <w:color w:val="1F497D" w:themeColor="text2"/>
        </w:rPr>
        <w:t xml:space="preserve"> la prima </w:t>
      </w:r>
      <w:r>
        <w:rPr>
          <w:rFonts w:ascii="Calibri" w:hAnsi="Calibri" w:cs="Calibri"/>
          <w:bCs/>
          <w:color w:val="1F497D" w:themeColor="text2"/>
        </w:rPr>
        <w:t xml:space="preserve">descrittiva dell’intervento nel suo insieme </w:t>
      </w:r>
      <w:r w:rsidR="004F4672" w:rsidRPr="00AD67CE">
        <w:rPr>
          <w:rFonts w:ascii="Calibri" w:hAnsi="Calibri" w:cs="Calibri"/>
          <w:bCs/>
          <w:color w:val="1F497D" w:themeColor="text2"/>
        </w:rPr>
        <w:t xml:space="preserve">e la seconda relativa </w:t>
      </w:r>
      <w:r w:rsidR="00C55006" w:rsidRPr="00AD67CE">
        <w:rPr>
          <w:rFonts w:ascii="Calibri" w:hAnsi="Calibri" w:cs="Calibri"/>
          <w:bCs/>
          <w:color w:val="1F497D" w:themeColor="text2"/>
        </w:rPr>
        <w:t xml:space="preserve">ai singoli </w:t>
      </w:r>
      <w:r w:rsidR="00EE0FFB">
        <w:rPr>
          <w:rFonts w:ascii="Calibri" w:hAnsi="Calibri" w:cs="Calibri"/>
          <w:bCs/>
          <w:color w:val="1F497D" w:themeColor="text2"/>
        </w:rPr>
        <w:t>M</w:t>
      </w:r>
      <w:r w:rsidR="00C55006" w:rsidRPr="00AD67CE">
        <w:rPr>
          <w:rFonts w:ascii="Calibri" w:hAnsi="Calibri" w:cs="Calibri"/>
          <w:bCs/>
          <w:color w:val="1F497D" w:themeColor="text2"/>
        </w:rPr>
        <w:t>aster</w:t>
      </w:r>
      <w:r w:rsidR="00792F86">
        <w:rPr>
          <w:rFonts w:ascii="Calibri" w:hAnsi="Calibri" w:cs="Calibri"/>
          <w:bCs/>
          <w:color w:val="1F497D" w:themeColor="text2"/>
        </w:rPr>
        <w:t xml:space="preserve"> che si prevede di erogare</w:t>
      </w:r>
      <w:r w:rsidR="00C55006" w:rsidRPr="00AD67CE">
        <w:rPr>
          <w:rFonts w:ascii="Calibri" w:hAnsi="Calibri" w:cs="Calibri"/>
          <w:bCs/>
          <w:color w:val="1F497D" w:themeColor="text2"/>
        </w:rPr>
        <w:t>.</w:t>
      </w:r>
    </w:p>
    <w:p w14:paraId="794C0E09" w14:textId="09E30EE8" w:rsidR="00C55006" w:rsidRPr="00AD67CE" w:rsidRDefault="00C55006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  <w:sz w:val="28"/>
          <w:szCs w:val="28"/>
        </w:rPr>
      </w:pPr>
      <w:r w:rsidRPr="00AD67CE">
        <w:rPr>
          <w:rFonts w:ascii="Calibri" w:hAnsi="Calibri" w:cs="Calibri"/>
          <w:b/>
          <w:color w:val="1F497D" w:themeColor="text2"/>
          <w:sz w:val="28"/>
          <w:szCs w:val="28"/>
        </w:rPr>
        <w:t xml:space="preserve">PARTE A </w:t>
      </w:r>
    </w:p>
    <w:p w14:paraId="0227FEAD" w14:textId="425F6680" w:rsidR="0082139B" w:rsidRPr="001C6474" w:rsidRDefault="0017345F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>
        <w:rPr>
          <w:rFonts w:ascii="Calibri" w:hAnsi="Calibri" w:cs="Calibri"/>
          <w:b/>
          <w:color w:val="1F497D" w:themeColor="text2"/>
        </w:rPr>
        <w:t>A.</w:t>
      </w:r>
      <w:r w:rsidR="0082139B" w:rsidRPr="001C6474">
        <w:rPr>
          <w:rFonts w:ascii="Calibri" w:hAnsi="Calibri" w:cs="Calibri"/>
          <w:b/>
          <w:color w:val="1F497D" w:themeColor="text2"/>
        </w:rPr>
        <w:t xml:space="preserve">1 </w:t>
      </w:r>
      <w:r w:rsidR="00067BFF" w:rsidRPr="001C6474">
        <w:rPr>
          <w:rFonts w:ascii="Calibri" w:hAnsi="Calibri" w:cs="Calibri"/>
          <w:b/>
          <w:color w:val="1F497D" w:themeColor="text2"/>
        </w:rPr>
        <w:t xml:space="preserve">Contesto </w:t>
      </w:r>
      <w:r w:rsidR="00067BFF">
        <w:rPr>
          <w:rFonts w:ascii="Calibri" w:hAnsi="Calibri" w:cs="Calibri"/>
          <w:b/>
          <w:color w:val="1F497D" w:themeColor="text2"/>
        </w:rPr>
        <w:t>d</w:t>
      </w:r>
      <w:r w:rsidR="00067BFF" w:rsidRPr="001C6474">
        <w:rPr>
          <w:rFonts w:ascii="Calibri" w:hAnsi="Calibri" w:cs="Calibri"/>
          <w:b/>
          <w:color w:val="1F497D" w:themeColor="text2"/>
        </w:rPr>
        <w:t xml:space="preserve">i </w:t>
      </w:r>
      <w:r w:rsidR="00067BFF">
        <w:rPr>
          <w:rFonts w:ascii="Calibri" w:hAnsi="Calibri" w:cs="Calibri"/>
          <w:b/>
          <w:color w:val="1F497D" w:themeColor="text2"/>
        </w:rPr>
        <w:t>r</w:t>
      </w:r>
      <w:r w:rsidR="00067BFF" w:rsidRPr="001C6474">
        <w:rPr>
          <w:rFonts w:ascii="Calibri" w:hAnsi="Calibri" w:cs="Calibri"/>
          <w:b/>
          <w:color w:val="1F497D" w:themeColor="text2"/>
        </w:rPr>
        <w:t>iferimento</w:t>
      </w:r>
    </w:p>
    <w:p w14:paraId="2FC604F2" w14:textId="5ED3AF27" w:rsidR="00A40F6A" w:rsidRPr="00A40F6A" w:rsidRDefault="00A40F6A" w:rsidP="00A40F6A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A40F6A">
        <w:rPr>
          <w:rFonts w:ascii="Calibri" w:hAnsi="Calibri" w:cs="Calibri"/>
          <w:color w:val="1F497D" w:themeColor="text2"/>
        </w:rPr>
        <w:t xml:space="preserve">In questa sezione il </w:t>
      </w:r>
      <w:r w:rsidR="002460BD">
        <w:rPr>
          <w:rFonts w:ascii="Calibri" w:hAnsi="Calibri" w:cs="Calibri"/>
          <w:color w:val="1F497D" w:themeColor="text2"/>
        </w:rPr>
        <w:t>p</w:t>
      </w:r>
      <w:r w:rsidRPr="00A40F6A">
        <w:rPr>
          <w:rFonts w:ascii="Calibri" w:hAnsi="Calibri" w:cs="Calibri"/>
          <w:color w:val="1F497D" w:themeColor="text2"/>
        </w:rPr>
        <w:t xml:space="preserve">roponente deve descrivere il contesto di riferimento delle Politiche di Coesione nel quale si inserisce la proposta formativa, evidenziando i principali fabbisogni di </w:t>
      </w:r>
      <w:r w:rsidR="00394FE5">
        <w:rPr>
          <w:rFonts w:ascii="Calibri" w:hAnsi="Calibri" w:cs="Calibri"/>
          <w:color w:val="1F497D" w:themeColor="text2"/>
        </w:rPr>
        <w:t xml:space="preserve">conoscenze e </w:t>
      </w:r>
      <w:r w:rsidRPr="00A40F6A">
        <w:rPr>
          <w:rFonts w:ascii="Calibri" w:hAnsi="Calibri" w:cs="Calibri"/>
          <w:color w:val="1F497D" w:themeColor="text2"/>
        </w:rPr>
        <w:t>competenze ai quali i Master proposti intendono rispondere.</w:t>
      </w:r>
    </w:p>
    <w:p w14:paraId="5AB877AD" w14:textId="119F3C1B" w:rsidR="00A40F6A" w:rsidRPr="00A40F6A" w:rsidRDefault="00A40F6A" w:rsidP="00A40F6A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A40F6A">
        <w:rPr>
          <w:rFonts w:ascii="Calibri" w:hAnsi="Calibri" w:cs="Calibri"/>
          <w:color w:val="1F497D" w:themeColor="text2"/>
        </w:rPr>
        <w:t>In particolare</w:t>
      </w:r>
      <w:r>
        <w:rPr>
          <w:rFonts w:ascii="Calibri" w:hAnsi="Calibri" w:cs="Calibri"/>
          <w:color w:val="1F497D" w:themeColor="text2"/>
        </w:rPr>
        <w:t>,</w:t>
      </w:r>
      <w:r w:rsidRPr="00A40F6A">
        <w:rPr>
          <w:rFonts w:ascii="Calibri" w:hAnsi="Calibri" w:cs="Calibri"/>
          <w:color w:val="1F497D" w:themeColor="text2"/>
        </w:rPr>
        <w:t xml:space="preserve"> devono essere illustrati:</w:t>
      </w:r>
    </w:p>
    <w:p w14:paraId="71D417CA" w14:textId="4984D460" w:rsidR="00A40F6A" w:rsidRPr="00A40F6A" w:rsidRDefault="00A40F6A" w:rsidP="00A40F6A">
      <w:pPr>
        <w:numPr>
          <w:ilvl w:val="0"/>
          <w:numId w:val="6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A40F6A">
        <w:rPr>
          <w:rFonts w:ascii="Calibri" w:hAnsi="Calibri" w:cs="Calibri"/>
          <w:color w:val="1F497D" w:themeColor="text2"/>
        </w:rPr>
        <w:t>il contesto di riferimento;</w:t>
      </w:r>
    </w:p>
    <w:p w14:paraId="70A18875" w14:textId="6AFFFDBA" w:rsidR="00A40F6A" w:rsidRPr="00A40F6A" w:rsidRDefault="00A40F6A" w:rsidP="00A40F6A">
      <w:pPr>
        <w:numPr>
          <w:ilvl w:val="0"/>
          <w:numId w:val="6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A40F6A">
        <w:rPr>
          <w:rFonts w:ascii="Calibri" w:hAnsi="Calibri" w:cs="Calibri"/>
          <w:color w:val="1F497D" w:themeColor="text2"/>
        </w:rPr>
        <w:t>i fabbisogni di competenze connessi alla programmazione, gestione, attuazione, monitoraggio, controllo e valutazione delle politiche di coesione</w:t>
      </w:r>
      <w:r w:rsidR="00DD4B14">
        <w:rPr>
          <w:rFonts w:ascii="Calibri" w:hAnsi="Calibri" w:cs="Calibri"/>
          <w:color w:val="1F497D" w:themeColor="text2"/>
        </w:rPr>
        <w:t xml:space="preserve">, anche </w:t>
      </w:r>
      <w:r w:rsidR="00BF5B8E">
        <w:rPr>
          <w:rFonts w:ascii="Calibri" w:hAnsi="Calibri" w:cs="Calibri"/>
          <w:color w:val="1F497D" w:themeColor="text2"/>
        </w:rPr>
        <w:t>in vista del nuovo periodo di programmazione 2028-2034</w:t>
      </w:r>
      <w:r w:rsidRPr="00A40F6A">
        <w:rPr>
          <w:rFonts w:ascii="Calibri" w:hAnsi="Calibri" w:cs="Calibri"/>
          <w:color w:val="1F497D" w:themeColor="text2"/>
        </w:rPr>
        <w:t>;</w:t>
      </w:r>
    </w:p>
    <w:p w14:paraId="21A60FCD" w14:textId="39006077" w:rsidR="00A40F6A" w:rsidRDefault="00A40F6A" w:rsidP="00A40F6A">
      <w:pPr>
        <w:numPr>
          <w:ilvl w:val="0"/>
          <w:numId w:val="6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A40F6A">
        <w:rPr>
          <w:rFonts w:ascii="Calibri" w:hAnsi="Calibri" w:cs="Calibri"/>
          <w:color w:val="1F497D" w:themeColor="text2"/>
        </w:rPr>
        <w:t>il collegamento tra le competenze da sviluppare attraverso i Master proposti e le esigenze dei destinatari</w:t>
      </w:r>
      <w:r w:rsidR="00E04AEB">
        <w:rPr>
          <w:rFonts w:ascii="Calibri" w:hAnsi="Calibri" w:cs="Calibri"/>
          <w:color w:val="1F497D" w:themeColor="text2"/>
        </w:rPr>
        <w:t xml:space="preserve"> previsti</w:t>
      </w:r>
      <w:r w:rsidRPr="00A40F6A">
        <w:rPr>
          <w:rFonts w:ascii="Calibri" w:hAnsi="Calibri" w:cs="Calibri"/>
          <w:color w:val="1F497D" w:themeColor="text2"/>
        </w:rPr>
        <w:t>;</w:t>
      </w:r>
    </w:p>
    <w:p w14:paraId="5D055A62" w14:textId="06810A96" w:rsidR="009F102F" w:rsidRDefault="009F102F" w:rsidP="00A40F6A">
      <w:pPr>
        <w:numPr>
          <w:ilvl w:val="0"/>
          <w:numId w:val="65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AD67CE">
        <w:rPr>
          <w:b/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A0B4F15" wp14:editId="60296C50">
                <wp:simplePos x="0" y="0"/>
                <wp:positionH relativeFrom="margin">
                  <wp:align>left</wp:align>
                </wp:positionH>
                <wp:positionV relativeFrom="paragraph">
                  <wp:posOffset>644525</wp:posOffset>
                </wp:positionV>
                <wp:extent cx="6020435" cy="1943100"/>
                <wp:effectExtent l="0" t="0" r="18415" b="19050"/>
                <wp:wrapTopAndBottom/>
                <wp:docPr id="85795955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043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999BF" w14:textId="0D376CB5" w:rsidR="00533956" w:rsidRPr="00BF5B8E" w:rsidRDefault="00A97D94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 w:rsidRPr="00BF5B8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Contesto di riferimento (max </w:t>
                            </w:r>
                            <w:r w:rsidR="00F956E1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5</w:t>
                            </w:r>
                            <w:r w:rsidR="00443D7F" w:rsidRPr="00BF5B8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.000 caratteri spazi inclusi)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B4F15" id="Casella di testo 2" o:spid="_x0000_s1028" type="#_x0000_t202" style="position:absolute;left:0;text-align:left;margin-left:0;margin-top:50.75pt;width:474.05pt;height:153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">
                <v:textbox>
                  <w:txbxContent>
                    <w:p w14:paraId="553999BF" w14:textId="0D376CB5" w:rsidR="00533956" w:rsidRPr="00BF5B8E" w:rsidRDefault="00A97D94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 w:rsidRPr="00BF5B8E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Contesto di riferimento (max </w:t>
                      </w:r>
                      <w:r w:rsidR="00F956E1">
                        <w:rPr>
                          <w:rFonts w:ascii="Calibri" w:hAnsi="Calibri" w:cs="Calibri"/>
                          <w:color w:val="1F497D" w:themeColor="text2"/>
                        </w:rPr>
                        <w:t>5</w:t>
                      </w:r>
                      <w:r w:rsidR="00443D7F" w:rsidRPr="00BF5B8E">
                        <w:rPr>
                          <w:rFonts w:ascii="Calibri" w:hAnsi="Calibri" w:cs="Calibri"/>
                          <w:color w:val="1F497D" w:themeColor="text2"/>
                        </w:rPr>
                        <w:t>.000 caratteri spazi inclusi)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F102F">
        <w:rPr>
          <w:rFonts w:ascii="Calibri" w:hAnsi="Calibri" w:cs="Calibri"/>
          <w:color w:val="1F497D" w:themeColor="text2"/>
        </w:rPr>
        <w:t>il contributo atteso della proposta formativa al perseguimento degli obiettivi del Programma Nazionale “Capacità per la Coesione” 2021-2027</w:t>
      </w:r>
      <w:r>
        <w:rPr>
          <w:rFonts w:ascii="Calibri" w:hAnsi="Calibri" w:cs="Calibri"/>
          <w:color w:val="1F497D" w:themeColor="text2"/>
        </w:rPr>
        <w:t>.</w:t>
      </w:r>
    </w:p>
    <w:p w14:paraId="032ABFFE" w14:textId="6B9B313C" w:rsidR="0082139B" w:rsidRPr="001C6474" w:rsidRDefault="0082139B" w:rsidP="00AD67CE"/>
    <w:p w14:paraId="17D540CA" w14:textId="36C27A14" w:rsidR="00067BFF" w:rsidRPr="00AD67CE" w:rsidRDefault="0017345F" w:rsidP="000270A4">
      <w:pPr>
        <w:spacing w:after="40" w:line="360" w:lineRule="auto"/>
        <w:jc w:val="both"/>
        <w:rPr>
          <w:rFonts w:ascii="Calibri" w:hAnsi="Calibri" w:cs="Calibri"/>
          <w:b/>
          <w:bCs/>
          <w:color w:val="1F497D" w:themeColor="text2"/>
        </w:rPr>
      </w:pPr>
      <w:r w:rsidRPr="00AD67CE">
        <w:rPr>
          <w:rFonts w:ascii="Calibri" w:hAnsi="Calibri" w:cs="Calibri"/>
          <w:b/>
          <w:bCs/>
          <w:color w:val="1F497D" w:themeColor="text2"/>
        </w:rPr>
        <w:lastRenderedPageBreak/>
        <w:t>A</w:t>
      </w:r>
      <w:r w:rsidR="00067BFF" w:rsidRPr="00AD67CE">
        <w:rPr>
          <w:rFonts w:ascii="Calibri" w:hAnsi="Calibri" w:cs="Calibri"/>
          <w:b/>
          <w:bCs/>
          <w:color w:val="1F497D" w:themeColor="text2"/>
        </w:rPr>
        <w:t>.</w:t>
      </w:r>
      <w:r w:rsidRPr="00AD67CE">
        <w:rPr>
          <w:rFonts w:ascii="Calibri" w:hAnsi="Calibri" w:cs="Calibri"/>
          <w:b/>
          <w:bCs/>
          <w:color w:val="1F497D" w:themeColor="text2"/>
        </w:rPr>
        <w:t>2</w:t>
      </w:r>
      <w:r w:rsidR="00067BFF" w:rsidRPr="00067BFF">
        <w:t xml:space="preserve"> </w:t>
      </w:r>
      <w:r w:rsidR="00172ED4">
        <w:rPr>
          <w:rFonts w:ascii="Calibri" w:hAnsi="Calibri" w:cs="Calibri"/>
          <w:b/>
          <w:bCs/>
          <w:color w:val="1F497D" w:themeColor="text2"/>
        </w:rPr>
        <w:t xml:space="preserve">Coerenza </w:t>
      </w:r>
      <w:r w:rsidR="00C9594E">
        <w:rPr>
          <w:rFonts w:ascii="Calibri" w:hAnsi="Calibri" w:cs="Calibri"/>
          <w:b/>
          <w:bCs/>
          <w:color w:val="1F497D" w:themeColor="text2"/>
        </w:rPr>
        <w:t>della proposta progettuale</w:t>
      </w:r>
      <w:r w:rsidR="006D72C8">
        <w:rPr>
          <w:rFonts w:ascii="Calibri" w:hAnsi="Calibri" w:cs="Calibri"/>
          <w:b/>
          <w:bCs/>
          <w:color w:val="1F497D" w:themeColor="text2"/>
        </w:rPr>
        <w:t xml:space="preserve"> </w:t>
      </w:r>
    </w:p>
    <w:p w14:paraId="61434CD7" w14:textId="21BEDF6B" w:rsidR="00067BFF" w:rsidRPr="00067BFF" w:rsidRDefault="00067BFF" w:rsidP="00067BFF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In questa sezione il Proponente deve descrivere l'impianto complessivo della proposta progettuale, evidenziando la coerenza tra gli obiettivi perseguiti, le caratteristiche dei destinatari, le aree tematiche selezionate e i percorsi formativi proposti.</w:t>
      </w:r>
    </w:p>
    <w:p w14:paraId="6DE7CF5D" w14:textId="26C6AF22" w:rsidR="00067BFF" w:rsidRPr="00067BFF" w:rsidRDefault="00067BFF" w:rsidP="00067BFF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In particolare</w:t>
      </w:r>
      <w:r>
        <w:rPr>
          <w:rFonts w:ascii="Calibri" w:hAnsi="Calibri" w:cs="Calibri"/>
          <w:color w:val="1F497D" w:themeColor="text2"/>
        </w:rPr>
        <w:t>,</w:t>
      </w:r>
      <w:r w:rsidRPr="00067BFF">
        <w:rPr>
          <w:rFonts w:ascii="Calibri" w:hAnsi="Calibri" w:cs="Calibri"/>
          <w:color w:val="1F497D" w:themeColor="text2"/>
        </w:rPr>
        <w:t xml:space="preserve"> devono essere illustrati:</w:t>
      </w:r>
    </w:p>
    <w:p w14:paraId="710B0BE8" w14:textId="77777777" w:rsidR="00067BFF" w:rsidRPr="00067BFF" w:rsidRDefault="00067BFF" w:rsidP="00067BFF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gli obiettivi formativi complessivi della proposta;</w:t>
      </w:r>
    </w:p>
    <w:p w14:paraId="4FD4BD7D" w14:textId="77777777" w:rsidR="00067BFF" w:rsidRPr="00067BFF" w:rsidRDefault="00067BFF" w:rsidP="00067BFF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le tipologie di destinatari cui si rivolgono i Master proposti;</w:t>
      </w:r>
    </w:p>
    <w:p w14:paraId="2F764824" w14:textId="77777777" w:rsidR="00067BFF" w:rsidRPr="00067BFF" w:rsidRDefault="00067BFF" w:rsidP="00067BFF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i criteri adottati per la progettazione dell'offerta formativa;</w:t>
      </w:r>
    </w:p>
    <w:p w14:paraId="67BA5DD9" w14:textId="77777777" w:rsidR="00067BFF" w:rsidRPr="00067BFF" w:rsidRDefault="00067BFF" w:rsidP="00067BFF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la coerenza tra i fabbisogni di competenze individuati e i percorsi formativi proposti;</w:t>
      </w:r>
    </w:p>
    <w:p w14:paraId="73AF46B0" w14:textId="77777777" w:rsidR="00067BFF" w:rsidRPr="00067BFF" w:rsidRDefault="00067BFF" w:rsidP="00067BFF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>le modalità attraverso le quali i diversi Master concorrono al raggiungimento degli obiettivi della proposta progettuale;</w:t>
      </w:r>
    </w:p>
    <w:p w14:paraId="2637CD9E" w14:textId="0566FF06" w:rsidR="00067BFF" w:rsidRPr="00067BFF" w:rsidRDefault="00067BFF" w:rsidP="00067BFF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067BFF">
        <w:rPr>
          <w:rFonts w:ascii="Calibri" w:hAnsi="Calibri" w:cs="Calibri"/>
          <w:color w:val="1F497D" w:themeColor="text2"/>
        </w:rPr>
        <w:t xml:space="preserve">i risultati attesi in termini di sviluppo delle competenze </w:t>
      </w:r>
      <w:r w:rsidR="00DE0A84">
        <w:rPr>
          <w:rFonts w:ascii="Calibri" w:hAnsi="Calibri" w:cs="Calibri"/>
          <w:color w:val="1F497D" w:themeColor="text2"/>
        </w:rPr>
        <w:t>in materia di politiche di coesione</w:t>
      </w:r>
      <w:r w:rsidRPr="00067BFF">
        <w:rPr>
          <w:rFonts w:ascii="Calibri" w:hAnsi="Calibri" w:cs="Calibri"/>
          <w:color w:val="1F497D" w:themeColor="text2"/>
        </w:rPr>
        <w:t>.</w:t>
      </w:r>
    </w:p>
    <w:p w14:paraId="586FA88E" w14:textId="1A77D160" w:rsidR="001F6097" w:rsidRPr="00BC707E" w:rsidRDefault="00EE660B" w:rsidP="00BC707E">
      <w:pPr>
        <w:jc w:val="both"/>
        <w:rPr>
          <w:rFonts w:ascii="Calibri" w:hAnsi="Calibri" w:cs="Calibri"/>
          <w:color w:val="1F497D" w:themeColor="text2"/>
        </w:rPr>
      </w:pPr>
      <w:r w:rsidRPr="00AD67CE">
        <w:rPr>
          <w:rFonts w:ascii="Calibri" w:hAnsi="Calibri" w:cs="Calibri"/>
          <w:b/>
          <w:noProof/>
          <w:color w:val="1F497D" w:themeColor="text2"/>
          <w:highlight w:val="yellow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998E6C5" wp14:editId="6C6BA28F">
                <wp:simplePos x="0" y="0"/>
                <wp:positionH relativeFrom="margin">
                  <wp:align>left</wp:align>
                </wp:positionH>
                <wp:positionV relativeFrom="paragraph">
                  <wp:posOffset>490278</wp:posOffset>
                </wp:positionV>
                <wp:extent cx="6008370" cy="1567180"/>
                <wp:effectExtent l="0" t="0" r="11430" b="13970"/>
                <wp:wrapTopAndBottom/>
                <wp:docPr id="112873652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56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5F2F" w14:textId="28BE1B9F" w:rsidR="001F6097" w:rsidRPr="00BC707E" w:rsidRDefault="00EF6F7B" w:rsidP="001F6097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P</w:t>
                            </w:r>
                            <w:r w:rsidR="001F6097" w:rsidRPr="00BC707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roposta progettuale (max </w:t>
                            </w:r>
                            <w:r w:rsidR="00BC7EC9" w:rsidRPr="00BC707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10</w:t>
                            </w:r>
                            <w:r w:rsidR="001F6097" w:rsidRPr="00BC707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.000 caratteri spazi inclusi)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8E6C5" id="_x0000_s1029" type="#_x0000_t202" style="position:absolute;left:0;text-align:left;margin-left:0;margin-top:38.6pt;width:473.1pt;height:123.4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">
                <v:textbox>
                  <w:txbxContent>
                    <w:p w14:paraId="5A435F2F" w14:textId="28BE1B9F" w:rsidR="001F6097" w:rsidRPr="00BC707E" w:rsidRDefault="00EF6F7B" w:rsidP="001F6097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>
                        <w:rPr>
                          <w:rFonts w:ascii="Calibri" w:hAnsi="Calibri" w:cs="Calibri"/>
                          <w:color w:val="1F497D" w:themeColor="text2"/>
                        </w:rPr>
                        <w:t>P</w:t>
                      </w:r>
                      <w:r w:rsidR="001F6097" w:rsidRPr="00BC707E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roposta progettuale (max </w:t>
                      </w:r>
                      <w:r w:rsidR="00BC7EC9" w:rsidRPr="00BC707E">
                        <w:rPr>
                          <w:rFonts w:ascii="Calibri" w:hAnsi="Calibri" w:cs="Calibri"/>
                          <w:color w:val="1F497D" w:themeColor="text2"/>
                        </w:rPr>
                        <w:t>10</w:t>
                      </w:r>
                      <w:r w:rsidR="001F6097" w:rsidRPr="00BC707E">
                        <w:rPr>
                          <w:rFonts w:ascii="Calibri" w:hAnsi="Calibri" w:cs="Calibri"/>
                          <w:color w:val="1F497D" w:themeColor="text2"/>
                        </w:rPr>
                        <w:t>.000 caratteri spazi inclusi)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B5D85" w:rsidRPr="00BC707E">
        <w:rPr>
          <w:rFonts w:ascii="Calibri" w:hAnsi="Calibri" w:cs="Calibri"/>
          <w:color w:val="1F497D" w:themeColor="text2"/>
        </w:rPr>
        <w:t xml:space="preserve">Nel caso di presentazione di più Master, il </w:t>
      </w:r>
      <w:r w:rsidR="005B5D85">
        <w:rPr>
          <w:rFonts w:ascii="Calibri" w:hAnsi="Calibri" w:cs="Calibri"/>
          <w:color w:val="1F497D" w:themeColor="text2"/>
        </w:rPr>
        <w:t>p</w:t>
      </w:r>
      <w:r w:rsidR="005B5D85" w:rsidRPr="00BC707E">
        <w:rPr>
          <w:rFonts w:ascii="Calibri" w:hAnsi="Calibri" w:cs="Calibri"/>
          <w:color w:val="1F497D" w:themeColor="text2"/>
        </w:rPr>
        <w:t>roponente deve evidenziare gli elementi di complementarità e integrazione tra i diversi percorsi formativi proposti.</w:t>
      </w:r>
    </w:p>
    <w:p w14:paraId="5B59598F" w14:textId="77777777" w:rsidR="00CA7281" w:rsidRDefault="00CA7281">
      <w:pPr>
        <w:spacing w:after="40" w:line="360" w:lineRule="auto"/>
        <w:jc w:val="both"/>
        <w:rPr>
          <w:rFonts w:ascii="Calibri" w:hAnsi="Calibri" w:cs="Calibri"/>
          <w:b/>
          <w:bCs/>
          <w:color w:val="1F497D" w:themeColor="text2"/>
        </w:rPr>
      </w:pPr>
    </w:p>
    <w:p w14:paraId="2E6EB3B1" w14:textId="0EBE6F76" w:rsidR="00E22FD8" w:rsidRPr="00290945" w:rsidRDefault="00E22FD8" w:rsidP="00E22FD8">
      <w:pPr>
        <w:spacing w:after="40" w:line="360" w:lineRule="auto"/>
        <w:jc w:val="both"/>
        <w:rPr>
          <w:rFonts w:ascii="Calibri" w:hAnsi="Calibri" w:cs="Calibri"/>
          <w:b/>
          <w:bCs/>
          <w:color w:val="1F497D" w:themeColor="text2"/>
        </w:rPr>
      </w:pPr>
      <w:r w:rsidRPr="00290945">
        <w:rPr>
          <w:rFonts w:ascii="Calibri" w:hAnsi="Calibri" w:cs="Calibri"/>
          <w:b/>
          <w:bCs/>
          <w:color w:val="1F497D" w:themeColor="text2"/>
        </w:rPr>
        <w:t>A.</w:t>
      </w:r>
      <w:r w:rsidR="00367FB9">
        <w:rPr>
          <w:rFonts w:ascii="Calibri" w:hAnsi="Calibri" w:cs="Calibri"/>
          <w:b/>
          <w:bCs/>
          <w:color w:val="1F497D" w:themeColor="text2"/>
        </w:rPr>
        <w:t>3</w:t>
      </w:r>
      <w:r>
        <w:rPr>
          <w:rFonts w:ascii="Calibri" w:hAnsi="Calibri" w:cs="Calibri"/>
          <w:b/>
          <w:bCs/>
          <w:color w:val="1F497D" w:themeColor="text2"/>
        </w:rPr>
        <w:t xml:space="preserve"> Organizzazione e attuazione dei Master</w:t>
      </w:r>
    </w:p>
    <w:p w14:paraId="1D7D4812" w14:textId="77777777" w:rsidR="00E22FD8" w:rsidRPr="00DE0A84" w:rsidRDefault="00E22FD8" w:rsidP="00E22FD8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In questa sezione il Proponente deve descrivere le modalità organizzative e attuative previste per la realizzazione dei Master, evidenziandone l'adeguatezza rispetto agli obiettivi della proposta formativa e alle caratteristiche dei destinatari.</w:t>
      </w:r>
    </w:p>
    <w:p w14:paraId="6A42AED5" w14:textId="3BC64157" w:rsidR="00E22FD8" w:rsidRPr="00DE0A84" w:rsidRDefault="00E22FD8" w:rsidP="00E22FD8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In particolare, devono essere illustrati:</w:t>
      </w:r>
    </w:p>
    <w:p w14:paraId="1B3A087C" w14:textId="77777777" w:rsidR="00E22FD8" w:rsidRPr="00DE0A84" w:rsidRDefault="00E22FD8" w:rsidP="00E22FD8">
      <w:pPr>
        <w:numPr>
          <w:ilvl w:val="0"/>
          <w:numId w:val="69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il cronoprogramma previsto per l'attivazione e lo svolgimento dei Master;</w:t>
      </w:r>
    </w:p>
    <w:p w14:paraId="1C642E21" w14:textId="77777777" w:rsidR="00E22FD8" w:rsidRPr="00DE0A84" w:rsidRDefault="00E22FD8" w:rsidP="00E22FD8">
      <w:pPr>
        <w:numPr>
          <w:ilvl w:val="0"/>
          <w:numId w:val="69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le attività di informazione e promozione dell'offerta formativa previste per favorire la conoscenza delle opportunità formative e la partecipazione dei destinatari;</w:t>
      </w:r>
    </w:p>
    <w:p w14:paraId="4A4A5A7D" w14:textId="77777777" w:rsidR="00E22FD8" w:rsidRPr="00DE0A84" w:rsidRDefault="00E22FD8" w:rsidP="00E22FD8">
      <w:pPr>
        <w:numPr>
          <w:ilvl w:val="0"/>
          <w:numId w:val="69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le modalità di selezione dei partecipanti;</w:t>
      </w:r>
    </w:p>
    <w:p w14:paraId="217E5796" w14:textId="77777777" w:rsidR="00E22FD8" w:rsidRPr="00DE0A84" w:rsidRDefault="00E22FD8" w:rsidP="00E22FD8">
      <w:pPr>
        <w:numPr>
          <w:ilvl w:val="0"/>
          <w:numId w:val="69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lastRenderedPageBreak/>
        <w:t>l'organizzazione delle attività formative, con riferimento alle modalità di erogazione, alla programmazione delle attività e alla gestione del calendario didattico;</w:t>
      </w:r>
    </w:p>
    <w:p w14:paraId="06F2D7BC" w14:textId="77777777" w:rsidR="00E22FD8" w:rsidRPr="00DE0A84" w:rsidRDefault="00E22FD8" w:rsidP="00E22FD8">
      <w:pPr>
        <w:numPr>
          <w:ilvl w:val="0"/>
          <w:numId w:val="69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i servizi di supporto e assistenza ai partecipanti, inclusi i servizi di segreteria, tutoraggio, assistenza amministrativa e supporto tecnico eventualmente previsti;</w:t>
      </w:r>
    </w:p>
    <w:p w14:paraId="2D4AEA4A" w14:textId="03AC44C1" w:rsidR="00E22FD8" w:rsidRPr="00DE0A84" w:rsidRDefault="00CA7281" w:rsidP="00E22FD8">
      <w:pPr>
        <w:numPr>
          <w:ilvl w:val="0"/>
          <w:numId w:val="69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/>
          <w:noProof/>
          <w:color w:val="1F497D" w:themeColor="text2"/>
          <w:highlight w:val="yellow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2D8C248" wp14:editId="4065DF4C">
                <wp:simplePos x="0" y="0"/>
                <wp:positionH relativeFrom="margin">
                  <wp:align>left</wp:align>
                </wp:positionH>
                <wp:positionV relativeFrom="paragraph">
                  <wp:posOffset>541655</wp:posOffset>
                </wp:positionV>
                <wp:extent cx="6008370" cy="1341755"/>
                <wp:effectExtent l="0" t="0" r="11430" b="10795"/>
                <wp:wrapTopAndBottom/>
                <wp:docPr id="119840149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34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4C818" w14:textId="08D4530D" w:rsidR="00E22FD8" w:rsidRPr="00DE0A84" w:rsidRDefault="00E4126A" w:rsidP="00E22FD8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Organizzazione e attuazione dei Master</w:t>
                            </w:r>
                            <w:r w:rsidR="00E22FD8" w:rsidRPr="00DE0A8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 (max </w:t>
                            </w:r>
                            <w:r w:rsidR="00684035" w:rsidRPr="00DE0A8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8</w:t>
                            </w:r>
                            <w:r w:rsidR="00E22FD8" w:rsidRPr="00DE0A8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.000 caratteri spazi inclusi)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8C248" id="_x0000_s1030" type="#_x0000_t202" style="position:absolute;left:0;text-align:left;margin-left:0;margin-top:42.65pt;width:473.1pt;height:105.6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">
                <v:textbox>
                  <w:txbxContent>
                    <w:p w14:paraId="38F4C818" w14:textId="08D4530D" w:rsidR="00E22FD8" w:rsidRPr="00DE0A84" w:rsidRDefault="00E4126A" w:rsidP="00E22FD8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>
                        <w:rPr>
                          <w:rFonts w:ascii="Calibri" w:hAnsi="Calibri" w:cs="Calibri"/>
                          <w:color w:val="1F497D" w:themeColor="text2"/>
                        </w:rPr>
                        <w:t>Organizzazione e attuazione dei Master</w:t>
                      </w:r>
                      <w:r w:rsidR="00E22FD8" w:rsidRPr="00DE0A84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 (max </w:t>
                      </w:r>
                      <w:r w:rsidR="00684035" w:rsidRPr="00DE0A84">
                        <w:rPr>
                          <w:rFonts w:ascii="Calibri" w:hAnsi="Calibri" w:cs="Calibri"/>
                          <w:color w:val="1F497D" w:themeColor="text2"/>
                        </w:rPr>
                        <w:t>8</w:t>
                      </w:r>
                      <w:r w:rsidR="00E22FD8" w:rsidRPr="00DE0A84">
                        <w:rPr>
                          <w:rFonts w:ascii="Calibri" w:hAnsi="Calibri" w:cs="Calibri"/>
                          <w:color w:val="1F497D" w:themeColor="text2"/>
                        </w:rPr>
                        <w:t>.000 caratteri spazi inclusi)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22FD8" w:rsidRPr="00DE0A84">
        <w:rPr>
          <w:rFonts w:ascii="Calibri" w:hAnsi="Calibri" w:cs="Calibri"/>
          <w:bCs/>
          <w:color w:val="1F497D" w:themeColor="text2"/>
        </w:rPr>
        <w:t>le modalità di monitoraggio dell'attuazione dei Master e di verifica del raggiungimento degli obiettivi formativi.</w:t>
      </w:r>
    </w:p>
    <w:p w14:paraId="7E2BD0A3" w14:textId="77777777" w:rsidR="00B57EE8" w:rsidRDefault="00B57EE8" w:rsidP="001B0FB3">
      <w:pPr>
        <w:spacing w:after="40" w:line="360" w:lineRule="auto"/>
        <w:jc w:val="both"/>
        <w:rPr>
          <w:rFonts w:ascii="Calibri" w:hAnsi="Calibri" w:cs="Calibri"/>
          <w:b/>
          <w:bCs/>
          <w:color w:val="1F497D" w:themeColor="text2"/>
        </w:rPr>
      </w:pPr>
    </w:p>
    <w:p w14:paraId="3B66F0A9" w14:textId="6980683D" w:rsidR="001B0FB3" w:rsidRPr="00BC707E" w:rsidRDefault="001B0FB3" w:rsidP="001B0FB3">
      <w:pPr>
        <w:spacing w:after="40" w:line="360" w:lineRule="auto"/>
        <w:jc w:val="both"/>
        <w:rPr>
          <w:rFonts w:ascii="Calibri" w:hAnsi="Calibri" w:cs="Calibri"/>
          <w:b/>
          <w:bCs/>
          <w:color w:val="1F497D" w:themeColor="text2"/>
        </w:rPr>
      </w:pPr>
      <w:r w:rsidRPr="00BC707E">
        <w:rPr>
          <w:rFonts w:ascii="Calibri" w:hAnsi="Calibri" w:cs="Calibri"/>
          <w:b/>
          <w:bCs/>
          <w:color w:val="1F497D" w:themeColor="text2"/>
        </w:rPr>
        <w:t>A.</w:t>
      </w:r>
      <w:r w:rsidR="0077769D">
        <w:rPr>
          <w:rFonts w:ascii="Calibri" w:hAnsi="Calibri" w:cs="Calibri"/>
          <w:b/>
          <w:bCs/>
          <w:color w:val="1F497D" w:themeColor="text2"/>
        </w:rPr>
        <w:t>4</w:t>
      </w:r>
      <w:r w:rsidRPr="00BC707E">
        <w:rPr>
          <w:rFonts w:ascii="Calibri" w:hAnsi="Calibri" w:cs="Calibri"/>
          <w:b/>
          <w:bCs/>
          <w:color w:val="1F497D" w:themeColor="text2"/>
        </w:rPr>
        <w:t xml:space="preserve"> Modalità didattiche e sviluppo delle competenze operative</w:t>
      </w:r>
    </w:p>
    <w:p w14:paraId="772B536A" w14:textId="77777777" w:rsidR="001B0FB3" w:rsidRPr="00BC707E" w:rsidRDefault="001B0FB3" w:rsidP="001B0FB3">
      <w:pPr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>In questa sezione il Proponente deve descrivere le modalità didattiche adottate per l'erogazione dei Master, evidenziandone la coerenza rispetto agli obiettivi formativi, alle caratteristiche dei destinatari e alle finalità della Scuola Nazionale della Coesione.</w:t>
      </w:r>
    </w:p>
    <w:p w14:paraId="542C0969" w14:textId="77777777" w:rsidR="001B0FB3" w:rsidRPr="00BC707E" w:rsidRDefault="001B0FB3" w:rsidP="001B0FB3">
      <w:pPr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>In particolare</w:t>
      </w:r>
      <w:r>
        <w:rPr>
          <w:rFonts w:ascii="Calibri" w:hAnsi="Calibri" w:cs="Calibri"/>
          <w:color w:val="1F497D" w:themeColor="text2"/>
        </w:rPr>
        <w:t>,</w:t>
      </w:r>
      <w:r w:rsidRPr="00BC707E">
        <w:rPr>
          <w:rFonts w:ascii="Calibri" w:hAnsi="Calibri" w:cs="Calibri"/>
          <w:color w:val="1F497D" w:themeColor="text2"/>
        </w:rPr>
        <w:t xml:space="preserve"> devono essere illustrati:</w:t>
      </w:r>
    </w:p>
    <w:p w14:paraId="3871DD62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 xml:space="preserve">le modalità di erogazione delle attività formative (in presenza, sincrona a distanza e asincrona); </w:t>
      </w:r>
    </w:p>
    <w:p w14:paraId="0346C316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 xml:space="preserve">i criteri utilizzati per la combinazione delle diverse modalità didattiche; </w:t>
      </w:r>
    </w:p>
    <w:p w14:paraId="4CB6C53C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 xml:space="preserve">le modalità di interazione tra docenti e partecipanti; </w:t>
      </w:r>
    </w:p>
    <w:p w14:paraId="1AB96904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 xml:space="preserve">gli strumenti e le piattaforme eventualmente utilizzati per l'erogazione della formazione; </w:t>
      </w:r>
    </w:p>
    <w:p w14:paraId="55FE7D3E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 xml:space="preserve">gli elementi di innovazione adottati nell'ambito delle attività formative; </w:t>
      </w:r>
    </w:p>
    <w:p w14:paraId="1F17959B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 xml:space="preserve">le modalità attraverso le quali i Master favoriscono lo sviluppo e l'applicazione pratica di competenze operative connesse alle politiche di coesione; </w:t>
      </w:r>
    </w:p>
    <w:p w14:paraId="66D32C3B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color w:val="1F497D" w:themeColor="text2"/>
        </w:rPr>
        <w:t>l'eventuale utilizzo di laboratori, project work, casi applicativi</w:t>
      </w:r>
      <w:r>
        <w:rPr>
          <w:rFonts w:ascii="Calibri" w:hAnsi="Calibri" w:cs="Calibri"/>
          <w:color w:val="1F497D" w:themeColor="text2"/>
        </w:rPr>
        <w:t xml:space="preserve"> </w:t>
      </w:r>
      <w:r w:rsidRPr="00BC707E">
        <w:rPr>
          <w:rFonts w:ascii="Calibri" w:hAnsi="Calibri" w:cs="Calibri"/>
          <w:color w:val="1F497D" w:themeColor="text2"/>
        </w:rPr>
        <w:t xml:space="preserve">e altre attività esperienziali finalizzate all'applicazione delle competenze acquisite; </w:t>
      </w:r>
    </w:p>
    <w:p w14:paraId="4E54B3DE" w14:textId="77777777" w:rsidR="001B0FB3" w:rsidRPr="00BC707E" w:rsidRDefault="001B0FB3" w:rsidP="001B0FB3">
      <w:pPr>
        <w:numPr>
          <w:ilvl w:val="0"/>
          <w:numId w:val="66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BC707E">
        <w:rPr>
          <w:rFonts w:ascii="Calibri" w:hAnsi="Calibri" w:cs="Calibri"/>
          <w:b/>
          <w:noProof/>
          <w:color w:val="1F497D" w:themeColor="text2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67ABAD36" wp14:editId="4020DFD0">
                <wp:simplePos x="0" y="0"/>
                <wp:positionH relativeFrom="margin">
                  <wp:align>left</wp:align>
                </wp:positionH>
                <wp:positionV relativeFrom="paragraph">
                  <wp:posOffset>326431</wp:posOffset>
                </wp:positionV>
                <wp:extent cx="6008370" cy="1282065"/>
                <wp:effectExtent l="0" t="0" r="11430" b="13335"/>
                <wp:wrapTopAndBottom/>
                <wp:docPr id="17917166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28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26C70" w14:textId="77777777" w:rsidR="001B0FB3" w:rsidRPr="00BC707E" w:rsidRDefault="001B0FB3" w:rsidP="001B0FB3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 w:rsidRPr="00BC707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Modalità didattiche e sviluppo delle competenze operative</w:t>
                            </w:r>
                            <w: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 </w:t>
                            </w:r>
                            <w:r w:rsidRPr="00BC707E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(max 8.000 caratteri spazi inclusi)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BAD36" id="_x0000_s1031" type="#_x0000_t202" style="position:absolute;left:0;text-align:left;margin-left:0;margin-top:25.7pt;width:473.1pt;height:100.95pt;z-index:25165825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">
                <v:textbox>
                  <w:txbxContent>
                    <w:p w14:paraId="5AE26C70" w14:textId="77777777" w:rsidR="001B0FB3" w:rsidRPr="00BC707E" w:rsidRDefault="001B0FB3" w:rsidP="001B0FB3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 w:rsidRPr="00BC707E">
                        <w:rPr>
                          <w:rFonts w:ascii="Calibri" w:hAnsi="Calibri" w:cs="Calibri"/>
                          <w:color w:val="1F497D" w:themeColor="text2"/>
                        </w:rPr>
                        <w:t>Modalità didattiche e sviluppo delle competenze operative</w:t>
                      </w:r>
                      <w:r>
                        <w:rPr>
                          <w:rFonts w:ascii="Calibri" w:hAnsi="Calibri" w:cs="Calibri"/>
                          <w:color w:val="1F497D" w:themeColor="text2"/>
                        </w:rPr>
                        <w:t xml:space="preserve"> </w:t>
                      </w:r>
                      <w:r w:rsidRPr="00BC707E">
                        <w:rPr>
                          <w:rFonts w:ascii="Calibri" w:hAnsi="Calibri" w:cs="Calibri"/>
                          <w:color w:val="1F497D" w:themeColor="text2"/>
                        </w:rPr>
                        <w:t>(max 8.000 caratteri spazi inclusi)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C707E">
        <w:rPr>
          <w:rFonts w:ascii="Calibri" w:hAnsi="Calibri" w:cs="Calibri"/>
          <w:color w:val="1F497D" w:themeColor="text2"/>
        </w:rPr>
        <w:t>le modalità di monitoraggio della partecipazione e della frequenza alle attività formative.</w:t>
      </w:r>
    </w:p>
    <w:p w14:paraId="615B494C" w14:textId="43007599" w:rsidR="00E22FD8" w:rsidRPr="00DE0A84" w:rsidRDefault="00E22FD8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  <w:sz w:val="16"/>
          <w:szCs w:val="16"/>
        </w:rPr>
      </w:pPr>
    </w:p>
    <w:p w14:paraId="41BFD94F" w14:textId="1078679D" w:rsidR="00CE1829" w:rsidRPr="00290945" w:rsidRDefault="00CE1829" w:rsidP="00CE1829">
      <w:pPr>
        <w:spacing w:after="40" w:line="360" w:lineRule="auto"/>
        <w:jc w:val="both"/>
        <w:rPr>
          <w:rFonts w:ascii="Calibri" w:hAnsi="Calibri" w:cs="Calibri"/>
          <w:b/>
          <w:bCs/>
          <w:color w:val="1F497D" w:themeColor="text2"/>
        </w:rPr>
      </w:pPr>
      <w:r w:rsidRPr="00290945">
        <w:rPr>
          <w:rFonts w:ascii="Calibri" w:hAnsi="Calibri" w:cs="Calibri"/>
          <w:b/>
          <w:bCs/>
          <w:color w:val="1F497D" w:themeColor="text2"/>
        </w:rPr>
        <w:t>A.</w:t>
      </w:r>
      <w:r w:rsidR="00411CDE">
        <w:rPr>
          <w:rFonts w:ascii="Calibri" w:hAnsi="Calibri" w:cs="Calibri"/>
          <w:b/>
          <w:bCs/>
          <w:color w:val="1F497D" w:themeColor="text2"/>
        </w:rPr>
        <w:t>5</w:t>
      </w:r>
      <w:r>
        <w:rPr>
          <w:rFonts w:ascii="Calibri" w:hAnsi="Calibri" w:cs="Calibri"/>
          <w:b/>
          <w:bCs/>
          <w:color w:val="1F497D" w:themeColor="text2"/>
        </w:rPr>
        <w:t xml:space="preserve"> </w:t>
      </w:r>
      <w:r w:rsidR="00411CDE" w:rsidRPr="00411CDE">
        <w:rPr>
          <w:rFonts w:ascii="Calibri" w:hAnsi="Calibri" w:cs="Calibri"/>
          <w:b/>
          <w:bCs/>
          <w:color w:val="1F497D" w:themeColor="text2"/>
        </w:rPr>
        <w:t>Coinvolgimento di soggetti qualificati</w:t>
      </w:r>
    </w:p>
    <w:p w14:paraId="3C770B78" w14:textId="00356F77" w:rsidR="0053796B" w:rsidRPr="0053796B" w:rsidRDefault="00411CDE" w:rsidP="0053796B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I</w:t>
      </w:r>
      <w:r w:rsidR="0053796B" w:rsidRPr="0053796B">
        <w:rPr>
          <w:rFonts w:ascii="Calibri" w:hAnsi="Calibri" w:cs="Calibri"/>
          <w:bCs/>
          <w:color w:val="1F497D" w:themeColor="text2"/>
        </w:rPr>
        <w:t>n questa sezione il Proponente deve descrivere le modalità di coinvolgimento, nelle attività didattiche, di soggetti pubblici o privati con esperienze rilevanti nell'ambito delle politiche di coesione, evidenziandone il contributo al raggiungimento degli obiettivi formativi dei Master.</w:t>
      </w:r>
    </w:p>
    <w:p w14:paraId="3DFFC081" w14:textId="695BD008" w:rsidR="0053796B" w:rsidRPr="0053796B" w:rsidRDefault="0053796B" w:rsidP="0053796B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53796B">
        <w:rPr>
          <w:rFonts w:ascii="Calibri" w:hAnsi="Calibri" w:cs="Calibri"/>
          <w:bCs/>
          <w:color w:val="1F497D" w:themeColor="text2"/>
        </w:rPr>
        <w:t>In particolare</w:t>
      </w:r>
      <w:r>
        <w:rPr>
          <w:rFonts w:ascii="Calibri" w:hAnsi="Calibri" w:cs="Calibri"/>
          <w:bCs/>
          <w:color w:val="1F497D" w:themeColor="text2"/>
        </w:rPr>
        <w:t>,</w:t>
      </w:r>
      <w:r w:rsidRPr="0053796B">
        <w:rPr>
          <w:rFonts w:ascii="Calibri" w:hAnsi="Calibri" w:cs="Calibri"/>
          <w:bCs/>
          <w:color w:val="1F497D" w:themeColor="text2"/>
        </w:rPr>
        <w:t xml:space="preserve"> devono essere illustrati:</w:t>
      </w:r>
    </w:p>
    <w:p w14:paraId="1788DA66" w14:textId="77777777" w:rsidR="0053796B" w:rsidRPr="0053796B" w:rsidRDefault="0053796B" w:rsidP="0053796B">
      <w:pPr>
        <w:numPr>
          <w:ilvl w:val="0"/>
          <w:numId w:val="71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53796B">
        <w:rPr>
          <w:rFonts w:ascii="Calibri" w:hAnsi="Calibri" w:cs="Calibri"/>
          <w:bCs/>
          <w:color w:val="1F497D" w:themeColor="text2"/>
        </w:rPr>
        <w:t>le tipologie di soggetti che si intende coinvolgere nelle attività didattiche;</w:t>
      </w:r>
    </w:p>
    <w:p w14:paraId="782F441B" w14:textId="77777777" w:rsidR="0053796B" w:rsidRPr="0053796B" w:rsidRDefault="0053796B" w:rsidP="0053796B">
      <w:pPr>
        <w:numPr>
          <w:ilvl w:val="0"/>
          <w:numId w:val="71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53796B">
        <w:rPr>
          <w:rFonts w:ascii="Calibri" w:hAnsi="Calibri" w:cs="Calibri"/>
          <w:bCs/>
          <w:color w:val="1F497D" w:themeColor="text2"/>
        </w:rPr>
        <w:t>le competenze ed esperienze richieste ai soggetti coinvolti con riferimento alle politiche di coesione;</w:t>
      </w:r>
    </w:p>
    <w:p w14:paraId="4854C3D5" w14:textId="77777777" w:rsidR="0053796B" w:rsidRPr="0053796B" w:rsidRDefault="0053796B" w:rsidP="0053796B">
      <w:pPr>
        <w:numPr>
          <w:ilvl w:val="0"/>
          <w:numId w:val="71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53796B">
        <w:rPr>
          <w:rFonts w:ascii="Calibri" w:hAnsi="Calibri" w:cs="Calibri"/>
          <w:bCs/>
          <w:color w:val="1F497D" w:themeColor="text2"/>
        </w:rPr>
        <w:t>il ruolo che tali soggetti sono chiamati a svolgere nell'ambito delle attività formative;</w:t>
      </w:r>
    </w:p>
    <w:p w14:paraId="76E99E50" w14:textId="77777777" w:rsidR="0053796B" w:rsidRPr="0053796B" w:rsidRDefault="0053796B" w:rsidP="0053796B">
      <w:pPr>
        <w:numPr>
          <w:ilvl w:val="0"/>
          <w:numId w:val="71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53796B">
        <w:rPr>
          <w:rFonts w:ascii="Calibri" w:hAnsi="Calibri" w:cs="Calibri"/>
          <w:bCs/>
          <w:color w:val="1F497D" w:themeColor="text2"/>
        </w:rPr>
        <w:t>le modalità di partecipazione alle attività didattiche (ad esempio docenze, testimonianze, laboratori, project work, esercitazioni, casi applicativi o altre attività formative);</w:t>
      </w:r>
    </w:p>
    <w:p w14:paraId="7B6B5E64" w14:textId="22AA193C" w:rsidR="0053796B" w:rsidRPr="0053796B" w:rsidRDefault="0053796B" w:rsidP="0053796B">
      <w:pPr>
        <w:numPr>
          <w:ilvl w:val="0"/>
          <w:numId w:val="71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53796B">
        <w:rPr>
          <w:rFonts w:ascii="Calibri" w:hAnsi="Calibri" w:cs="Calibri"/>
          <w:bCs/>
          <w:color w:val="1F497D" w:themeColor="text2"/>
        </w:rPr>
        <w:t>il contributo atteso allo sviluppo di competenze operative dei partecipanti;</w:t>
      </w:r>
    </w:p>
    <w:p w14:paraId="611121EE" w14:textId="74403D66" w:rsidR="0053796B" w:rsidRPr="0053796B" w:rsidRDefault="00CA7281" w:rsidP="0053796B">
      <w:pPr>
        <w:numPr>
          <w:ilvl w:val="0"/>
          <w:numId w:val="71"/>
        </w:num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/>
          <w:noProof/>
          <w:color w:val="1F497D" w:themeColor="text2"/>
          <w:highlight w:val="yellow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082598B0" wp14:editId="5F806DAF">
                <wp:simplePos x="0" y="0"/>
                <wp:positionH relativeFrom="margin">
                  <wp:align>left</wp:align>
                </wp:positionH>
                <wp:positionV relativeFrom="paragraph">
                  <wp:posOffset>722630</wp:posOffset>
                </wp:positionV>
                <wp:extent cx="6008370" cy="1555115"/>
                <wp:effectExtent l="0" t="0" r="11430" b="26035"/>
                <wp:wrapTopAndBottom/>
                <wp:docPr id="16442473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55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69B8A" w14:textId="7025DCAC" w:rsidR="00EE0FFB" w:rsidRPr="0034544A" w:rsidRDefault="00EE0FFB" w:rsidP="00EE0FFB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 w:rsidRPr="00DE0A8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 Coinvolgimento di soggetti qualificati </w:t>
                            </w:r>
                            <w:r w:rsidRPr="0034544A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(max </w:t>
                            </w:r>
                            <w:r w:rsidR="005A623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5</w:t>
                            </w:r>
                            <w:r w:rsidRPr="0034544A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.000 caratteri spazi inclusi)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598B0" id="_x0000_s1032" type="#_x0000_t202" style="position:absolute;left:0;text-align:left;margin-left:0;margin-top:56.9pt;width:473.1pt;height:122.45pt;z-index:25165825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">
                <v:textbox>
                  <w:txbxContent>
                    <w:p w14:paraId="54369B8A" w14:textId="7025DCAC" w:rsidR="00EE0FFB" w:rsidRPr="0034544A" w:rsidRDefault="00EE0FFB" w:rsidP="00EE0FFB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 w:rsidRPr="00DE0A84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 Coinvolgimento di soggetti qualificati </w:t>
                      </w:r>
                      <w:r w:rsidRPr="0034544A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(max </w:t>
                      </w:r>
                      <w:r w:rsidR="005A6234">
                        <w:rPr>
                          <w:rFonts w:ascii="Calibri" w:hAnsi="Calibri" w:cs="Calibri"/>
                          <w:color w:val="1F497D" w:themeColor="text2"/>
                        </w:rPr>
                        <w:t>5</w:t>
                      </w:r>
                      <w:r w:rsidRPr="0034544A">
                        <w:rPr>
                          <w:rFonts w:ascii="Calibri" w:hAnsi="Calibri" w:cs="Calibri"/>
                          <w:color w:val="1F497D" w:themeColor="text2"/>
                        </w:rPr>
                        <w:t>.000 caratteri spazi inclusi)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3796B" w:rsidRPr="0053796B">
        <w:rPr>
          <w:rFonts w:ascii="Calibri" w:hAnsi="Calibri" w:cs="Calibri"/>
          <w:bCs/>
          <w:color w:val="1F497D" w:themeColor="text2"/>
        </w:rPr>
        <w:t>il valore aggiunto apportato dal coinvolgimento di tali soggetti rispetto agli obiettivi formativi della proposta.</w:t>
      </w:r>
    </w:p>
    <w:p w14:paraId="3BBF14C6" w14:textId="048EC5A0" w:rsidR="00CE1829" w:rsidRDefault="00CE1829" w:rsidP="0053796B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0A4A8FEF" w14:textId="77777777" w:rsidR="00B57EE8" w:rsidRDefault="00B57EE8" w:rsidP="0053796B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7033C8F8" w14:textId="0F30A19F" w:rsidR="00CE1829" w:rsidRPr="00DE0A84" w:rsidRDefault="0081050D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  <w:sz w:val="28"/>
          <w:szCs w:val="28"/>
        </w:rPr>
      </w:pPr>
      <w:r w:rsidRPr="00DE0A84">
        <w:rPr>
          <w:rFonts w:ascii="Calibri" w:hAnsi="Calibri" w:cs="Calibri"/>
          <w:b/>
          <w:color w:val="1F497D" w:themeColor="text2"/>
          <w:sz w:val="28"/>
          <w:szCs w:val="28"/>
        </w:rPr>
        <w:lastRenderedPageBreak/>
        <w:t>PARTE B</w:t>
      </w:r>
    </w:p>
    <w:p w14:paraId="25A905D1" w14:textId="67043F15" w:rsidR="0081050D" w:rsidRPr="00DE0A84" w:rsidRDefault="00904E3B" w:rsidP="007460D9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color w:val="1F497D" w:themeColor="text2"/>
        </w:rPr>
        <w:t>In questa</w:t>
      </w:r>
      <w:r w:rsidR="008950BC" w:rsidRPr="00DE0A84">
        <w:rPr>
          <w:rFonts w:ascii="Calibri" w:hAnsi="Calibri" w:cs="Calibri"/>
          <w:bCs/>
          <w:color w:val="1F497D" w:themeColor="text2"/>
        </w:rPr>
        <w:t xml:space="preserve"> seconda parte</w:t>
      </w:r>
      <w:r w:rsidRPr="00DE0A84">
        <w:rPr>
          <w:rFonts w:ascii="Calibri" w:hAnsi="Calibri" w:cs="Calibri"/>
          <w:bCs/>
          <w:color w:val="1F497D" w:themeColor="text2"/>
        </w:rPr>
        <w:t xml:space="preserve"> devono essere riportate le informazioni relative ai singo</w:t>
      </w:r>
      <w:r w:rsidR="0033549E" w:rsidRPr="00DE0A84">
        <w:rPr>
          <w:rFonts w:ascii="Calibri" w:hAnsi="Calibri" w:cs="Calibri"/>
          <w:bCs/>
          <w:color w:val="1F497D" w:themeColor="text2"/>
        </w:rPr>
        <w:t>li</w:t>
      </w:r>
      <w:r w:rsidR="007A3560" w:rsidRPr="00DE0A84">
        <w:rPr>
          <w:rFonts w:ascii="Calibri" w:hAnsi="Calibri" w:cs="Calibri"/>
          <w:bCs/>
          <w:color w:val="1F497D" w:themeColor="text2"/>
        </w:rPr>
        <w:t xml:space="preserve"> corsi di</w:t>
      </w:r>
      <w:r w:rsidR="0033549E" w:rsidRPr="00DE0A84">
        <w:rPr>
          <w:rFonts w:ascii="Calibri" w:hAnsi="Calibri" w:cs="Calibri"/>
          <w:bCs/>
          <w:color w:val="1F497D" w:themeColor="text2"/>
        </w:rPr>
        <w:t xml:space="preserve"> Master che si prevede di erogare</w:t>
      </w:r>
      <w:r w:rsidR="007A3560" w:rsidRPr="00DE0A84">
        <w:rPr>
          <w:rFonts w:ascii="Calibri" w:hAnsi="Calibri" w:cs="Calibri"/>
          <w:bCs/>
          <w:color w:val="1F497D" w:themeColor="text2"/>
        </w:rPr>
        <w:t xml:space="preserve">, così come individuati </w:t>
      </w:r>
      <w:r w:rsidR="00B2377F">
        <w:rPr>
          <w:rFonts w:ascii="Calibri" w:hAnsi="Calibri" w:cs="Calibri"/>
          <w:bCs/>
          <w:color w:val="1F497D" w:themeColor="text2"/>
        </w:rPr>
        <w:t xml:space="preserve">con l’identificativo </w:t>
      </w:r>
      <w:r w:rsidR="00D472FB">
        <w:rPr>
          <w:rFonts w:ascii="Calibri" w:hAnsi="Calibri" w:cs="Calibri"/>
          <w:bCs/>
          <w:color w:val="1F497D" w:themeColor="text2"/>
        </w:rPr>
        <w:t xml:space="preserve">di cui </w:t>
      </w:r>
      <w:r w:rsidR="002921A8" w:rsidRPr="00DE0A84">
        <w:rPr>
          <w:rFonts w:ascii="Calibri" w:hAnsi="Calibri" w:cs="Calibri"/>
          <w:bCs/>
          <w:color w:val="1F497D" w:themeColor="text2"/>
        </w:rPr>
        <w:t>Modello A</w:t>
      </w:r>
      <w:r w:rsidR="00D472FB">
        <w:rPr>
          <w:rFonts w:ascii="Calibri" w:hAnsi="Calibri" w:cs="Calibri"/>
          <w:bCs/>
          <w:color w:val="1F497D" w:themeColor="text2"/>
        </w:rPr>
        <w:t>,</w:t>
      </w:r>
      <w:r w:rsidR="002921A8" w:rsidRPr="00DE0A84">
        <w:rPr>
          <w:rFonts w:ascii="Calibri" w:hAnsi="Calibri" w:cs="Calibri"/>
          <w:bCs/>
          <w:color w:val="1F497D" w:themeColor="text2"/>
        </w:rPr>
        <w:t xml:space="preserve"> punto </w:t>
      </w:r>
      <w:r w:rsidR="009A7A39">
        <w:rPr>
          <w:rFonts w:ascii="Calibri" w:hAnsi="Calibri" w:cs="Calibri"/>
          <w:bCs/>
          <w:color w:val="1F497D" w:themeColor="text2"/>
        </w:rPr>
        <w:t>6</w:t>
      </w:r>
      <w:r w:rsidR="0033549E" w:rsidRPr="00DE0A84">
        <w:rPr>
          <w:rFonts w:ascii="Calibri" w:hAnsi="Calibri" w:cs="Calibri"/>
          <w:bCs/>
          <w:color w:val="1F497D" w:themeColor="text2"/>
        </w:rPr>
        <w:t>.</w:t>
      </w:r>
    </w:p>
    <w:p w14:paraId="34B090A0" w14:textId="647521EE" w:rsidR="002921A8" w:rsidRPr="000F6807" w:rsidRDefault="002921A8" w:rsidP="007460D9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/>
          <w:color w:val="1F497D" w:themeColor="text2"/>
          <w:u w:val="single"/>
        </w:rPr>
        <w:t>Deve essere compilat</w:t>
      </w:r>
      <w:r w:rsidR="00433576">
        <w:rPr>
          <w:rFonts w:ascii="Calibri" w:hAnsi="Calibri" w:cs="Calibri"/>
          <w:b/>
          <w:color w:val="1F497D" w:themeColor="text2"/>
          <w:u w:val="single"/>
        </w:rPr>
        <w:t>a</w:t>
      </w:r>
      <w:r w:rsidRPr="00DE0A84">
        <w:rPr>
          <w:rFonts w:ascii="Calibri" w:hAnsi="Calibri" w:cs="Calibri"/>
          <w:b/>
          <w:color w:val="1F497D" w:themeColor="text2"/>
          <w:u w:val="single"/>
        </w:rPr>
        <w:t xml:space="preserve"> un</w:t>
      </w:r>
      <w:r w:rsidR="007460D9" w:rsidRPr="00DE0A84">
        <w:rPr>
          <w:rFonts w:ascii="Calibri" w:hAnsi="Calibri" w:cs="Calibri"/>
          <w:b/>
          <w:color w:val="1F497D" w:themeColor="text2"/>
          <w:u w:val="single"/>
        </w:rPr>
        <w:t xml:space="preserve">a scheda </w:t>
      </w:r>
      <w:r w:rsidRPr="00DE0A84">
        <w:rPr>
          <w:rFonts w:ascii="Calibri" w:hAnsi="Calibri" w:cs="Calibri"/>
          <w:b/>
          <w:color w:val="1F497D" w:themeColor="text2"/>
          <w:u w:val="single"/>
        </w:rPr>
        <w:t>per ogni Master</w:t>
      </w:r>
      <w:r w:rsidR="000F6807" w:rsidRPr="000F6807">
        <w:rPr>
          <w:rFonts w:ascii="Calibri" w:hAnsi="Calibri" w:cs="Calibri"/>
          <w:bCs/>
          <w:color w:val="1F497D" w:themeColor="text2"/>
        </w:rPr>
        <w:t xml:space="preserve"> (in caso di uno </w:t>
      </w:r>
      <w:r w:rsidR="006425F6" w:rsidRPr="000F6807">
        <w:rPr>
          <w:rFonts w:ascii="Calibri" w:hAnsi="Calibri" w:cs="Calibri"/>
          <w:bCs/>
          <w:color w:val="1F497D" w:themeColor="text2"/>
        </w:rPr>
        <w:t>stesso Master con più edizioni</w:t>
      </w:r>
      <w:r w:rsidR="000F6807" w:rsidRPr="000F6807">
        <w:rPr>
          <w:rFonts w:ascii="Calibri" w:hAnsi="Calibri" w:cs="Calibri"/>
          <w:bCs/>
          <w:color w:val="1F497D" w:themeColor="text2"/>
        </w:rPr>
        <w:t xml:space="preserve"> va compilata una sola scheda)</w:t>
      </w:r>
      <w:r w:rsidR="00135BB4" w:rsidRPr="000F6807">
        <w:rPr>
          <w:rFonts w:ascii="Calibri" w:hAnsi="Calibri" w:cs="Calibri"/>
          <w:bCs/>
          <w:color w:val="1F497D" w:themeColor="text2"/>
        </w:rPr>
        <w:t>.</w:t>
      </w:r>
    </w:p>
    <w:p w14:paraId="36FC3C26" w14:textId="77777777" w:rsidR="0081050D" w:rsidRDefault="0081050D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63907D25" w14:textId="381A18C1" w:rsidR="00AB69E6" w:rsidRDefault="007460D9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>
        <w:rPr>
          <w:rFonts w:ascii="Calibri" w:hAnsi="Calibri" w:cs="Calibri"/>
          <w:b/>
          <w:color w:val="1F497D" w:themeColor="text2"/>
        </w:rPr>
        <w:t xml:space="preserve">SCHEDA DEL MASTER - IDENTIFICATIVO N. </w:t>
      </w:r>
      <w:r w:rsidR="00410684">
        <w:rPr>
          <w:rFonts w:ascii="Calibri" w:hAnsi="Calibri" w:cs="Calibri"/>
          <w:b/>
          <w:color w:val="1F497D" w:themeColor="text2"/>
        </w:rPr>
        <w:t xml:space="preserve">_____ </w:t>
      </w:r>
      <w:r w:rsidR="00FD2078">
        <w:rPr>
          <w:rFonts w:ascii="Calibri" w:hAnsi="Calibri" w:cs="Calibri"/>
          <w:b/>
          <w:color w:val="1F497D" w:themeColor="text2"/>
        </w:rPr>
        <w:t>(n. identificativo inserito nel modello A</w:t>
      </w:r>
      <w:r w:rsidR="000F6807">
        <w:rPr>
          <w:rFonts w:ascii="Calibri" w:hAnsi="Calibri" w:cs="Calibri"/>
          <w:b/>
          <w:color w:val="1F497D" w:themeColor="text2"/>
        </w:rPr>
        <w:t>, punto 6</w:t>
      </w:r>
      <w:r w:rsidR="00FD2078">
        <w:rPr>
          <w:rFonts w:ascii="Calibri" w:hAnsi="Calibri" w:cs="Calibri"/>
          <w:b/>
          <w:color w:val="1F497D" w:themeColor="text2"/>
        </w:rPr>
        <w:t>)</w:t>
      </w:r>
    </w:p>
    <w:p w14:paraId="0B49D218" w14:textId="3C53527E" w:rsidR="0081050D" w:rsidRPr="00DE0A84" w:rsidRDefault="00D9297E" w:rsidP="000270A4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7460D9">
        <w:rPr>
          <w:rFonts w:ascii="Calibri" w:hAnsi="Calibri" w:cs="Calibri"/>
          <w:b/>
          <w:color w:val="1F497D" w:themeColor="text2"/>
        </w:rPr>
        <w:t>D</w:t>
      </w:r>
      <w:r w:rsidR="00410684" w:rsidRPr="007460D9">
        <w:rPr>
          <w:rFonts w:ascii="Calibri" w:hAnsi="Calibri" w:cs="Calibri"/>
          <w:b/>
          <w:color w:val="1F497D" w:themeColor="text2"/>
        </w:rPr>
        <w:t xml:space="preserve">enominazione </w:t>
      </w:r>
      <w:r w:rsidR="00410684" w:rsidRPr="00DE0A84">
        <w:rPr>
          <w:rFonts w:ascii="Calibri" w:hAnsi="Calibri" w:cs="Calibri"/>
          <w:bCs/>
          <w:color w:val="1F497D" w:themeColor="text2"/>
        </w:rPr>
        <w:t>_____</w:t>
      </w:r>
      <w:r w:rsidR="007C2963" w:rsidRPr="00DE0A84">
        <w:rPr>
          <w:rFonts w:ascii="Calibri" w:hAnsi="Calibri" w:cs="Calibri"/>
          <w:bCs/>
          <w:color w:val="1F497D" w:themeColor="text2"/>
        </w:rPr>
        <w:t>________</w:t>
      </w:r>
      <w:r w:rsidR="00410684" w:rsidRPr="00DE0A84">
        <w:rPr>
          <w:rFonts w:ascii="Calibri" w:hAnsi="Calibri" w:cs="Calibri"/>
          <w:bCs/>
          <w:color w:val="1F497D" w:themeColor="text2"/>
        </w:rPr>
        <w:t>_______________</w:t>
      </w:r>
      <w:r w:rsidR="00EA44C8" w:rsidRPr="00DE0A84">
        <w:rPr>
          <w:rFonts w:ascii="Calibri" w:hAnsi="Calibri" w:cs="Calibri"/>
          <w:bCs/>
          <w:color w:val="1F497D" w:themeColor="text2"/>
        </w:rPr>
        <w:t>_____________________________________</w:t>
      </w:r>
    </w:p>
    <w:p w14:paraId="51B8DF17" w14:textId="03E7D321" w:rsidR="00AB69E6" w:rsidRDefault="00D54CB0" w:rsidP="00AB69E6">
      <w:pPr>
        <w:spacing w:after="40" w:line="360" w:lineRule="auto"/>
        <w:rPr>
          <w:rFonts w:ascii="Calibri" w:hAnsi="Calibri" w:cs="Calibri"/>
          <w:b/>
          <w:color w:val="1F497D" w:themeColor="text2"/>
        </w:rPr>
      </w:pPr>
      <w:r w:rsidRPr="007460D9">
        <w:rPr>
          <w:rFonts w:ascii="Calibri" w:hAnsi="Calibri" w:cs="Calibri"/>
          <w:b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1E846F5" wp14:editId="12175D62">
                <wp:simplePos x="0" y="0"/>
                <wp:positionH relativeFrom="column">
                  <wp:posOffset>2348315</wp:posOffset>
                </wp:positionH>
                <wp:positionV relativeFrom="paragraph">
                  <wp:posOffset>41910</wp:posOffset>
                </wp:positionV>
                <wp:extent cx="127000" cy="116840"/>
                <wp:effectExtent l="0" t="0" r="25400" b="16510"/>
                <wp:wrapSquare wrapText="bothSides"/>
                <wp:docPr id="1947638103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3706D69B" id="Rettangolo 26" o:spid="_x0000_s1026" style="position:absolute;margin-left:184.9pt;margin-top:3.3pt;width:10pt;height:9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" fillcolor="white [3201]" strokecolor="#17365d [2415]" strokeweight="2pt">
                <w10:wrap type="square"/>
              </v:rect>
            </w:pict>
          </mc:Fallback>
        </mc:AlternateContent>
      </w:r>
      <w:r w:rsidR="00876B84" w:rsidRPr="007460D9">
        <w:rPr>
          <w:rFonts w:ascii="Calibri" w:hAnsi="Calibri" w:cs="Calibri"/>
          <w:b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5C3B806" wp14:editId="7C3211F2">
                <wp:simplePos x="0" y="0"/>
                <wp:positionH relativeFrom="column">
                  <wp:posOffset>610870</wp:posOffset>
                </wp:positionH>
                <wp:positionV relativeFrom="paragraph">
                  <wp:posOffset>32385</wp:posOffset>
                </wp:positionV>
                <wp:extent cx="127000" cy="116840"/>
                <wp:effectExtent l="0" t="0" r="25400" b="16510"/>
                <wp:wrapThrough wrapText="bothSides">
                  <wp:wrapPolygon edited="0">
                    <wp:start x="0" y="0"/>
                    <wp:lineTo x="0" y="21130"/>
                    <wp:lineTo x="22680" y="21130"/>
                    <wp:lineTo x="22680" y="0"/>
                    <wp:lineTo x="0" y="0"/>
                  </wp:wrapPolygon>
                </wp:wrapThrough>
                <wp:docPr id="745339190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68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51664626" id="Rettangolo 26" o:spid="_x0000_s1026" style="position:absolute;margin-left:48.1pt;margin-top:2.55pt;width:10pt;height: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" fillcolor="white [3201]" strokecolor="#17365d [2415]" strokeweight="2pt">
                <w10:wrap type="through"/>
              </v:rect>
            </w:pict>
          </mc:Fallback>
        </mc:AlternateContent>
      </w:r>
      <w:r w:rsidR="00D9297E" w:rsidRPr="007460D9">
        <w:rPr>
          <w:rFonts w:ascii="Calibri" w:hAnsi="Calibri" w:cs="Calibri"/>
          <w:b/>
          <w:color w:val="1F497D" w:themeColor="text2"/>
        </w:rPr>
        <w:t>Livello</w:t>
      </w:r>
      <w:r w:rsidR="00D9297E" w:rsidRPr="00DE0A84">
        <w:rPr>
          <w:rFonts w:ascii="Calibri" w:hAnsi="Calibri" w:cs="Calibri"/>
          <w:bCs/>
          <w:color w:val="1F497D" w:themeColor="text2"/>
        </w:rPr>
        <w:t xml:space="preserve"> </w:t>
      </w:r>
      <w:r w:rsidR="00876B84" w:rsidRPr="00DE0A84">
        <w:rPr>
          <w:rFonts w:ascii="Calibri" w:hAnsi="Calibri" w:cs="Calibri"/>
          <w:bCs/>
          <w:color w:val="1F497D" w:themeColor="text2"/>
        </w:rPr>
        <w:t xml:space="preserve">            </w:t>
      </w:r>
      <w:r w:rsidR="00876B84" w:rsidRPr="0030769A">
        <w:rPr>
          <w:rFonts w:ascii="Calibri" w:hAnsi="Calibri" w:cs="Calibri"/>
          <w:b/>
          <w:color w:val="1F497D" w:themeColor="text2"/>
        </w:rPr>
        <w:t>I livello</w:t>
      </w:r>
      <w:r w:rsidRPr="0030769A">
        <w:rPr>
          <w:rFonts w:ascii="Calibri" w:hAnsi="Calibri" w:cs="Calibri"/>
          <w:b/>
          <w:color w:val="1F497D" w:themeColor="text2"/>
        </w:rPr>
        <w:t xml:space="preserve">                                                      II livello</w:t>
      </w:r>
    </w:p>
    <w:p w14:paraId="5FD85EC8" w14:textId="6E266335" w:rsidR="00EA44C8" w:rsidRPr="00DE0A84" w:rsidRDefault="00EA44C8" w:rsidP="000270A4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7460D9">
        <w:rPr>
          <w:rFonts w:ascii="Calibri" w:hAnsi="Calibri" w:cs="Calibri"/>
          <w:b/>
          <w:color w:val="1F497D" w:themeColor="text2"/>
        </w:rPr>
        <w:t>Anni accademici di attivazione</w:t>
      </w:r>
      <w:r w:rsidR="00D21C20" w:rsidRPr="007460D9">
        <w:rPr>
          <w:rFonts w:ascii="Calibri" w:hAnsi="Calibri" w:cs="Calibri"/>
          <w:b/>
          <w:color w:val="1F497D" w:themeColor="text2"/>
        </w:rPr>
        <w:t xml:space="preserve"> e numero edizioni</w:t>
      </w:r>
      <w:r w:rsidR="00CC4575" w:rsidRPr="007460D9">
        <w:rPr>
          <w:rFonts w:ascii="Calibri" w:hAnsi="Calibri" w:cs="Calibri"/>
          <w:b/>
          <w:color w:val="1F497D" w:themeColor="text2"/>
        </w:rPr>
        <w:t xml:space="preserve"> </w:t>
      </w:r>
      <w:r w:rsidR="008E449F" w:rsidRPr="007460D9">
        <w:rPr>
          <w:rFonts w:ascii="Calibri" w:hAnsi="Calibri" w:cs="Calibri"/>
          <w:b/>
          <w:color w:val="1F497D" w:themeColor="text2"/>
        </w:rPr>
        <w:t>del Master:</w:t>
      </w:r>
      <w:r w:rsidR="00D21C20" w:rsidRPr="00DE0A84">
        <w:rPr>
          <w:rFonts w:ascii="Calibri" w:hAnsi="Calibri" w:cs="Calibri"/>
          <w:bCs/>
          <w:color w:val="1F497D" w:themeColor="text2"/>
        </w:rPr>
        <w:t xml:space="preserve"> </w:t>
      </w:r>
      <w:r w:rsidRPr="00DE0A84">
        <w:rPr>
          <w:rFonts w:ascii="Calibri" w:hAnsi="Calibri" w:cs="Calibri"/>
          <w:bCs/>
          <w:color w:val="1F497D" w:themeColor="text2"/>
        </w:rPr>
        <w:t xml:space="preserve"> </w:t>
      </w:r>
      <w:r w:rsidR="00F56066" w:rsidRPr="00DE0A84">
        <w:rPr>
          <w:rFonts w:ascii="Calibri" w:hAnsi="Calibri" w:cs="Calibri"/>
          <w:bCs/>
          <w:color w:val="1F497D" w:themeColor="text2"/>
        </w:rPr>
        <w:t xml:space="preserve">            </w:t>
      </w:r>
    </w:p>
    <w:p w14:paraId="79FF53F4" w14:textId="77777777" w:rsidR="0082524A" w:rsidRDefault="00D21C20" w:rsidP="00DE0A84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noProof/>
          <w:color w:val="1F497D" w:themeColor="text2"/>
        </w:rPr>
        <w:drawing>
          <wp:anchor distT="0" distB="0" distL="114300" distR="114300" simplePos="0" relativeHeight="251658253" behindDoc="1" locked="0" layoutInCell="1" allowOverlap="1" wp14:anchorId="5B6A5C82" wp14:editId="4B606064">
            <wp:simplePos x="0" y="0"/>
            <wp:positionH relativeFrom="margin">
              <wp:posOffset>203673</wp:posOffset>
            </wp:positionH>
            <wp:positionV relativeFrom="paragraph">
              <wp:posOffset>26670</wp:posOffset>
            </wp:positionV>
            <wp:extent cx="152400" cy="140335"/>
            <wp:effectExtent l="0" t="0" r="0" b="0"/>
            <wp:wrapTight wrapText="bothSides">
              <wp:wrapPolygon edited="0">
                <wp:start x="0" y="0"/>
                <wp:lineTo x="0" y="17593"/>
                <wp:lineTo x="18900" y="17593"/>
                <wp:lineTo x="18900" y="0"/>
                <wp:lineTo x="0" y="0"/>
              </wp:wrapPolygon>
            </wp:wrapTight>
            <wp:docPr id="318575081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0A84">
        <w:rPr>
          <w:rFonts w:ascii="Calibri" w:hAnsi="Calibri" w:cs="Calibri"/>
          <w:bCs/>
          <w:color w:val="1F497D" w:themeColor="text2"/>
        </w:rPr>
        <w:t xml:space="preserve">2026/2027 </w:t>
      </w:r>
      <w:r w:rsidR="00CC4575" w:rsidRPr="00DE0A84">
        <w:rPr>
          <w:rFonts w:ascii="Calibri" w:hAnsi="Calibri" w:cs="Calibri"/>
          <w:bCs/>
          <w:color w:val="1F497D" w:themeColor="text2"/>
        </w:rPr>
        <w:t xml:space="preserve">   Numero edizioni ________</w:t>
      </w:r>
      <w:r w:rsidR="006057A6">
        <w:rPr>
          <w:rFonts w:ascii="Calibri" w:hAnsi="Calibri" w:cs="Calibri"/>
          <w:bCs/>
          <w:color w:val="1F497D" w:themeColor="text2"/>
        </w:rPr>
        <w:t xml:space="preserve"> </w:t>
      </w:r>
    </w:p>
    <w:p w14:paraId="03031583" w14:textId="48CB2C83" w:rsidR="0082524A" w:rsidRDefault="006057A6" w:rsidP="00DE0A84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 xml:space="preserve">Numero </w:t>
      </w:r>
      <w:r w:rsidR="00842C7F">
        <w:rPr>
          <w:rFonts w:ascii="Calibri" w:hAnsi="Calibri" w:cs="Calibri"/>
          <w:bCs/>
          <w:color w:val="1F497D" w:themeColor="text2"/>
        </w:rPr>
        <w:t xml:space="preserve">totale </w:t>
      </w:r>
      <w:r>
        <w:rPr>
          <w:rFonts w:ascii="Calibri" w:hAnsi="Calibri" w:cs="Calibri"/>
          <w:bCs/>
          <w:color w:val="1F497D" w:themeColor="text2"/>
        </w:rPr>
        <w:t xml:space="preserve">di ore </w:t>
      </w:r>
      <w:r w:rsidR="00C047B7">
        <w:rPr>
          <w:rFonts w:ascii="Calibri" w:hAnsi="Calibri" w:cs="Calibri"/>
          <w:bCs/>
          <w:color w:val="1F497D" w:themeColor="text2"/>
        </w:rPr>
        <w:t xml:space="preserve">di </w:t>
      </w:r>
      <w:r>
        <w:rPr>
          <w:rFonts w:ascii="Calibri" w:hAnsi="Calibri" w:cs="Calibri"/>
          <w:bCs/>
          <w:color w:val="1F497D" w:themeColor="text2"/>
        </w:rPr>
        <w:t>didattic</w:t>
      </w:r>
      <w:r w:rsidR="00C047B7">
        <w:rPr>
          <w:rFonts w:ascii="Calibri" w:hAnsi="Calibri" w:cs="Calibri"/>
          <w:bCs/>
          <w:color w:val="1F497D" w:themeColor="text2"/>
        </w:rPr>
        <w:t>a</w:t>
      </w:r>
      <w:r w:rsidR="00842C7F">
        <w:rPr>
          <w:rFonts w:ascii="Calibri" w:hAnsi="Calibri" w:cs="Calibri"/>
          <w:bCs/>
          <w:color w:val="1F497D" w:themeColor="text2"/>
        </w:rPr>
        <w:t>______</w:t>
      </w:r>
    </w:p>
    <w:p w14:paraId="71D89DAE" w14:textId="3F0E2EF1" w:rsidR="00D21C20" w:rsidRPr="00DE0A84" w:rsidRDefault="00842C7F" w:rsidP="0082524A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 xml:space="preserve">di cui, ore </w:t>
      </w:r>
      <w:r w:rsidR="0082524A" w:rsidRPr="001C6474">
        <w:rPr>
          <w:rFonts w:ascii="Calibri" w:hAnsi="Calibri" w:cs="Calibri"/>
          <w:color w:val="1F497D" w:themeColor="text2"/>
        </w:rPr>
        <w:t>in presenza</w:t>
      </w:r>
      <w:r>
        <w:rPr>
          <w:rFonts w:ascii="Calibri" w:hAnsi="Calibri" w:cs="Calibri"/>
          <w:color w:val="1F497D" w:themeColor="text2"/>
        </w:rPr>
        <w:t>______</w:t>
      </w:r>
      <w:r w:rsidR="001372AC">
        <w:rPr>
          <w:rFonts w:ascii="Calibri" w:hAnsi="Calibri" w:cs="Calibri"/>
          <w:color w:val="1F497D" w:themeColor="text2"/>
        </w:rPr>
        <w:t>, ore</w:t>
      </w:r>
      <w:r w:rsidR="00787176">
        <w:rPr>
          <w:rFonts w:ascii="Calibri" w:hAnsi="Calibri" w:cs="Calibri"/>
          <w:color w:val="1F497D" w:themeColor="text2"/>
        </w:rPr>
        <w:t xml:space="preserve"> erogate </w:t>
      </w:r>
      <w:r w:rsidR="0082524A" w:rsidRPr="001C6474">
        <w:rPr>
          <w:rFonts w:ascii="Calibri" w:hAnsi="Calibri" w:cs="Calibri"/>
          <w:color w:val="1F497D" w:themeColor="text2"/>
        </w:rPr>
        <w:t>in modalità asincrona</w:t>
      </w:r>
      <w:r w:rsidR="00787176">
        <w:rPr>
          <w:rFonts w:ascii="Calibri" w:hAnsi="Calibri" w:cs="Calibri"/>
          <w:color w:val="1F497D" w:themeColor="text2"/>
        </w:rPr>
        <w:t xml:space="preserve">_____, </w:t>
      </w:r>
      <w:r w:rsidR="0082524A" w:rsidRPr="001C6474">
        <w:rPr>
          <w:rFonts w:ascii="Calibri" w:hAnsi="Calibri" w:cs="Calibri"/>
          <w:color w:val="1F497D" w:themeColor="text2"/>
        </w:rPr>
        <w:t xml:space="preserve">ore erogate in modalità </w:t>
      </w:r>
      <w:r w:rsidR="0082524A" w:rsidRPr="00E42333">
        <w:rPr>
          <w:rFonts w:ascii="Calibri" w:hAnsi="Calibri" w:cs="Calibri"/>
          <w:color w:val="1F497D" w:themeColor="text2"/>
        </w:rPr>
        <w:t>sincrona online</w:t>
      </w:r>
      <w:r w:rsidR="00B338F6">
        <w:rPr>
          <w:rFonts w:ascii="Calibri" w:hAnsi="Calibri" w:cs="Calibri"/>
          <w:color w:val="1F497D" w:themeColor="text2"/>
        </w:rPr>
        <w:t>_____.</w:t>
      </w:r>
      <w:r w:rsidR="00C047B7">
        <w:rPr>
          <w:rFonts w:ascii="Calibri" w:hAnsi="Calibri" w:cs="Calibri"/>
          <w:bCs/>
          <w:color w:val="1F497D" w:themeColor="text2"/>
        </w:rPr>
        <w:t xml:space="preserve"> </w:t>
      </w:r>
    </w:p>
    <w:p w14:paraId="4D37ED1B" w14:textId="6CA4CA61" w:rsidR="00CC4575" w:rsidRDefault="00CC4575" w:rsidP="00DE0A84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noProof/>
          <w:color w:val="1F497D" w:themeColor="text2"/>
        </w:rPr>
        <w:drawing>
          <wp:anchor distT="0" distB="0" distL="114300" distR="114300" simplePos="0" relativeHeight="251658254" behindDoc="1" locked="0" layoutInCell="1" allowOverlap="1" wp14:anchorId="75900E74" wp14:editId="4A7A3DD3">
            <wp:simplePos x="0" y="0"/>
            <wp:positionH relativeFrom="margin">
              <wp:posOffset>203673</wp:posOffset>
            </wp:positionH>
            <wp:positionV relativeFrom="paragraph">
              <wp:posOffset>26670</wp:posOffset>
            </wp:positionV>
            <wp:extent cx="152400" cy="140335"/>
            <wp:effectExtent l="0" t="0" r="0" b="0"/>
            <wp:wrapTight wrapText="bothSides">
              <wp:wrapPolygon edited="0">
                <wp:start x="0" y="0"/>
                <wp:lineTo x="0" y="17593"/>
                <wp:lineTo x="18900" y="17593"/>
                <wp:lineTo x="18900" y="0"/>
                <wp:lineTo x="0" y="0"/>
              </wp:wrapPolygon>
            </wp:wrapTight>
            <wp:docPr id="1239210371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0A84">
        <w:rPr>
          <w:rFonts w:ascii="Calibri" w:hAnsi="Calibri" w:cs="Calibri"/>
          <w:bCs/>
          <w:color w:val="1F497D" w:themeColor="text2"/>
        </w:rPr>
        <w:t>2027/2028    Numero edizioni ________</w:t>
      </w:r>
    </w:p>
    <w:p w14:paraId="331C7BEC" w14:textId="77777777" w:rsidR="00B338F6" w:rsidRDefault="00B338F6" w:rsidP="00B338F6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>Numero totale di ore di didattica______</w:t>
      </w:r>
    </w:p>
    <w:p w14:paraId="721BE491" w14:textId="66CAE047" w:rsidR="00B338F6" w:rsidRPr="00DE0A84" w:rsidRDefault="00B338F6" w:rsidP="00B338F6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 xml:space="preserve">di cui, ore </w:t>
      </w:r>
      <w:r w:rsidRPr="001C6474">
        <w:rPr>
          <w:rFonts w:ascii="Calibri" w:hAnsi="Calibri" w:cs="Calibri"/>
          <w:color w:val="1F497D" w:themeColor="text2"/>
        </w:rPr>
        <w:t>in presenza</w:t>
      </w:r>
      <w:r>
        <w:rPr>
          <w:rFonts w:ascii="Calibri" w:hAnsi="Calibri" w:cs="Calibri"/>
          <w:color w:val="1F497D" w:themeColor="text2"/>
        </w:rPr>
        <w:t xml:space="preserve">______, ore erogate </w:t>
      </w:r>
      <w:r w:rsidRPr="001C6474">
        <w:rPr>
          <w:rFonts w:ascii="Calibri" w:hAnsi="Calibri" w:cs="Calibri"/>
          <w:color w:val="1F497D" w:themeColor="text2"/>
        </w:rPr>
        <w:t>in modalità asincrona</w:t>
      </w:r>
      <w:r>
        <w:rPr>
          <w:rFonts w:ascii="Calibri" w:hAnsi="Calibri" w:cs="Calibri"/>
          <w:color w:val="1F497D" w:themeColor="text2"/>
        </w:rPr>
        <w:t xml:space="preserve">_____, </w:t>
      </w:r>
      <w:r w:rsidRPr="001C6474">
        <w:rPr>
          <w:rFonts w:ascii="Calibri" w:hAnsi="Calibri" w:cs="Calibri"/>
          <w:color w:val="1F497D" w:themeColor="text2"/>
        </w:rPr>
        <w:t xml:space="preserve">ore erogate in modalità </w:t>
      </w:r>
      <w:r w:rsidRPr="00E42333">
        <w:rPr>
          <w:rFonts w:ascii="Calibri" w:hAnsi="Calibri" w:cs="Calibri"/>
          <w:color w:val="1F497D" w:themeColor="text2"/>
        </w:rPr>
        <w:t>sincrona online</w:t>
      </w:r>
      <w:r>
        <w:rPr>
          <w:rFonts w:ascii="Calibri" w:hAnsi="Calibri" w:cs="Calibri"/>
          <w:color w:val="1F497D" w:themeColor="text2"/>
        </w:rPr>
        <w:t>_____.</w:t>
      </w:r>
    </w:p>
    <w:p w14:paraId="5DB6AA61" w14:textId="291C4913" w:rsidR="00CC4575" w:rsidRDefault="00CC4575" w:rsidP="00DE0A84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Cs/>
          <w:noProof/>
          <w:color w:val="1F497D" w:themeColor="text2"/>
        </w:rPr>
        <w:drawing>
          <wp:anchor distT="0" distB="0" distL="114300" distR="114300" simplePos="0" relativeHeight="251658255" behindDoc="1" locked="0" layoutInCell="1" allowOverlap="1" wp14:anchorId="43B33A3F" wp14:editId="2B5EDABE">
            <wp:simplePos x="0" y="0"/>
            <wp:positionH relativeFrom="margin">
              <wp:posOffset>203673</wp:posOffset>
            </wp:positionH>
            <wp:positionV relativeFrom="paragraph">
              <wp:posOffset>26670</wp:posOffset>
            </wp:positionV>
            <wp:extent cx="152400" cy="140335"/>
            <wp:effectExtent l="0" t="0" r="0" b="0"/>
            <wp:wrapTight wrapText="bothSides">
              <wp:wrapPolygon edited="0">
                <wp:start x="0" y="0"/>
                <wp:lineTo x="0" y="17593"/>
                <wp:lineTo x="18900" y="17593"/>
                <wp:lineTo x="18900" y="0"/>
                <wp:lineTo x="0" y="0"/>
              </wp:wrapPolygon>
            </wp:wrapTight>
            <wp:docPr id="1951146269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0A84">
        <w:rPr>
          <w:rFonts w:ascii="Calibri" w:hAnsi="Calibri" w:cs="Calibri"/>
          <w:bCs/>
          <w:color w:val="1F497D" w:themeColor="text2"/>
        </w:rPr>
        <w:t>2028/2029    Numero edizioni ________</w:t>
      </w:r>
    </w:p>
    <w:p w14:paraId="51E36AF4" w14:textId="77777777" w:rsidR="00B338F6" w:rsidRDefault="00B338F6" w:rsidP="00B338F6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>Numero totale di ore di didattica______</w:t>
      </w:r>
    </w:p>
    <w:p w14:paraId="65D906B6" w14:textId="1C8AEFA1" w:rsidR="00B338F6" w:rsidRPr="00DE0A84" w:rsidRDefault="00B338F6" w:rsidP="00B338F6">
      <w:pPr>
        <w:spacing w:after="40" w:line="360" w:lineRule="auto"/>
        <w:ind w:left="720"/>
        <w:jc w:val="both"/>
        <w:rPr>
          <w:rFonts w:ascii="Calibri" w:hAnsi="Calibri" w:cs="Calibri"/>
          <w:bCs/>
          <w:color w:val="1F497D" w:themeColor="text2"/>
        </w:rPr>
      </w:pPr>
      <w:r>
        <w:rPr>
          <w:rFonts w:ascii="Calibri" w:hAnsi="Calibri" w:cs="Calibri"/>
          <w:bCs/>
          <w:color w:val="1F497D" w:themeColor="text2"/>
        </w:rPr>
        <w:t xml:space="preserve">di cui, ore </w:t>
      </w:r>
      <w:r w:rsidRPr="001C6474">
        <w:rPr>
          <w:rFonts w:ascii="Calibri" w:hAnsi="Calibri" w:cs="Calibri"/>
          <w:color w:val="1F497D" w:themeColor="text2"/>
        </w:rPr>
        <w:t>in presenza</w:t>
      </w:r>
      <w:r>
        <w:rPr>
          <w:rFonts w:ascii="Calibri" w:hAnsi="Calibri" w:cs="Calibri"/>
          <w:color w:val="1F497D" w:themeColor="text2"/>
        </w:rPr>
        <w:t xml:space="preserve">______, ore erogate </w:t>
      </w:r>
      <w:r w:rsidRPr="001C6474">
        <w:rPr>
          <w:rFonts w:ascii="Calibri" w:hAnsi="Calibri" w:cs="Calibri"/>
          <w:color w:val="1F497D" w:themeColor="text2"/>
        </w:rPr>
        <w:t>in modalità asincrona</w:t>
      </w:r>
      <w:r>
        <w:rPr>
          <w:rFonts w:ascii="Calibri" w:hAnsi="Calibri" w:cs="Calibri"/>
          <w:color w:val="1F497D" w:themeColor="text2"/>
        </w:rPr>
        <w:t xml:space="preserve">_____, </w:t>
      </w:r>
      <w:r w:rsidRPr="001C6474">
        <w:rPr>
          <w:rFonts w:ascii="Calibri" w:hAnsi="Calibri" w:cs="Calibri"/>
          <w:color w:val="1F497D" w:themeColor="text2"/>
        </w:rPr>
        <w:t xml:space="preserve">ore erogate in modalità </w:t>
      </w:r>
      <w:r w:rsidRPr="00E42333">
        <w:rPr>
          <w:rFonts w:ascii="Calibri" w:hAnsi="Calibri" w:cs="Calibri"/>
          <w:color w:val="1F497D" w:themeColor="text2"/>
        </w:rPr>
        <w:t>sincrona online</w:t>
      </w:r>
      <w:r>
        <w:rPr>
          <w:rFonts w:ascii="Calibri" w:hAnsi="Calibri" w:cs="Calibri"/>
          <w:color w:val="1F497D" w:themeColor="text2"/>
        </w:rPr>
        <w:t>_____.</w:t>
      </w:r>
    </w:p>
    <w:p w14:paraId="323ED502" w14:textId="77777777" w:rsidR="00AB69E6" w:rsidRDefault="00AB69E6" w:rsidP="00CE52EB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</w:p>
    <w:p w14:paraId="1B34555C" w14:textId="6F9B41F9" w:rsidR="00CE52EB" w:rsidRPr="00A10F9D" w:rsidRDefault="00CE52EB" w:rsidP="00CE52EB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A10F9D">
        <w:rPr>
          <w:rFonts w:ascii="Calibri" w:hAnsi="Calibri" w:cs="Calibri"/>
          <w:bCs/>
          <w:color w:val="1F497D" w:themeColor="text2"/>
        </w:rPr>
        <w:t xml:space="preserve">In questa sezione il soggetto proponente descrive dettagliatamente il percorso formativo del </w:t>
      </w:r>
      <w:r w:rsidR="00D95739">
        <w:rPr>
          <w:rFonts w:ascii="Calibri" w:hAnsi="Calibri" w:cs="Calibri"/>
          <w:bCs/>
          <w:color w:val="1F497D" w:themeColor="text2"/>
        </w:rPr>
        <w:t xml:space="preserve">singolo </w:t>
      </w:r>
      <w:r w:rsidRPr="00A10F9D">
        <w:rPr>
          <w:rFonts w:ascii="Calibri" w:hAnsi="Calibri" w:cs="Calibri"/>
          <w:bCs/>
          <w:color w:val="1F497D" w:themeColor="text2"/>
        </w:rPr>
        <w:t>Master, illustrandone l’articolazione in moduli e/o insegnamenti, con l’indicazione dei relativi CFU e/o del numero di ore, i principali contenuti didattici e le eventuali attività integrative previste (laboratori, project work, casi applicativi e altre esperienze formative). Sono</w:t>
      </w:r>
      <w:r w:rsidR="001C5883">
        <w:rPr>
          <w:rFonts w:ascii="Calibri" w:hAnsi="Calibri" w:cs="Calibri"/>
          <w:bCs/>
          <w:color w:val="1F497D" w:themeColor="text2"/>
        </w:rPr>
        <w:t>,</w:t>
      </w:r>
      <w:r w:rsidRPr="00A10F9D">
        <w:rPr>
          <w:rFonts w:ascii="Calibri" w:hAnsi="Calibri" w:cs="Calibri"/>
          <w:bCs/>
          <w:color w:val="1F497D" w:themeColor="text2"/>
        </w:rPr>
        <w:t xml:space="preserve"> inoltre fornite</w:t>
      </w:r>
      <w:r w:rsidR="001C5883">
        <w:rPr>
          <w:rFonts w:ascii="Calibri" w:hAnsi="Calibri" w:cs="Calibri"/>
          <w:bCs/>
          <w:color w:val="1F497D" w:themeColor="text2"/>
        </w:rPr>
        <w:t>,</w:t>
      </w:r>
      <w:r w:rsidRPr="00A10F9D">
        <w:rPr>
          <w:rFonts w:ascii="Calibri" w:hAnsi="Calibri" w:cs="Calibri"/>
          <w:bCs/>
          <w:color w:val="1F497D" w:themeColor="text2"/>
        </w:rPr>
        <w:t xml:space="preserve"> tutte le informazioni utili alla comprensione della proposta formativa.</w:t>
      </w:r>
    </w:p>
    <w:p w14:paraId="41BB5C8D" w14:textId="6761636A" w:rsidR="00CE52EB" w:rsidRPr="00A10F9D" w:rsidRDefault="00CE52EB" w:rsidP="00CE52EB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A10F9D">
        <w:rPr>
          <w:rFonts w:ascii="Calibri" w:hAnsi="Calibri" w:cs="Calibri"/>
          <w:bCs/>
          <w:color w:val="1F497D" w:themeColor="text2"/>
        </w:rPr>
        <w:lastRenderedPageBreak/>
        <w:t xml:space="preserve">Il soggetto proponente deve </w:t>
      </w:r>
      <w:r w:rsidRPr="00A10F9D">
        <w:rPr>
          <w:rFonts w:ascii="Calibri" w:hAnsi="Calibri" w:cs="Calibri"/>
          <w:b/>
          <w:color w:val="1F497D" w:themeColor="text2"/>
        </w:rPr>
        <w:t>evidenziare la coerenza del percorso con gli ambiti tematici della Scuola Nazionale della Coesione prescelti</w:t>
      </w:r>
      <w:r w:rsidRPr="00A10F9D">
        <w:rPr>
          <w:rFonts w:ascii="Calibri" w:hAnsi="Calibri" w:cs="Calibri"/>
          <w:bCs/>
          <w:color w:val="1F497D" w:themeColor="text2"/>
        </w:rPr>
        <w:t>, motivando le scelte progettuali effettuate e illustrando il livello di approfondimento dei contenuti proposti. Deve</w:t>
      </w:r>
      <w:r w:rsidR="00A84AC5">
        <w:rPr>
          <w:rFonts w:ascii="Calibri" w:hAnsi="Calibri" w:cs="Calibri"/>
          <w:bCs/>
          <w:color w:val="1F497D" w:themeColor="text2"/>
        </w:rPr>
        <w:t>,</w:t>
      </w:r>
      <w:r w:rsidRPr="00A10F9D">
        <w:rPr>
          <w:rFonts w:ascii="Calibri" w:hAnsi="Calibri" w:cs="Calibri"/>
          <w:bCs/>
          <w:color w:val="1F497D" w:themeColor="text2"/>
        </w:rPr>
        <w:t xml:space="preserve"> altresì</w:t>
      </w:r>
      <w:r w:rsidR="00A84AC5">
        <w:rPr>
          <w:rFonts w:ascii="Calibri" w:hAnsi="Calibri" w:cs="Calibri"/>
          <w:bCs/>
          <w:color w:val="1F497D" w:themeColor="text2"/>
        </w:rPr>
        <w:t>,</w:t>
      </w:r>
      <w:r w:rsidRPr="00A10F9D">
        <w:rPr>
          <w:rFonts w:ascii="Calibri" w:hAnsi="Calibri" w:cs="Calibri"/>
          <w:bCs/>
          <w:color w:val="1F497D" w:themeColor="text2"/>
        </w:rPr>
        <w:t xml:space="preserve"> descrivere in che modo tali contenuti contribuiscono allo sviluppo e al rafforzamento delle conoscenze e delle competenze dei partecipanti, con riferimento agli obiettivi formativi del Master e alle caratteristiche della platea </w:t>
      </w:r>
      <w:r w:rsidR="00174854">
        <w:rPr>
          <w:rFonts w:ascii="Calibri" w:hAnsi="Calibri" w:cs="Calibri"/>
          <w:bCs/>
          <w:color w:val="1F497D" w:themeColor="text2"/>
        </w:rPr>
        <w:t xml:space="preserve">dei </w:t>
      </w:r>
      <w:r w:rsidRPr="00A10F9D">
        <w:rPr>
          <w:rFonts w:ascii="Calibri" w:hAnsi="Calibri" w:cs="Calibri"/>
          <w:bCs/>
          <w:color w:val="1F497D" w:themeColor="text2"/>
        </w:rPr>
        <w:t>destinatari.</w:t>
      </w:r>
    </w:p>
    <w:p w14:paraId="6F392AB7" w14:textId="47762463" w:rsidR="000B3FE4" w:rsidRDefault="00E372B8" w:rsidP="000B3FE4">
      <w:pPr>
        <w:spacing w:after="40" w:line="360" w:lineRule="auto"/>
        <w:jc w:val="both"/>
        <w:rPr>
          <w:rFonts w:ascii="Calibri" w:hAnsi="Calibri" w:cs="Calibri"/>
          <w:bCs/>
          <w:color w:val="1F497D" w:themeColor="text2"/>
        </w:rPr>
      </w:pPr>
      <w:r w:rsidRPr="00DE0A84">
        <w:rPr>
          <w:rFonts w:ascii="Calibri" w:hAnsi="Calibri" w:cs="Calibri"/>
          <w:b/>
          <w:noProof/>
          <w:color w:val="1F497D" w:themeColor="text2"/>
          <w:highlight w:val="yellow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1A5ED38B" wp14:editId="42E62C59">
                <wp:simplePos x="0" y="0"/>
                <wp:positionH relativeFrom="margin">
                  <wp:posOffset>0</wp:posOffset>
                </wp:positionH>
                <wp:positionV relativeFrom="paragraph">
                  <wp:posOffset>327025</wp:posOffset>
                </wp:positionV>
                <wp:extent cx="6008370" cy="1555115"/>
                <wp:effectExtent l="0" t="0" r="11430" b="26035"/>
                <wp:wrapTopAndBottom/>
                <wp:docPr id="12964444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55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47CD6" w14:textId="5854B660" w:rsidR="00E372B8" w:rsidRPr="0034544A" w:rsidRDefault="00E372B8" w:rsidP="00E372B8">
                            <w:pP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</w:pPr>
                            <w:r w:rsidRPr="00DE0A8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 </w:t>
                            </w:r>
                            <w:r w:rsidR="00B8602B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Contenuti didattici</w:t>
                            </w:r>
                            <w:r w:rsidRPr="00DE0A84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 </w:t>
                            </w:r>
                            <w:r w:rsidRPr="0034544A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 xml:space="preserve">(max </w:t>
                            </w:r>
                            <w:r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1</w:t>
                            </w:r>
                            <w:r w:rsidR="000D26E2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5</w:t>
                            </w:r>
                            <w:r w:rsidRPr="0034544A">
                              <w:rPr>
                                <w:rFonts w:ascii="Calibri" w:hAnsi="Calibri" w:cs="Calibri"/>
                                <w:color w:val="1F497D" w:themeColor="text2"/>
                              </w:rPr>
                              <w:t>.000 caratteri spazi inclusi)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ED38B" id="_x0000_s1033" type="#_x0000_t202" style="position:absolute;left:0;text-align:left;margin-left:0;margin-top:25.75pt;width:473.1pt;height:122.45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">
                <v:textbox>
                  <w:txbxContent>
                    <w:p w14:paraId="7D447CD6" w14:textId="5854B660" w:rsidR="00E372B8" w:rsidRPr="0034544A" w:rsidRDefault="00E372B8" w:rsidP="00E372B8">
                      <w:pPr>
                        <w:rPr>
                          <w:rFonts w:ascii="Calibri" w:hAnsi="Calibri" w:cs="Calibri"/>
                          <w:color w:val="1F497D" w:themeColor="text2"/>
                        </w:rPr>
                      </w:pPr>
                      <w:r w:rsidRPr="00DE0A84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 </w:t>
                      </w:r>
                      <w:r w:rsidR="00B8602B">
                        <w:rPr>
                          <w:rFonts w:ascii="Calibri" w:hAnsi="Calibri" w:cs="Calibri"/>
                          <w:color w:val="1F497D" w:themeColor="text2"/>
                        </w:rPr>
                        <w:t>Contenuti didattici</w:t>
                      </w:r>
                      <w:r w:rsidRPr="00DE0A84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 </w:t>
                      </w:r>
                      <w:r w:rsidRPr="0034544A">
                        <w:rPr>
                          <w:rFonts w:ascii="Calibri" w:hAnsi="Calibri" w:cs="Calibri"/>
                          <w:color w:val="1F497D" w:themeColor="text2"/>
                        </w:rPr>
                        <w:t xml:space="preserve">(max </w:t>
                      </w:r>
                      <w:r>
                        <w:rPr>
                          <w:rFonts w:ascii="Calibri" w:hAnsi="Calibri" w:cs="Calibri"/>
                          <w:color w:val="1F497D" w:themeColor="text2"/>
                        </w:rPr>
                        <w:t>1</w:t>
                      </w:r>
                      <w:r w:rsidR="000D26E2">
                        <w:rPr>
                          <w:rFonts w:ascii="Calibri" w:hAnsi="Calibri" w:cs="Calibri"/>
                          <w:color w:val="1F497D" w:themeColor="text2"/>
                        </w:rPr>
                        <w:t>5</w:t>
                      </w:r>
                      <w:r w:rsidRPr="0034544A">
                        <w:rPr>
                          <w:rFonts w:ascii="Calibri" w:hAnsi="Calibri" w:cs="Calibri"/>
                          <w:color w:val="1F497D" w:themeColor="text2"/>
                        </w:rPr>
                        <w:t>.000 caratteri spazi inclusi)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535932B" w14:textId="77777777" w:rsidR="000B3FE4" w:rsidRPr="000363B6" w:rsidRDefault="000B3FE4" w:rsidP="000B3FE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71CA5C06" w14:textId="77777777" w:rsidR="00954CDF" w:rsidRPr="001C6474" w:rsidRDefault="00954CDF" w:rsidP="000270A4">
      <w:pPr>
        <w:spacing w:after="40" w:line="360" w:lineRule="auto"/>
        <w:rPr>
          <w:rFonts w:ascii="Calibri" w:hAnsi="Calibri" w:cs="Calibri"/>
          <w:color w:val="1F497D" w:themeColor="text2"/>
        </w:rPr>
      </w:pPr>
    </w:p>
    <w:p w14:paraId="791E4C55" w14:textId="6620EE5E" w:rsidR="00954CDF" w:rsidRPr="001C6474" w:rsidRDefault="00954CDF" w:rsidP="000270A4">
      <w:pPr>
        <w:spacing w:after="40" w:line="360" w:lineRule="auto"/>
        <w:rPr>
          <w:rFonts w:ascii="Calibri" w:hAnsi="Calibri" w:cs="Calibri"/>
          <w:color w:val="1F497D" w:themeColor="text2"/>
        </w:rPr>
      </w:pPr>
    </w:p>
    <w:sectPr w:rsidR="00954CDF" w:rsidRPr="001C6474" w:rsidSect="00365B85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3538A" w14:textId="77777777" w:rsidR="003B5B9E" w:rsidRPr="00430ECF" w:rsidRDefault="003B5B9E" w:rsidP="00AB02F2">
      <w:pPr>
        <w:spacing w:after="0" w:line="240" w:lineRule="auto"/>
      </w:pPr>
      <w:r w:rsidRPr="00430ECF">
        <w:separator/>
      </w:r>
    </w:p>
  </w:endnote>
  <w:endnote w:type="continuationSeparator" w:id="0">
    <w:p w14:paraId="748AE415" w14:textId="77777777" w:rsidR="003B5B9E" w:rsidRPr="00430ECF" w:rsidRDefault="003B5B9E" w:rsidP="00AB02F2">
      <w:pPr>
        <w:spacing w:after="0" w:line="240" w:lineRule="auto"/>
      </w:pPr>
      <w:r w:rsidRPr="00430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832263"/>
      <w:docPartObj>
        <w:docPartGallery w:val="Page Numbers (Bottom of Page)"/>
        <w:docPartUnique/>
      </w:docPartObj>
    </w:sdtPr>
    <w:sdtEndPr/>
    <w:sdtContent>
      <w:p w14:paraId="099B4206" w14:textId="45BD9B26" w:rsidR="001F5BDF" w:rsidRPr="00430ECF" w:rsidRDefault="001F5BDF">
        <w:pPr>
          <w:pStyle w:val="Pidipagina"/>
          <w:jc w:val="right"/>
        </w:pPr>
        <w:r w:rsidRPr="00430ECF">
          <w:fldChar w:fldCharType="begin"/>
        </w:r>
        <w:r w:rsidRPr="00430ECF">
          <w:instrText>PAGE   \* MERGEFORMAT</w:instrText>
        </w:r>
        <w:r w:rsidRPr="00430ECF">
          <w:fldChar w:fldCharType="separate"/>
        </w:r>
        <w:r w:rsidRPr="00430ECF">
          <w:t>2</w:t>
        </w:r>
        <w:r w:rsidRPr="00430ECF">
          <w:fldChar w:fldCharType="end"/>
        </w:r>
      </w:p>
    </w:sdtContent>
  </w:sdt>
  <w:p w14:paraId="18C429A8" w14:textId="77777777" w:rsidR="00DD0A9B" w:rsidRPr="00430ECF" w:rsidRDefault="00DD0A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E64D" w14:textId="77777777" w:rsidR="003B5B9E" w:rsidRPr="00430ECF" w:rsidRDefault="003B5B9E" w:rsidP="00AB02F2">
      <w:pPr>
        <w:spacing w:after="0" w:line="240" w:lineRule="auto"/>
      </w:pPr>
      <w:r w:rsidRPr="00430ECF">
        <w:separator/>
      </w:r>
    </w:p>
  </w:footnote>
  <w:footnote w:type="continuationSeparator" w:id="0">
    <w:p w14:paraId="7B3E09A8" w14:textId="77777777" w:rsidR="003B5B9E" w:rsidRPr="00430ECF" w:rsidRDefault="003B5B9E" w:rsidP="00AB02F2">
      <w:pPr>
        <w:spacing w:after="0" w:line="240" w:lineRule="auto"/>
      </w:pPr>
      <w:r w:rsidRPr="00430E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0" w14:textId="5728754A" w:rsidR="001279D9" w:rsidRPr="00430ECF" w:rsidRDefault="00DD0A9B" w:rsidP="001279D9">
    <w:pPr>
      <w:pStyle w:val="Intestazione"/>
    </w:pPr>
    <w:r w:rsidRPr="008319CE">
      <w:rPr>
        <w:noProof/>
      </w:rPr>
      <w:drawing>
        <wp:inline distT="0" distB="0" distL="0" distR="0" wp14:anchorId="46288AE6" wp14:editId="4F46E9D6">
          <wp:extent cx="5486400" cy="374015"/>
          <wp:effectExtent l="0" t="0" r="0" b="6985"/>
          <wp:docPr id="30952957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1EACE4" w14:textId="77777777" w:rsidR="00AB02F2" w:rsidRPr="00430ECF" w:rsidRDefault="00AB02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40E3F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950D2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F847FC"/>
    <w:multiLevelType w:val="multilevel"/>
    <w:tmpl w:val="C6F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1D56674"/>
    <w:multiLevelType w:val="multilevel"/>
    <w:tmpl w:val="6FC0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CC1E18"/>
    <w:multiLevelType w:val="multilevel"/>
    <w:tmpl w:val="8D6C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910C8F"/>
    <w:multiLevelType w:val="hybridMultilevel"/>
    <w:tmpl w:val="DC58B0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882F3E"/>
    <w:multiLevelType w:val="multilevel"/>
    <w:tmpl w:val="1382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8218EE"/>
    <w:multiLevelType w:val="multilevel"/>
    <w:tmpl w:val="327A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8F7584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A6B6346"/>
    <w:multiLevelType w:val="multilevel"/>
    <w:tmpl w:val="6914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936E62"/>
    <w:multiLevelType w:val="multilevel"/>
    <w:tmpl w:val="C576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937F11"/>
    <w:multiLevelType w:val="multilevel"/>
    <w:tmpl w:val="1EF8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B46E62"/>
    <w:multiLevelType w:val="multilevel"/>
    <w:tmpl w:val="DEF6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D13D7A"/>
    <w:multiLevelType w:val="hybridMultilevel"/>
    <w:tmpl w:val="844CD8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AD2EDA"/>
    <w:multiLevelType w:val="multilevel"/>
    <w:tmpl w:val="3750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E62D45"/>
    <w:multiLevelType w:val="multilevel"/>
    <w:tmpl w:val="D778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652E72"/>
    <w:multiLevelType w:val="hybridMultilevel"/>
    <w:tmpl w:val="E5B02F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7E4BF2"/>
    <w:multiLevelType w:val="multilevel"/>
    <w:tmpl w:val="774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A7527D6"/>
    <w:multiLevelType w:val="hybridMultilevel"/>
    <w:tmpl w:val="1C682172"/>
    <w:lvl w:ilvl="0" w:tplc="9FE49382">
      <w:start w:val="1"/>
      <w:numFmt w:val="bullet"/>
      <w:lvlText w:val="-"/>
      <w:lvlJc w:val="left"/>
      <w:pPr>
        <w:ind w:left="774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8" w15:restartNumberingAfterBreak="0">
    <w:nsid w:val="1A753796"/>
    <w:multiLevelType w:val="hybridMultilevel"/>
    <w:tmpl w:val="558686D6"/>
    <w:lvl w:ilvl="0" w:tplc="04100017">
      <w:start w:val="1"/>
      <w:numFmt w:val="lowerLetter"/>
      <w:lvlText w:val="%1)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9" w15:restartNumberingAfterBreak="0">
    <w:nsid w:val="1BD90745"/>
    <w:multiLevelType w:val="multilevel"/>
    <w:tmpl w:val="2BAC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E584E59"/>
    <w:multiLevelType w:val="hybridMultilevel"/>
    <w:tmpl w:val="D3FE7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E205DF"/>
    <w:multiLevelType w:val="multilevel"/>
    <w:tmpl w:val="E032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EF43201"/>
    <w:multiLevelType w:val="multilevel"/>
    <w:tmpl w:val="F908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2BD7091"/>
    <w:multiLevelType w:val="hybridMultilevel"/>
    <w:tmpl w:val="5940731C"/>
    <w:lvl w:ilvl="0" w:tplc="04100017">
      <w:start w:val="1"/>
      <w:numFmt w:val="lowerLetter"/>
      <w:lvlText w:val="%1)"/>
      <w:lvlJc w:val="left"/>
      <w:pPr>
        <w:ind w:left="773" w:hanging="360"/>
      </w:pPr>
    </w:lvl>
    <w:lvl w:ilvl="1" w:tplc="04100019" w:tentative="1">
      <w:start w:val="1"/>
      <w:numFmt w:val="lowerLetter"/>
      <w:lvlText w:val="%2."/>
      <w:lvlJc w:val="left"/>
      <w:pPr>
        <w:ind w:left="1493" w:hanging="360"/>
      </w:pPr>
    </w:lvl>
    <w:lvl w:ilvl="2" w:tplc="0410001B" w:tentative="1">
      <w:start w:val="1"/>
      <w:numFmt w:val="lowerRoman"/>
      <w:lvlText w:val="%3."/>
      <w:lvlJc w:val="right"/>
      <w:pPr>
        <w:ind w:left="2213" w:hanging="180"/>
      </w:pPr>
    </w:lvl>
    <w:lvl w:ilvl="3" w:tplc="0410000F" w:tentative="1">
      <w:start w:val="1"/>
      <w:numFmt w:val="decimal"/>
      <w:lvlText w:val="%4."/>
      <w:lvlJc w:val="left"/>
      <w:pPr>
        <w:ind w:left="2933" w:hanging="360"/>
      </w:pPr>
    </w:lvl>
    <w:lvl w:ilvl="4" w:tplc="04100019" w:tentative="1">
      <w:start w:val="1"/>
      <w:numFmt w:val="lowerLetter"/>
      <w:lvlText w:val="%5."/>
      <w:lvlJc w:val="left"/>
      <w:pPr>
        <w:ind w:left="3653" w:hanging="360"/>
      </w:pPr>
    </w:lvl>
    <w:lvl w:ilvl="5" w:tplc="0410001B" w:tentative="1">
      <w:start w:val="1"/>
      <w:numFmt w:val="lowerRoman"/>
      <w:lvlText w:val="%6."/>
      <w:lvlJc w:val="right"/>
      <w:pPr>
        <w:ind w:left="4373" w:hanging="180"/>
      </w:pPr>
    </w:lvl>
    <w:lvl w:ilvl="6" w:tplc="0410000F" w:tentative="1">
      <w:start w:val="1"/>
      <w:numFmt w:val="decimal"/>
      <w:lvlText w:val="%7."/>
      <w:lvlJc w:val="left"/>
      <w:pPr>
        <w:ind w:left="5093" w:hanging="360"/>
      </w:pPr>
    </w:lvl>
    <w:lvl w:ilvl="7" w:tplc="04100019" w:tentative="1">
      <w:start w:val="1"/>
      <w:numFmt w:val="lowerLetter"/>
      <w:lvlText w:val="%8."/>
      <w:lvlJc w:val="left"/>
      <w:pPr>
        <w:ind w:left="5813" w:hanging="360"/>
      </w:pPr>
    </w:lvl>
    <w:lvl w:ilvl="8" w:tplc="0410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4" w15:restartNumberingAfterBreak="0">
    <w:nsid w:val="24B61376"/>
    <w:multiLevelType w:val="hybridMultilevel"/>
    <w:tmpl w:val="C2AA74A2"/>
    <w:lvl w:ilvl="0" w:tplc="086C93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4517CA"/>
    <w:multiLevelType w:val="hybridMultilevel"/>
    <w:tmpl w:val="75B8AF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542460"/>
    <w:multiLevelType w:val="hybridMultilevel"/>
    <w:tmpl w:val="3D185028"/>
    <w:lvl w:ilvl="0" w:tplc="6FA44DAE">
      <w:numFmt w:val="bullet"/>
      <w:pStyle w:val="Elencoacolori-Colore11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0B2554"/>
    <w:multiLevelType w:val="multilevel"/>
    <w:tmpl w:val="60F2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6D5076"/>
    <w:multiLevelType w:val="hybridMultilevel"/>
    <w:tmpl w:val="F2E6EF22"/>
    <w:lvl w:ilvl="0" w:tplc="C2E45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F55B92"/>
    <w:multiLevelType w:val="multilevel"/>
    <w:tmpl w:val="70D0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B67CC4"/>
    <w:multiLevelType w:val="multilevel"/>
    <w:tmpl w:val="813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E303CD"/>
    <w:multiLevelType w:val="multilevel"/>
    <w:tmpl w:val="ED42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1D2D52"/>
    <w:multiLevelType w:val="hybridMultilevel"/>
    <w:tmpl w:val="79588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9D3590"/>
    <w:multiLevelType w:val="multilevel"/>
    <w:tmpl w:val="1420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055E88"/>
    <w:multiLevelType w:val="multilevel"/>
    <w:tmpl w:val="B0EC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011419"/>
    <w:multiLevelType w:val="multilevel"/>
    <w:tmpl w:val="5DB0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E5370E"/>
    <w:multiLevelType w:val="hybridMultilevel"/>
    <w:tmpl w:val="C23AC37A"/>
    <w:lvl w:ilvl="0" w:tplc="9FE49382">
      <w:start w:val="1"/>
      <w:numFmt w:val="bullet"/>
      <w:lvlText w:val="-"/>
      <w:lvlJc w:val="left"/>
      <w:pPr>
        <w:ind w:left="2213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47" w15:restartNumberingAfterBreak="0">
    <w:nsid w:val="43B53BE2"/>
    <w:multiLevelType w:val="multilevel"/>
    <w:tmpl w:val="0EA2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A14CA4"/>
    <w:multiLevelType w:val="multilevel"/>
    <w:tmpl w:val="C52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8503E9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CDC55AC"/>
    <w:multiLevelType w:val="multilevel"/>
    <w:tmpl w:val="8776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4C5D57"/>
    <w:multiLevelType w:val="hybridMultilevel"/>
    <w:tmpl w:val="5C547B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C3471B"/>
    <w:multiLevelType w:val="hybridMultilevel"/>
    <w:tmpl w:val="CC22B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E333C7"/>
    <w:multiLevelType w:val="multilevel"/>
    <w:tmpl w:val="5E4C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E03CF8"/>
    <w:multiLevelType w:val="hybridMultilevel"/>
    <w:tmpl w:val="8446F8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59E4584F"/>
    <w:multiLevelType w:val="multilevel"/>
    <w:tmpl w:val="25D0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3038C0"/>
    <w:multiLevelType w:val="multilevel"/>
    <w:tmpl w:val="D19C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EF303B"/>
    <w:multiLevelType w:val="multilevel"/>
    <w:tmpl w:val="1548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0016299"/>
    <w:multiLevelType w:val="multilevel"/>
    <w:tmpl w:val="AFD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380CC5"/>
    <w:multiLevelType w:val="multilevel"/>
    <w:tmpl w:val="4106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C37337"/>
    <w:multiLevelType w:val="hybridMultilevel"/>
    <w:tmpl w:val="C7D0256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1194636"/>
    <w:multiLevelType w:val="hybridMultilevel"/>
    <w:tmpl w:val="4AC61D5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2812" w:hanging="360"/>
      </w:pPr>
    </w:lvl>
    <w:lvl w:ilvl="2" w:tplc="FFFFFFFF" w:tentative="1">
      <w:start w:val="1"/>
      <w:numFmt w:val="lowerRoman"/>
      <w:lvlText w:val="%3."/>
      <w:lvlJc w:val="right"/>
      <w:pPr>
        <w:ind w:left="-2092" w:hanging="180"/>
      </w:pPr>
    </w:lvl>
    <w:lvl w:ilvl="3" w:tplc="FFFFFFFF" w:tentative="1">
      <w:start w:val="1"/>
      <w:numFmt w:val="decimal"/>
      <w:lvlText w:val="%4."/>
      <w:lvlJc w:val="left"/>
      <w:pPr>
        <w:ind w:left="-1372" w:hanging="360"/>
      </w:pPr>
    </w:lvl>
    <w:lvl w:ilvl="4" w:tplc="FFFFFFFF" w:tentative="1">
      <w:start w:val="1"/>
      <w:numFmt w:val="lowerLetter"/>
      <w:lvlText w:val="%5."/>
      <w:lvlJc w:val="left"/>
      <w:pPr>
        <w:ind w:left="-652" w:hanging="360"/>
      </w:pPr>
    </w:lvl>
    <w:lvl w:ilvl="5" w:tplc="FFFFFFFF" w:tentative="1">
      <w:start w:val="1"/>
      <w:numFmt w:val="lowerRoman"/>
      <w:lvlText w:val="%6."/>
      <w:lvlJc w:val="right"/>
      <w:pPr>
        <w:ind w:left="68" w:hanging="180"/>
      </w:pPr>
    </w:lvl>
    <w:lvl w:ilvl="6" w:tplc="FFFFFFFF" w:tentative="1">
      <w:start w:val="1"/>
      <w:numFmt w:val="decimal"/>
      <w:lvlText w:val="%7."/>
      <w:lvlJc w:val="left"/>
      <w:pPr>
        <w:ind w:left="788" w:hanging="360"/>
      </w:pPr>
    </w:lvl>
    <w:lvl w:ilvl="7" w:tplc="FFFFFFFF" w:tentative="1">
      <w:start w:val="1"/>
      <w:numFmt w:val="lowerLetter"/>
      <w:lvlText w:val="%8."/>
      <w:lvlJc w:val="left"/>
      <w:pPr>
        <w:ind w:left="1508" w:hanging="360"/>
      </w:pPr>
    </w:lvl>
    <w:lvl w:ilvl="8" w:tplc="FFFFFFFF" w:tentative="1">
      <w:start w:val="1"/>
      <w:numFmt w:val="lowerRoman"/>
      <w:lvlText w:val="%9."/>
      <w:lvlJc w:val="right"/>
      <w:pPr>
        <w:ind w:left="2228" w:hanging="180"/>
      </w:pPr>
    </w:lvl>
  </w:abstractNum>
  <w:abstractNum w:abstractNumId="62" w15:restartNumberingAfterBreak="0">
    <w:nsid w:val="61833B3C"/>
    <w:multiLevelType w:val="multilevel"/>
    <w:tmpl w:val="6726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BF199A"/>
    <w:multiLevelType w:val="multilevel"/>
    <w:tmpl w:val="D2D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2273E63"/>
    <w:multiLevelType w:val="hybridMultilevel"/>
    <w:tmpl w:val="393654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E63CF8"/>
    <w:multiLevelType w:val="multilevel"/>
    <w:tmpl w:val="902E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5FB07E3"/>
    <w:multiLevelType w:val="hybridMultilevel"/>
    <w:tmpl w:val="E3C23D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8F1BE1"/>
    <w:multiLevelType w:val="multilevel"/>
    <w:tmpl w:val="7DEE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8BD7296"/>
    <w:multiLevelType w:val="hybridMultilevel"/>
    <w:tmpl w:val="72BE452C"/>
    <w:lvl w:ilvl="0" w:tplc="2EA8293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C86B01"/>
    <w:multiLevelType w:val="multilevel"/>
    <w:tmpl w:val="AD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B8C303B"/>
    <w:multiLevelType w:val="hybridMultilevel"/>
    <w:tmpl w:val="6088C044"/>
    <w:lvl w:ilvl="0" w:tplc="9FE4938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B1636E"/>
    <w:multiLevelType w:val="multilevel"/>
    <w:tmpl w:val="7590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F354C0"/>
    <w:multiLevelType w:val="multilevel"/>
    <w:tmpl w:val="3A8C7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277189B"/>
    <w:multiLevelType w:val="hybridMultilevel"/>
    <w:tmpl w:val="4AC61D5E"/>
    <w:lvl w:ilvl="0" w:tplc="0410000F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A453A1"/>
    <w:multiLevelType w:val="hybridMultilevel"/>
    <w:tmpl w:val="9CD633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A445DE"/>
    <w:multiLevelType w:val="multilevel"/>
    <w:tmpl w:val="4196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939577">
    <w:abstractNumId w:val="10"/>
  </w:num>
  <w:num w:numId="2" w16cid:durableId="370227308">
    <w:abstractNumId w:val="8"/>
  </w:num>
  <w:num w:numId="3" w16cid:durableId="605036704">
    <w:abstractNumId w:val="7"/>
  </w:num>
  <w:num w:numId="4" w16cid:durableId="1574125808">
    <w:abstractNumId w:val="6"/>
  </w:num>
  <w:num w:numId="5" w16cid:durableId="733234846">
    <w:abstractNumId w:val="9"/>
  </w:num>
  <w:num w:numId="6" w16cid:durableId="1865629218">
    <w:abstractNumId w:val="5"/>
  </w:num>
  <w:num w:numId="7" w16cid:durableId="1205170547">
    <w:abstractNumId w:val="4"/>
  </w:num>
  <w:num w:numId="8" w16cid:durableId="1216627894">
    <w:abstractNumId w:val="3"/>
  </w:num>
  <w:num w:numId="9" w16cid:durableId="693844798">
    <w:abstractNumId w:val="2"/>
  </w:num>
  <w:num w:numId="10" w16cid:durableId="63258475">
    <w:abstractNumId w:val="30"/>
  </w:num>
  <w:num w:numId="11" w16cid:durableId="1201164701">
    <w:abstractNumId w:val="36"/>
  </w:num>
  <w:num w:numId="12" w16cid:durableId="86970802">
    <w:abstractNumId w:val="34"/>
  </w:num>
  <w:num w:numId="13" w16cid:durableId="373889948">
    <w:abstractNumId w:val="73"/>
  </w:num>
  <w:num w:numId="14" w16cid:durableId="2049379542">
    <w:abstractNumId w:val="49"/>
  </w:num>
  <w:num w:numId="15" w16cid:durableId="123886961">
    <w:abstractNumId w:val="21"/>
  </w:num>
  <w:num w:numId="16" w16cid:durableId="547760579">
    <w:abstractNumId w:val="72"/>
  </w:num>
  <w:num w:numId="17" w16cid:durableId="1137063168">
    <w:abstractNumId w:val="48"/>
  </w:num>
  <w:num w:numId="18" w16cid:durableId="1424304681">
    <w:abstractNumId w:val="20"/>
  </w:num>
  <w:num w:numId="19" w16cid:durableId="1087188278">
    <w:abstractNumId w:val="19"/>
  </w:num>
  <w:num w:numId="20" w16cid:durableId="1805073819">
    <w:abstractNumId w:val="13"/>
  </w:num>
  <w:num w:numId="21" w16cid:durableId="2108384123">
    <w:abstractNumId w:val="31"/>
  </w:num>
  <w:num w:numId="22" w16cid:durableId="2001956202">
    <w:abstractNumId w:val="57"/>
  </w:num>
  <w:num w:numId="23" w16cid:durableId="951277702">
    <w:abstractNumId w:val="45"/>
  </w:num>
  <w:num w:numId="24" w16cid:durableId="1701929286">
    <w:abstractNumId w:val="29"/>
  </w:num>
  <w:num w:numId="25" w16cid:durableId="1578637878">
    <w:abstractNumId w:val="53"/>
  </w:num>
  <w:num w:numId="26" w16cid:durableId="837424812">
    <w:abstractNumId w:val="71"/>
  </w:num>
  <w:num w:numId="27" w16cid:durableId="1896357977">
    <w:abstractNumId w:val="62"/>
  </w:num>
  <w:num w:numId="28" w16cid:durableId="975529011">
    <w:abstractNumId w:val="69"/>
  </w:num>
  <w:num w:numId="29" w16cid:durableId="1489904814">
    <w:abstractNumId w:val="43"/>
  </w:num>
  <w:num w:numId="30" w16cid:durableId="1264142231">
    <w:abstractNumId w:val="44"/>
  </w:num>
  <w:num w:numId="31" w16cid:durableId="1652757443">
    <w:abstractNumId w:val="16"/>
  </w:num>
  <w:num w:numId="32" w16cid:durableId="1807776074">
    <w:abstractNumId w:val="18"/>
  </w:num>
  <w:num w:numId="33" w16cid:durableId="1520463864">
    <w:abstractNumId w:val="65"/>
  </w:num>
  <w:num w:numId="34" w16cid:durableId="549654873">
    <w:abstractNumId w:val="67"/>
  </w:num>
  <w:num w:numId="35" w16cid:durableId="390810936">
    <w:abstractNumId w:val="50"/>
  </w:num>
  <w:num w:numId="36" w16cid:durableId="1735198603">
    <w:abstractNumId w:val="39"/>
  </w:num>
  <w:num w:numId="37" w16cid:durableId="1080102943">
    <w:abstractNumId w:val="26"/>
  </w:num>
  <w:num w:numId="38" w16cid:durableId="287130668">
    <w:abstractNumId w:val="41"/>
  </w:num>
  <w:num w:numId="39" w16cid:durableId="1314990549">
    <w:abstractNumId w:val="23"/>
  </w:num>
  <w:num w:numId="40" w16cid:durableId="1660648760">
    <w:abstractNumId w:val="32"/>
  </w:num>
  <w:num w:numId="41" w16cid:durableId="285159322">
    <w:abstractNumId w:val="37"/>
  </w:num>
  <w:num w:numId="42" w16cid:durableId="375083576">
    <w:abstractNumId w:val="75"/>
  </w:num>
  <w:num w:numId="43" w16cid:durableId="1154296196">
    <w:abstractNumId w:val="15"/>
  </w:num>
  <w:num w:numId="44" w16cid:durableId="1262569244">
    <w:abstractNumId w:val="55"/>
  </w:num>
  <w:num w:numId="45" w16cid:durableId="1991253951">
    <w:abstractNumId w:val="68"/>
  </w:num>
  <w:num w:numId="46" w16cid:durableId="1275556141">
    <w:abstractNumId w:val="17"/>
  </w:num>
  <w:num w:numId="47" w16cid:durableId="673652978">
    <w:abstractNumId w:val="11"/>
  </w:num>
  <w:num w:numId="48" w16cid:durableId="704987138">
    <w:abstractNumId w:val="63"/>
  </w:num>
  <w:num w:numId="49" w16cid:durableId="1004283196">
    <w:abstractNumId w:val="35"/>
  </w:num>
  <w:num w:numId="50" w16cid:durableId="1608804213">
    <w:abstractNumId w:val="70"/>
  </w:num>
  <w:num w:numId="51" w16cid:durableId="387345673">
    <w:abstractNumId w:val="42"/>
  </w:num>
  <w:num w:numId="52" w16cid:durableId="264272280">
    <w:abstractNumId w:val="14"/>
  </w:num>
  <w:num w:numId="53" w16cid:durableId="1610550230">
    <w:abstractNumId w:val="74"/>
  </w:num>
  <w:num w:numId="54" w16cid:durableId="445538977">
    <w:abstractNumId w:val="25"/>
  </w:num>
  <w:num w:numId="55" w16cid:durableId="190342923">
    <w:abstractNumId w:val="51"/>
  </w:num>
  <w:num w:numId="56" w16cid:durableId="1732656775">
    <w:abstractNumId w:val="22"/>
  </w:num>
  <w:num w:numId="57" w16cid:durableId="2130391186">
    <w:abstractNumId w:val="27"/>
  </w:num>
  <w:num w:numId="58" w16cid:durableId="1229026502">
    <w:abstractNumId w:val="38"/>
  </w:num>
  <w:num w:numId="59" w16cid:durableId="1058672356">
    <w:abstractNumId w:val="60"/>
  </w:num>
  <w:num w:numId="60" w16cid:durableId="455877042">
    <w:abstractNumId w:val="66"/>
  </w:num>
  <w:num w:numId="61" w16cid:durableId="413282912">
    <w:abstractNumId w:val="46"/>
  </w:num>
  <w:num w:numId="62" w16cid:durableId="1372613073">
    <w:abstractNumId w:val="59"/>
  </w:num>
  <w:num w:numId="63" w16cid:durableId="87119870">
    <w:abstractNumId w:val="52"/>
  </w:num>
  <w:num w:numId="64" w16cid:durableId="1438527421">
    <w:abstractNumId w:val="61"/>
  </w:num>
  <w:num w:numId="65" w16cid:durableId="1197814485">
    <w:abstractNumId w:val="47"/>
  </w:num>
  <w:num w:numId="66" w16cid:durableId="1530488358">
    <w:abstractNumId w:val="58"/>
  </w:num>
  <w:num w:numId="67" w16cid:durableId="1179462542">
    <w:abstractNumId w:val="40"/>
  </w:num>
  <w:num w:numId="68" w16cid:durableId="342979393">
    <w:abstractNumId w:val="54"/>
  </w:num>
  <w:num w:numId="69" w16cid:durableId="140848089">
    <w:abstractNumId w:val="12"/>
  </w:num>
  <w:num w:numId="70" w16cid:durableId="409694623">
    <w:abstractNumId w:val="24"/>
  </w:num>
  <w:num w:numId="71" w16cid:durableId="1274750868">
    <w:abstractNumId w:val="56"/>
  </w:num>
  <w:num w:numId="72" w16cid:durableId="1893540925">
    <w:abstractNumId w:val="1"/>
  </w:num>
  <w:num w:numId="73" w16cid:durableId="839658320">
    <w:abstractNumId w:val="0"/>
  </w:num>
  <w:num w:numId="74" w16cid:durableId="2081438514">
    <w:abstractNumId w:val="28"/>
  </w:num>
  <w:num w:numId="75" w16cid:durableId="1218513602">
    <w:abstractNumId w:val="64"/>
  </w:num>
  <w:num w:numId="76" w16cid:durableId="2070954822">
    <w:abstractNumId w:val="33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1BC"/>
    <w:rsid w:val="00002193"/>
    <w:rsid w:val="00002717"/>
    <w:rsid w:val="00002735"/>
    <w:rsid w:val="00002BF4"/>
    <w:rsid w:val="000034BC"/>
    <w:rsid w:val="00003E0A"/>
    <w:rsid w:val="00004C3D"/>
    <w:rsid w:val="00005026"/>
    <w:rsid w:val="0000586D"/>
    <w:rsid w:val="00005CA1"/>
    <w:rsid w:val="00005E55"/>
    <w:rsid w:val="00006100"/>
    <w:rsid w:val="00006327"/>
    <w:rsid w:val="000066E6"/>
    <w:rsid w:val="0000682E"/>
    <w:rsid w:val="00006A27"/>
    <w:rsid w:val="00007155"/>
    <w:rsid w:val="00007616"/>
    <w:rsid w:val="0000798A"/>
    <w:rsid w:val="00007C9C"/>
    <w:rsid w:val="00010042"/>
    <w:rsid w:val="000138A5"/>
    <w:rsid w:val="0001433E"/>
    <w:rsid w:val="00014BFD"/>
    <w:rsid w:val="000153FB"/>
    <w:rsid w:val="00015DB2"/>
    <w:rsid w:val="00016067"/>
    <w:rsid w:val="0001632B"/>
    <w:rsid w:val="00016CB5"/>
    <w:rsid w:val="0001703F"/>
    <w:rsid w:val="00017765"/>
    <w:rsid w:val="00017A82"/>
    <w:rsid w:val="00017B2A"/>
    <w:rsid w:val="00017EA5"/>
    <w:rsid w:val="000202F5"/>
    <w:rsid w:val="00021229"/>
    <w:rsid w:val="00021B25"/>
    <w:rsid w:val="000221B8"/>
    <w:rsid w:val="00022F99"/>
    <w:rsid w:val="000238D5"/>
    <w:rsid w:val="0002413D"/>
    <w:rsid w:val="0002598A"/>
    <w:rsid w:val="00026042"/>
    <w:rsid w:val="00026929"/>
    <w:rsid w:val="000270A4"/>
    <w:rsid w:val="00027F68"/>
    <w:rsid w:val="0003036A"/>
    <w:rsid w:val="0003040F"/>
    <w:rsid w:val="0003055B"/>
    <w:rsid w:val="000307CD"/>
    <w:rsid w:val="000309C6"/>
    <w:rsid w:val="00030A67"/>
    <w:rsid w:val="00030F3C"/>
    <w:rsid w:val="00031187"/>
    <w:rsid w:val="00031532"/>
    <w:rsid w:val="00031905"/>
    <w:rsid w:val="00031C46"/>
    <w:rsid w:val="00031D29"/>
    <w:rsid w:val="00032DD3"/>
    <w:rsid w:val="00033FED"/>
    <w:rsid w:val="000341E7"/>
    <w:rsid w:val="00034616"/>
    <w:rsid w:val="000348D6"/>
    <w:rsid w:val="0003591A"/>
    <w:rsid w:val="000359D3"/>
    <w:rsid w:val="00035DA1"/>
    <w:rsid w:val="000363B6"/>
    <w:rsid w:val="00036DFD"/>
    <w:rsid w:val="00037D8A"/>
    <w:rsid w:val="00037E6A"/>
    <w:rsid w:val="000404FA"/>
    <w:rsid w:val="00040775"/>
    <w:rsid w:val="00041005"/>
    <w:rsid w:val="000414A7"/>
    <w:rsid w:val="00042E4B"/>
    <w:rsid w:val="00043F4F"/>
    <w:rsid w:val="0004405D"/>
    <w:rsid w:val="00045114"/>
    <w:rsid w:val="000457DF"/>
    <w:rsid w:val="00045A10"/>
    <w:rsid w:val="00045A4B"/>
    <w:rsid w:val="000461FD"/>
    <w:rsid w:val="000468EA"/>
    <w:rsid w:val="00046AF5"/>
    <w:rsid w:val="00046BC8"/>
    <w:rsid w:val="000500DC"/>
    <w:rsid w:val="00050152"/>
    <w:rsid w:val="00050728"/>
    <w:rsid w:val="000508DD"/>
    <w:rsid w:val="00051097"/>
    <w:rsid w:val="00051683"/>
    <w:rsid w:val="000521A3"/>
    <w:rsid w:val="00052A55"/>
    <w:rsid w:val="00052DA8"/>
    <w:rsid w:val="00052F7E"/>
    <w:rsid w:val="00053260"/>
    <w:rsid w:val="00053B8F"/>
    <w:rsid w:val="0005439E"/>
    <w:rsid w:val="00054C1E"/>
    <w:rsid w:val="000567FA"/>
    <w:rsid w:val="00056A9B"/>
    <w:rsid w:val="00057580"/>
    <w:rsid w:val="0006063C"/>
    <w:rsid w:val="00061366"/>
    <w:rsid w:val="00062220"/>
    <w:rsid w:val="00062A5E"/>
    <w:rsid w:val="00063C1A"/>
    <w:rsid w:val="00063EAC"/>
    <w:rsid w:val="0006406F"/>
    <w:rsid w:val="00064248"/>
    <w:rsid w:val="00064A4C"/>
    <w:rsid w:val="00064E13"/>
    <w:rsid w:val="000659E7"/>
    <w:rsid w:val="00065CA8"/>
    <w:rsid w:val="00066247"/>
    <w:rsid w:val="000664EC"/>
    <w:rsid w:val="00066623"/>
    <w:rsid w:val="00066A37"/>
    <w:rsid w:val="00066C7A"/>
    <w:rsid w:val="0006753B"/>
    <w:rsid w:val="00067AE8"/>
    <w:rsid w:val="00067BFF"/>
    <w:rsid w:val="00070F15"/>
    <w:rsid w:val="000716BF"/>
    <w:rsid w:val="000719BE"/>
    <w:rsid w:val="00072C80"/>
    <w:rsid w:val="00073240"/>
    <w:rsid w:val="00073595"/>
    <w:rsid w:val="000738B8"/>
    <w:rsid w:val="0007441B"/>
    <w:rsid w:val="000747D3"/>
    <w:rsid w:val="000748E2"/>
    <w:rsid w:val="00075258"/>
    <w:rsid w:val="00075388"/>
    <w:rsid w:val="000755B2"/>
    <w:rsid w:val="0007589B"/>
    <w:rsid w:val="000759B2"/>
    <w:rsid w:val="00075A0E"/>
    <w:rsid w:val="0007665E"/>
    <w:rsid w:val="000766D8"/>
    <w:rsid w:val="00076E8A"/>
    <w:rsid w:val="0007751A"/>
    <w:rsid w:val="00077589"/>
    <w:rsid w:val="00077B2F"/>
    <w:rsid w:val="00077F61"/>
    <w:rsid w:val="00080E03"/>
    <w:rsid w:val="00081575"/>
    <w:rsid w:val="00081C3A"/>
    <w:rsid w:val="00081F94"/>
    <w:rsid w:val="00082256"/>
    <w:rsid w:val="0008239B"/>
    <w:rsid w:val="0008370A"/>
    <w:rsid w:val="00084377"/>
    <w:rsid w:val="00084DCD"/>
    <w:rsid w:val="00084FE2"/>
    <w:rsid w:val="0008502E"/>
    <w:rsid w:val="00085204"/>
    <w:rsid w:val="000855C4"/>
    <w:rsid w:val="000873FE"/>
    <w:rsid w:val="000904F4"/>
    <w:rsid w:val="00090C27"/>
    <w:rsid w:val="0009100B"/>
    <w:rsid w:val="000914DD"/>
    <w:rsid w:val="00091AAF"/>
    <w:rsid w:val="00092BC9"/>
    <w:rsid w:val="00093A33"/>
    <w:rsid w:val="00093B53"/>
    <w:rsid w:val="000943CE"/>
    <w:rsid w:val="000954BE"/>
    <w:rsid w:val="0009551C"/>
    <w:rsid w:val="00095CF6"/>
    <w:rsid w:val="00096271"/>
    <w:rsid w:val="000966B5"/>
    <w:rsid w:val="000967DD"/>
    <w:rsid w:val="000968C4"/>
    <w:rsid w:val="00096B6C"/>
    <w:rsid w:val="00097A3D"/>
    <w:rsid w:val="00097D8E"/>
    <w:rsid w:val="00097F2D"/>
    <w:rsid w:val="000A09E6"/>
    <w:rsid w:val="000A0C88"/>
    <w:rsid w:val="000A0D63"/>
    <w:rsid w:val="000A1334"/>
    <w:rsid w:val="000A227B"/>
    <w:rsid w:val="000A27DE"/>
    <w:rsid w:val="000A3906"/>
    <w:rsid w:val="000A55EC"/>
    <w:rsid w:val="000A584A"/>
    <w:rsid w:val="000A5A48"/>
    <w:rsid w:val="000A5DEF"/>
    <w:rsid w:val="000A6E7E"/>
    <w:rsid w:val="000A7CF2"/>
    <w:rsid w:val="000B013F"/>
    <w:rsid w:val="000B0D05"/>
    <w:rsid w:val="000B18AD"/>
    <w:rsid w:val="000B2087"/>
    <w:rsid w:val="000B3FE4"/>
    <w:rsid w:val="000B5346"/>
    <w:rsid w:val="000B5671"/>
    <w:rsid w:val="000B5C83"/>
    <w:rsid w:val="000B5CFB"/>
    <w:rsid w:val="000B5DB9"/>
    <w:rsid w:val="000B5F5F"/>
    <w:rsid w:val="000B61DD"/>
    <w:rsid w:val="000B69BF"/>
    <w:rsid w:val="000B6F4D"/>
    <w:rsid w:val="000B7F4D"/>
    <w:rsid w:val="000C0574"/>
    <w:rsid w:val="000C0842"/>
    <w:rsid w:val="000C0CFF"/>
    <w:rsid w:val="000C1ACA"/>
    <w:rsid w:val="000C1BF2"/>
    <w:rsid w:val="000C2088"/>
    <w:rsid w:val="000C286F"/>
    <w:rsid w:val="000C2A69"/>
    <w:rsid w:val="000C2DE6"/>
    <w:rsid w:val="000C3645"/>
    <w:rsid w:val="000C3FC2"/>
    <w:rsid w:val="000C4D8A"/>
    <w:rsid w:val="000C67FA"/>
    <w:rsid w:val="000C6831"/>
    <w:rsid w:val="000C6BA7"/>
    <w:rsid w:val="000C7E8B"/>
    <w:rsid w:val="000D05B0"/>
    <w:rsid w:val="000D0692"/>
    <w:rsid w:val="000D08EF"/>
    <w:rsid w:val="000D1974"/>
    <w:rsid w:val="000D236E"/>
    <w:rsid w:val="000D26E2"/>
    <w:rsid w:val="000D29AB"/>
    <w:rsid w:val="000D32E8"/>
    <w:rsid w:val="000D403A"/>
    <w:rsid w:val="000D408C"/>
    <w:rsid w:val="000D4DE7"/>
    <w:rsid w:val="000D6162"/>
    <w:rsid w:val="000D629B"/>
    <w:rsid w:val="000D6401"/>
    <w:rsid w:val="000D6A5B"/>
    <w:rsid w:val="000D6B0D"/>
    <w:rsid w:val="000D6C3F"/>
    <w:rsid w:val="000D7597"/>
    <w:rsid w:val="000D7AD5"/>
    <w:rsid w:val="000E0241"/>
    <w:rsid w:val="000E03D2"/>
    <w:rsid w:val="000E068F"/>
    <w:rsid w:val="000E09BB"/>
    <w:rsid w:val="000E2C57"/>
    <w:rsid w:val="000E3300"/>
    <w:rsid w:val="000E3B3D"/>
    <w:rsid w:val="000E3FB3"/>
    <w:rsid w:val="000E42C4"/>
    <w:rsid w:val="000E46E7"/>
    <w:rsid w:val="000E487B"/>
    <w:rsid w:val="000E4B60"/>
    <w:rsid w:val="000E4F37"/>
    <w:rsid w:val="000E5059"/>
    <w:rsid w:val="000E522C"/>
    <w:rsid w:val="000E5A15"/>
    <w:rsid w:val="000E63CD"/>
    <w:rsid w:val="000E6473"/>
    <w:rsid w:val="000E64A0"/>
    <w:rsid w:val="000E6A67"/>
    <w:rsid w:val="000E6D6F"/>
    <w:rsid w:val="000E74C3"/>
    <w:rsid w:val="000E756F"/>
    <w:rsid w:val="000E7962"/>
    <w:rsid w:val="000E7A57"/>
    <w:rsid w:val="000F0B75"/>
    <w:rsid w:val="000F1290"/>
    <w:rsid w:val="000F1374"/>
    <w:rsid w:val="000F1468"/>
    <w:rsid w:val="000F153C"/>
    <w:rsid w:val="000F16F6"/>
    <w:rsid w:val="000F222C"/>
    <w:rsid w:val="000F2773"/>
    <w:rsid w:val="000F296A"/>
    <w:rsid w:val="000F29CE"/>
    <w:rsid w:val="000F326B"/>
    <w:rsid w:val="000F3D31"/>
    <w:rsid w:val="000F506D"/>
    <w:rsid w:val="000F5341"/>
    <w:rsid w:val="000F53CD"/>
    <w:rsid w:val="000F55C1"/>
    <w:rsid w:val="000F5820"/>
    <w:rsid w:val="000F6214"/>
    <w:rsid w:val="000F6807"/>
    <w:rsid w:val="000F6959"/>
    <w:rsid w:val="000F6BB9"/>
    <w:rsid w:val="000F6F96"/>
    <w:rsid w:val="00101DBB"/>
    <w:rsid w:val="0010220F"/>
    <w:rsid w:val="00102670"/>
    <w:rsid w:val="001026C7"/>
    <w:rsid w:val="00102A2E"/>
    <w:rsid w:val="0010345D"/>
    <w:rsid w:val="001049CE"/>
    <w:rsid w:val="00104FDB"/>
    <w:rsid w:val="001050AC"/>
    <w:rsid w:val="0011023C"/>
    <w:rsid w:val="001105B4"/>
    <w:rsid w:val="0011067D"/>
    <w:rsid w:val="00110A40"/>
    <w:rsid w:val="00110CF0"/>
    <w:rsid w:val="00110E9F"/>
    <w:rsid w:val="00111001"/>
    <w:rsid w:val="001110FA"/>
    <w:rsid w:val="00114ED5"/>
    <w:rsid w:val="00115705"/>
    <w:rsid w:val="001161D9"/>
    <w:rsid w:val="001161FB"/>
    <w:rsid w:val="001166B8"/>
    <w:rsid w:val="00116E79"/>
    <w:rsid w:val="00117071"/>
    <w:rsid w:val="001175ED"/>
    <w:rsid w:val="00120156"/>
    <w:rsid w:val="001227DB"/>
    <w:rsid w:val="00122D75"/>
    <w:rsid w:val="0012329D"/>
    <w:rsid w:val="001232AA"/>
    <w:rsid w:val="0012391F"/>
    <w:rsid w:val="00123D21"/>
    <w:rsid w:val="001245AB"/>
    <w:rsid w:val="00125564"/>
    <w:rsid w:val="00125A57"/>
    <w:rsid w:val="00125BFE"/>
    <w:rsid w:val="001265AF"/>
    <w:rsid w:val="0012676F"/>
    <w:rsid w:val="00126FD2"/>
    <w:rsid w:val="001279D9"/>
    <w:rsid w:val="00130FC4"/>
    <w:rsid w:val="0013255F"/>
    <w:rsid w:val="001325A4"/>
    <w:rsid w:val="00132626"/>
    <w:rsid w:val="00133234"/>
    <w:rsid w:val="001333DE"/>
    <w:rsid w:val="0013343A"/>
    <w:rsid w:val="00133554"/>
    <w:rsid w:val="00133C97"/>
    <w:rsid w:val="0013426D"/>
    <w:rsid w:val="00135B1E"/>
    <w:rsid w:val="00135BB4"/>
    <w:rsid w:val="0013722B"/>
    <w:rsid w:val="001372AC"/>
    <w:rsid w:val="001373EF"/>
    <w:rsid w:val="001376CA"/>
    <w:rsid w:val="00137CE6"/>
    <w:rsid w:val="00140732"/>
    <w:rsid w:val="0014133C"/>
    <w:rsid w:val="00142020"/>
    <w:rsid w:val="00142C35"/>
    <w:rsid w:val="00143D32"/>
    <w:rsid w:val="00144CC0"/>
    <w:rsid w:val="001455F1"/>
    <w:rsid w:val="00145622"/>
    <w:rsid w:val="00146063"/>
    <w:rsid w:val="00146E77"/>
    <w:rsid w:val="001475D7"/>
    <w:rsid w:val="0015074B"/>
    <w:rsid w:val="00150DFC"/>
    <w:rsid w:val="001514D6"/>
    <w:rsid w:val="00151BDC"/>
    <w:rsid w:val="00151D43"/>
    <w:rsid w:val="00152739"/>
    <w:rsid w:val="001527DB"/>
    <w:rsid w:val="00152F0B"/>
    <w:rsid w:val="00154622"/>
    <w:rsid w:val="001547E1"/>
    <w:rsid w:val="00154B61"/>
    <w:rsid w:val="00154EFE"/>
    <w:rsid w:val="00155041"/>
    <w:rsid w:val="001554D6"/>
    <w:rsid w:val="001554D8"/>
    <w:rsid w:val="00155F3A"/>
    <w:rsid w:val="00156EEE"/>
    <w:rsid w:val="00157447"/>
    <w:rsid w:val="001608E2"/>
    <w:rsid w:val="00160B6E"/>
    <w:rsid w:val="00161015"/>
    <w:rsid w:val="00161D94"/>
    <w:rsid w:val="00162474"/>
    <w:rsid w:val="001624FE"/>
    <w:rsid w:val="00162A0D"/>
    <w:rsid w:val="00163C75"/>
    <w:rsid w:val="00164144"/>
    <w:rsid w:val="0016464B"/>
    <w:rsid w:val="001654FE"/>
    <w:rsid w:val="00166232"/>
    <w:rsid w:val="00166A49"/>
    <w:rsid w:val="00167CDA"/>
    <w:rsid w:val="001705F3"/>
    <w:rsid w:val="00170B9C"/>
    <w:rsid w:val="00170EDB"/>
    <w:rsid w:val="001710AA"/>
    <w:rsid w:val="00172572"/>
    <w:rsid w:val="00172ED4"/>
    <w:rsid w:val="001733DD"/>
    <w:rsid w:val="0017345F"/>
    <w:rsid w:val="001746C4"/>
    <w:rsid w:val="00174854"/>
    <w:rsid w:val="001751C7"/>
    <w:rsid w:val="00175537"/>
    <w:rsid w:val="00175DFF"/>
    <w:rsid w:val="00175F54"/>
    <w:rsid w:val="0017693D"/>
    <w:rsid w:val="00176D6C"/>
    <w:rsid w:val="00176F38"/>
    <w:rsid w:val="001773E0"/>
    <w:rsid w:val="0017741B"/>
    <w:rsid w:val="0017761F"/>
    <w:rsid w:val="001779BF"/>
    <w:rsid w:val="00177D47"/>
    <w:rsid w:val="001804FB"/>
    <w:rsid w:val="00180553"/>
    <w:rsid w:val="001813F8"/>
    <w:rsid w:val="001819B3"/>
    <w:rsid w:val="00181C46"/>
    <w:rsid w:val="00181CB8"/>
    <w:rsid w:val="001833BF"/>
    <w:rsid w:val="001836C4"/>
    <w:rsid w:val="0018378F"/>
    <w:rsid w:val="00184259"/>
    <w:rsid w:val="001843E9"/>
    <w:rsid w:val="00184879"/>
    <w:rsid w:val="0018593C"/>
    <w:rsid w:val="00186163"/>
    <w:rsid w:val="00186E2E"/>
    <w:rsid w:val="00186F36"/>
    <w:rsid w:val="001900A6"/>
    <w:rsid w:val="001914AF"/>
    <w:rsid w:val="00191B55"/>
    <w:rsid w:val="00192634"/>
    <w:rsid w:val="001937DB"/>
    <w:rsid w:val="00193D69"/>
    <w:rsid w:val="00193DE6"/>
    <w:rsid w:val="00193FE4"/>
    <w:rsid w:val="001945BB"/>
    <w:rsid w:val="00196630"/>
    <w:rsid w:val="00196A79"/>
    <w:rsid w:val="00196EA0"/>
    <w:rsid w:val="00197B4D"/>
    <w:rsid w:val="001A00E2"/>
    <w:rsid w:val="001A0CA0"/>
    <w:rsid w:val="001A0EBA"/>
    <w:rsid w:val="001A1891"/>
    <w:rsid w:val="001A1D6D"/>
    <w:rsid w:val="001A2888"/>
    <w:rsid w:val="001A353A"/>
    <w:rsid w:val="001A3BAC"/>
    <w:rsid w:val="001A445E"/>
    <w:rsid w:val="001A5358"/>
    <w:rsid w:val="001A5792"/>
    <w:rsid w:val="001A5AC0"/>
    <w:rsid w:val="001A6B34"/>
    <w:rsid w:val="001A6D73"/>
    <w:rsid w:val="001A6E15"/>
    <w:rsid w:val="001A71D2"/>
    <w:rsid w:val="001A76C9"/>
    <w:rsid w:val="001B0FB3"/>
    <w:rsid w:val="001B1BCC"/>
    <w:rsid w:val="001B1BED"/>
    <w:rsid w:val="001B1D1E"/>
    <w:rsid w:val="001B201B"/>
    <w:rsid w:val="001B2438"/>
    <w:rsid w:val="001B2888"/>
    <w:rsid w:val="001B2DA7"/>
    <w:rsid w:val="001B3C34"/>
    <w:rsid w:val="001B3F5C"/>
    <w:rsid w:val="001B4017"/>
    <w:rsid w:val="001B4B32"/>
    <w:rsid w:val="001B64CF"/>
    <w:rsid w:val="001B6674"/>
    <w:rsid w:val="001B6937"/>
    <w:rsid w:val="001B7D9A"/>
    <w:rsid w:val="001C07E4"/>
    <w:rsid w:val="001C0D39"/>
    <w:rsid w:val="001C1528"/>
    <w:rsid w:val="001C15C3"/>
    <w:rsid w:val="001C181C"/>
    <w:rsid w:val="001C18FE"/>
    <w:rsid w:val="001C1CC4"/>
    <w:rsid w:val="001C2C63"/>
    <w:rsid w:val="001C3AB7"/>
    <w:rsid w:val="001C3B5C"/>
    <w:rsid w:val="001C3E70"/>
    <w:rsid w:val="001C428B"/>
    <w:rsid w:val="001C4950"/>
    <w:rsid w:val="001C4C9B"/>
    <w:rsid w:val="001C5184"/>
    <w:rsid w:val="001C5386"/>
    <w:rsid w:val="001C5883"/>
    <w:rsid w:val="001C6474"/>
    <w:rsid w:val="001C6476"/>
    <w:rsid w:val="001C6A1E"/>
    <w:rsid w:val="001D0B6D"/>
    <w:rsid w:val="001D16C9"/>
    <w:rsid w:val="001D1F9B"/>
    <w:rsid w:val="001D2AF7"/>
    <w:rsid w:val="001D2CB5"/>
    <w:rsid w:val="001D2DB0"/>
    <w:rsid w:val="001D3266"/>
    <w:rsid w:val="001D3267"/>
    <w:rsid w:val="001D350F"/>
    <w:rsid w:val="001D37B6"/>
    <w:rsid w:val="001D3AA2"/>
    <w:rsid w:val="001D3D8D"/>
    <w:rsid w:val="001D5D54"/>
    <w:rsid w:val="001D65A8"/>
    <w:rsid w:val="001D759D"/>
    <w:rsid w:val="001D7827"/>
    <w:rsid w:val="001D7A99"/>
    <w:rsid w:val="001D7DA3"/>
    <w:rsid w:val="001E1BF0"/>
    <w:rsid w:val="001E3648"/>
    <w:rsid w:val="001E452F"/>
    <w:rsid w:val="001E479C"/>
    <w:rsid w:val="001E5F5B"/>
    <w:rsid w:val="001E6143"/>
    <w:rsid w:val="001E72DE"/>
    <w:rsid w:val="001E72F4"/>
    <w:rsid w:val="001E78A2"/>
    <w:rsid w:val="001E7992"/>
    <w:rsid w:val="001E79DA"/>
    <w:rsid w:val="001E7B78"/>
    <w:rsid w:val="001F068B"/>
    <w:rsid w:val="001F24CB"/>
    <w:rsid w:val="001F27B2"/>
    <w:rsid w:val="001F2995"/>
    <w:rsid w:val="001F336B"/>
    <w:rsid w:val="001F38D2"/>
    <w:rsid w:val="001F413B"/>
    <w:rsid w:val="001F4EE8"/>
    <w:rsid w:val="001F56BE"/>
    <w:rsid w:val="001F5BDF"/>
    <w:rsid w:val="001F5FAB"/>
    <w:rsid w:val="001F6097"/>
    <w:rsid w:val="001F63B9"/>
    <w:rsid w:val="001F6691"/>
    <w:rsid w:val="001F66CA"/>
    <w:rsid w:val="001F7450"/>
    <w:rsid w:val="001F7D45"/>
    <w:rsid w:val="00200557"/>
    <w:rsid w:val="00201AAC"/>
    <w:rsid w:val="00202DF1"/>
    <w:rsid w:val="00202F91"/>
    <w:rsid w:val="0020322A"/>
    <w:rsid w:val="00203E42"/>
    <w:rsid w:val="00206114"/>
    <w:rsid w:val="0020626A"/>
    <w:rsid w:val="00206711"/>
    <w:rsid w:val="00206DAC"/>
    <w:rsid w:val="00207B73"/>
    <w:rsid w:val="00210225"/>
    <w:rsid w:val="00212218"/>
    <w:rsid w:val="00212B5A"/>
    <w:rsid w:val="0021330A"/>
    <w:rsid w:val="0021387D"/>
    <w:rsid w:val="00214FE8"/>
    <w:rsid w:val="00216591"/>
    <w:rsid w:val="00217840"/>
    <w:rsid w:val="0021789E"/>
    <w:rsid w:val="00217D70"/>
    <w:rsid w:val="00220635"/>
    <w:rsid w:val="00220650"/>
    <w:rsid w:val="002206DB"/>
    <w:rsid w:val="0022179F"/>
    <w:rsid w:val="00222DB2"/>
    <w:rsid w:val="00224156"/>
    <w:rsid w:val="002242EE"/>
    <w:rsid w:val="002247A6"/>
    <w:rsid w:val="002252FB"/>
    <w:rsid w:val="00225842"/>
    <w:rsid w:val="002262F3"/>
    <w:rsid w:val="002265F6"/>
    <w:rsid w:val="0022687C"/>
    <w:rsid w:val="00227106"/>
    <w:rsid w:val="0023033A"/>
    <w:rsid w:val="00230AAC"/>
    <w:rsid w:val="0023150A"/>
    <w:rsid w:val="00231EC1"/>
    <w:rsid w:val="0023243C"/>
    <w:rsid w:val="00232751"/>
    <w:rsid w:val="00233155"/>
    <w:rsid w:val="0023404D"/>
    <w:rsid w:val="00234CAE"/>
    <w:rsid w:val="00235041"/>
    <w:rsid w:val="00235F62"/>
    <w:rsid w:val="002360E3"/>
    <w:rsid w:val="002369CB"/>
    <w:rsid w:val="00236AD0"/>
    <w:rsid w:val="00236DDF"/>
    <w:rsid w:val="00237B88"/>
    <w:rsid w:val="002408C3"/>
    <w:rsid w:val="00240B1B"/>
    <w:rsid w:val="00240F64"/>
    <w:rsid w:val="002419EA"/>
    <w:rsid w:val="00241BC8"/>
    <w:rsid w:val="00241FDC"/>
    <w:rsid w:val="00242BFF"/>
    <w:rsid w:val="00242DE2"/>
    <w:rsid w:val="002433E4"/>
    <w:rsid w:val="00243A69"/>
    <w:rsid w:val="00243B90"/>
    <w:rsid w:val="002444A9"/>
    <w:rsid w:val="0024473A"/>
    <w:rsid w:val="002449DB"/>
    <w:rsid w:val="00244E4A"/>
    <w:rsid w:val="002452CD"/>
    <w:rsid w:val="002454D6"/>
    <w:rsid w:val="0024556F"/>
    <w:rsid w:val="00245D34"/>
    <w:rsid w:val="00245E38"/>
    <w:rsid w:val="00245F48"/>
    <w:rsid w:val="002460BD"/>
    <w:rsid w:val="00246618"/>
    <w:rsid w:val="0024680D"/>
    <w:rsid w:val="00246A67"/>
    <w:rsid w:val="00246F66"/>
    <w:rsid w:val="002471C2"/>
    <w:rsid w:val="002472B0"/>
    <w:rsid w:val="00250668"/>
    <w:rsid w:val="00250D67"/>
    <w:rsid w:val="00250F24"/>
    <w:rsid w:val="002516E3"/>
    <w:rsid w:val="0025198A"/>
    <w:rsid w:val="00251C7B"/>
    <w:rsid w:val="00251CA0"/>
    <w:rsid w:val="00251F7E"/>
    <w:rsid w:val="002526A4"/>
    <w:rsid w:val="002529D5"/>
    <w:rsid w:val="00253324"/>
    <w:rsid w:val="002539AF"/>
    <w:rsid w:val="00253DDE"/>
    <w:rsid w:val="00254F67"/>
    <w:rsid w:val="002555F2"/>
    <w:rsid w:val="0025586B"/>
    <w:rsid w:val="00255DDF"/>
    <w:rsid w:val="00255F2D"/>
    <w:rsid w:val="002562EB"/>
    <w:rsid w:val="002566E4"/>
    <w:rsid w:val="002567DC"/>
    <w:rsid w:val="00256F5A"/>
    <w:rsid w:val="00257041"/>
    <w:rsid w:val="00257383"/>
    <w:rsid w:val="002613CF"/>
    <w:rsid w:val="002628B4"/>
    <w:rsid w:val="00262903"/>
    <w:rsid w:val="00262F02"/>
    <w:rsid w:val="00263A52"/>
    <w:rsid w:val="00263C97"/>
    <w:rsid w:val="002642DE"/>
    <w:rsid w:val="0026549F"/>
    <w:rsid w:val="00265764"/>
    <w:rsid w:val="002709A9"/>
    <w:rsid w:val="002709D1"/>
    <w:rsid w:val="00270D49"/>
    <w:rsid w:val="002712AC"/>
    <w:rsid w:val="00271F09"/>
    <w:rsid w:val="00272507"/>
    <w:rsid w:val="0027282C"/>
    <w:rsid w:val="002737A6"/>
    <w:rsid w:val="00274214"/>
    <w:rsid w:val="00274327"/>
    <w:rsid w:val="002746B7"/>
    <w:rsid w:val="00274CCC"/>
    <w:rsid w:val="00274F11"/>
    <w:rsid w:val="00276329"/>
    <w:rsid w:val="00276745"/>
    <w:rsid w:val="0027689F"/>
    <w:rsid w:val="00276FF1"/>
    <w:rsid w:val="00277B60"/>
    <w:rsid w:val="00277C87"/>
    <w:rsid w:val="002802AE"/>
    <w:rsid w:val="00280350"/>
    <w:rsid w:val="00281910"/>
    <w:rsid w:val="002822DF"/>
    <w:rsid w:val="002842A7"/>
    <w:rsid w:val="002844A4"/>
    <w:rsid w:val="0028462D"/>
    <w:rsid w:val="00284A36"/>
    <w:rsid w:val="0028501E"/>
    <w:rsid w:val="00285A7C"/>
    <w:rsid w:val="00286AE6"/>
    <w:rsid w:val="00286D9B"/>
    <w:rsid w:val="00287120"/>
    <w:rsid w:val="002879A7"/>
    <w:rsid w:val="00287CDC"/>
    <w:rsid w:val="00287F1B"/>
    <w:rsid w:val="002900EF"/>
    <w:rsid w:val="00290CF2"/>
    <w:rsid w:val="00291882"/>
    <w:rsid w:val="0029196A"/>
    <w:rsid w:val="00291AA5"/>
    <w:rsid w:val="002921A8"/>
    <w:rsid w:val="002923EA"/>
    <w:rsid w:val="00294DAE"/>
    <w:rsid w:val="00294E61"/>
    <w:rsid w:val="002950DF"/>
    <w:rsid w:val="002953C4"/>
    <w:rsid w:val="0029639D"/>
    <w:rsid w:val="0029775F"/>
    <w:rsid w:val="002977BD"/>
    <w:rsid w:val="002A0516"/>
    <w:rsid w:val="002A0A36"/>
    <w:rsid w:val="002A118C"/>
    <w:rsid w:val="002A1776"/>
    <w:rsid w:val="002A1B55"/>
    <w:rsid w:val="002A1BC8"/>
    <w:rsid w:val="002A1CF3"/>
    <w:rsid w:val="002A398E"/>
    <w:rsid w:val="002A42E1"/>
    <w:rsid w:val="002A441E"/>
    <w:rsid w:val="002A478C"/>
    <w:rsid w:val="002A540A"/>
    <w:rsid w:val="002A618A"/>
    <w:rsid w:val="002A6776"/>
    <w:rsid w:val="002A6DF1"/>
    <w:rsid w:val="002A77ED"/>
    <w:rsid w:val="002A7F83"/>
    <w:rsid w:val="002B0274"/>
    <w:rsid w:val="002B0390"/>
    <w:rsid w:val="002B2415"/>
    <w:rsid w:val="002B2B78"/>
    <w:rsid w:val="002B363B"/>
    <w:rsid w:val="002B38A0"/>
    <w:rsid w:val="002B39D3"/>
    <w:rsid w:val="002B4325"/>
    <w:rsid w:val="002B43E9"/>
    <w:rsid w:val="002B4F1E"/>
    <w:rsid w:val="002B502E"/>
    <w:rsid w:val="002B54B3"/>
    <w:rsid w:val="002B6628"/>
    <w:rsid w:val="002B6B2B"/>
    <w:rsid w:val="002B6D35"/>
    <w:rsid w:val="002B773C"/>
    <w:rsid w:val="002B7A7D"/>
    <w:rsid w:val="002B7AF7"/>
    <w:rsid w:val="002B7B78"/>
    <w:rsid w:val="002C041B"/>
    <w:rsid w:val="002C04F9"/>
    <w:rsid w:val="002C0A0C"/>
    <w:rsid w:val="002C0D84"/>
    <w:rsid w:val="002C17B6"/>
    <w:rsid w:val="002C1CFD"/>
    <w:rsid w:val="002C20F4"/>
    <w:rsid w:val="002C21D5"/>
    <w:rsid w:val="002C23B0"/>
    <w:rsid w:val="002C241E"/>
    <w:rsid w:val="002C253F"/>
    <w:rsid w:val="002C2888"/>
    <w:rsid w:val="002C30B2"/>
    <w:rsid w:val="002C3294"/>
    <w:rsid w:val="002C3814"/>
    <w:rsid w:val="002C38C0"/>
    <w:rsid w:val="002C3C54"/>
    <w:rsid w:val="002C4135"/>
    <w:rsid w:val="002C52D8"/>
    <w:rsid w:val="002C5A9F"/>
    <w:rsid w:val="002C65E8"/>
    <w:rsid w:val="002C7197"/>
    <w:rsid w:val="002C7545"/>
    <w:rsid w:val="002C79AD"/>
    <w:rsid w:val="002D02FC"/>
    <w:rsid w:val="002D09FA"/>
    <w:rsid w:val="002D1E20"/>
    <w:rsid w:val="002D2FD4"/>
    <w:rsid w:val="002D402B"/>
    <w:rsid w:val="002D4273"/>
    <w:rsid w:val="002D478B"/>
    <w:rsid w:val="002D4844"/>
    <w:rsid w:val="002D4CE6"/>
    <w:rsid w:val="002D4FEB"/>
    <w:rsid w:val="002D51CA"/>
    <w:rsid w:val="002D5649"/>
    <w:rsid w:val="002D634A"/>
    <w:rsid w:val="002D65FF"/>
    <w:rsid w:val="002D6843"/>
    <w:rsid w:val="002D6B47"/>
    <w:rsid w:val="002D6DEE"/>
    <w:rsid w:val="002D7638"/>
    <w:rsid w:val="002D766C"/>
    <w:rsid w:val="002E11CE"/>
    <w:rsid w:val="002E14A6"/>
    <w:rsid w:val="002E1BED"/>
    <w:rsid w:val="002E3CC5"/>
    <w:rsid w:val="002E473C"/>
    <w:rsid w:val="002E515C"/>
    <w:rsid w:val="002E5990"/>
    <w:rsid w:val="002E5B1E"/>
    <w:rsid w:val="002E6418"/>
    <w:rsid w:val="002E663D"/>
    <w:rsid w:val="002E68D5"/>
    <w:rsid w:val="002E6AB1"/>
    <w:rsid w:val="002E6DC0"/>
    <w:rsid w:val="002E7939"/>
    <w:rsid w:val="002F0359"/>
    <w:rsid w:val="002F0ABF"/>
    <w:rsid w:val="002F1AC3"/>
    <w:rsid w:val="002F1F43"/>
    <w:rsid w:val="002F2268"/>
    <w:rsid w:val="002F22CF"/>
    <w:rsid w:val="002F23B9"/>
    <w:rsid w:val="002F2735"/>
    <w:rsid w:val="002F3179"/>
    <w:rsid w:val="002F36D7"/>
    <w:rsid w:val="002F3BC2"/>
    <w:rsid w:val="002F41A4"/>
    <w:rsid w:val="002F460F"/>
    <w:rsid w:val="002F476E"/>
    <w:rsid w:val="002F4876"/>
    <w:rsid w:val="002F4CF7"/>
    <w:rsid w:val="002F5694"/>
    <w:rsid w:val="002F5BF0"/>
    <w:rsid w:val="002F5F75"/>
    <w:rsid w:val="002F66D9"/>
    <w:rsid w:val="002F6B0B"/>
    <w:rsid w:val="002F6B41"/>
    <w:rsid w:val="002F6D02"/>
    <w:rsid w:val="002F71F7"/>
    <w:rsid w:val="002F72C5"/>
    <w:rsid w:val="002F7372"/>
    <w:rsid w:val="002F7B00"/>
    <w:rsid w:val="002F7F20"/>
    <w:rsid w:val="00300C15"/>
    <w:rsid w:val="00300E48"/>
    <w:rsid w:val="00301E30"/>
    <w:rsid w:val="003023E7"/>
    <w:rsid w:val="00302BE5"/>
    <w:rsid w:val="00304704"/>
    <w:rsid w:val="003047B1"/>
    <w:rsid w:val="003047DA"/>
    <w:rsid w:val="003065F4"/>
    <w:rsid w:val="00306651"/>
    <w:rsid w:val="00306AC6"/>
    <w:rsid w:val="00306FFC"/>
    <w:rsid w:val="0030769A"/>
    <w:rsid w:val="00307EFA"/>
    <w:rsid w:val="003102C0"/>
    <w:rsid w:val="003104BD"/>
    <w:rsid w:val="00310CF0"/>
    <w:rsid w:val="003110A0"/>
    <w:rsid w:val="0031281C"/>
    <w:rsid w:val="00312B6F"/>
    <w:rsid w:val="003135C2"/>
    <w:rsid w:val="00313A84"/>
    <w:rsid w:val="00313DB3"/>
    <w:rsid w:val="00315294"/>
    <w:rsid w:val="003158F1"/>
    <w:rsid w:val="003160B3"/>
    <w:rsid w:val="003179A8"/>
    <w:rsid w:val="00317FF1"/>
    <w:rsid w:val="00320C03"/>
    <w:rsid w:val="00320F4B"/>
    <w:rsid w:val="00321046"/>
    <w:rsid w:val="0032110E"/>
    <w:rsid w:val="00321852"/>
    <w:rsid w:val="003221C4"/>
    <w:rsid w:val="003227C3"/>
    <w:rsid w:val="003248D4"/>
    <w:rsid w:val="00324945"/>
    <w:rsid w:val="00324CAF"/>
    <w:rsid w:val="00325EE1"/>
    <w:rsid w:val="00325F2C"/>
    <w:rsid w:val="00326375"/>
    <w:rsid w:val="0032687D"/>
    <w:rsid w:val="00326F90"/>
    <w:rsid w:val="003278BA"/>
    <w:rsid w:val="00327B1C"/>
    <w:rsid w:val="00330343"/>
    <w:rsid w:val="0033108B"/>
    <w:rsid w:val="00331740"/>
    <w:rsid w:val="003323EE"/>
    <w:rsid w:val="0033340F"/>
    <w:rsid w:val="00333C70"/>
    <w:rsid w:val="00334B9D"/>
    <w:rsid w:val="00334C83"/>
    <w:rsid w:val="0033549E"/>
    <w:rsid w:val="00335523"/>
    <w:rsid w:val="00335919"/>
    <w:rsid w:val="0033676E"/>
    <w:rsid w:val="00337610"/>
    <w:rsid w:val="00337E65"/>
    <w:rsid w:val="003402F2"/>
    <w:rsid w:val="003402F8"/>
    <w:rsid w:val="00341468"/>
    <w:rsid w:val="00341712"/>
    <w:rsid w:val="00341A2E"/>
    <w:rsid w:val="003428C2"/>
    <w:rsid w:val="00342CD8"/>
    <w:rsid w:val="00343AEE"/>
    <w:rsid w:val="00344469"/>
    <w:rsid w:val="003446EB"/>
    <w:rsid w:val="00344810"/>
    <w:rsid w:val="0034544A"/>
    <w:rsid w:val="00345E13"/>
    <w:rsid w:val="00346250"/>
    <w:rsid w:val="00346606"/>
    <w:rsid w:val="00346DA6"/>
    <w:rsid w:val="00350213"/>
    <w:rsid w:val="00350612"/>
    <w:rsid w:val="003510E6"/>
    <w:rsid w:val="00351554"/>
    <w:rsid w:val="00351839"/>
    <w:rsid w:val="0035191D"/>
    <w:rsid w:val="00352401"/>
    <w:rsid w:val="00352D5B"/>
    <w:rsid w:val="003532DE"/>
    <w:rsid w:val="00353764"/>
    <w:rsid w:val="00353977"/>
    <w:rsid w:val="00353D5E"/>
    <w:rsid w:val="00353D89"/>
    <w:rsid w:val="00353E07"/>
    <w:rsid w:val="00353FC3"/>
    <w:rsid w:val="00354078"/>
    <w:rsid w:val="00354E64"/>
    <w:rsid w:val="003559CC"/>
    <w:rsid w:val="003571D3"/>
    <w:rsid w:val="0035795D"/>
    <w:rsid w:val="00357ED6"/>
    <w:rsid w:val="00360255"/>
    <w:rsid w:val="00360941"/>
    <w:rsid w:val="00360D5A"/>
    <w:rsid w:val="00361515"/>
    <w:rsid w:val="003618DC"/>
    <w:rsid w:val="00361E68"/>
    <w:rsid w:val="00362188"/>
    <w:rsid w:val="0036221A"/>
    <w:rsid w:val="0036267F"/>
    <w:rsid w:val="0036277B"/>
    <w:rsid w:val="0036294C"/>
    <w:rsid w:val="003633E5"/>
    <w:rsid w:val="0036431E"/>
    <w:rsid w:val="00364A03"/>
    <w:rsid w:val="00364AF6"/>
    <w:rsid w:val="00364DE9"/>
    <w:rsid w:val="00365B85"/>
    <w:rsid w:val="00365CBB"/>
    <w:rsid w:val="0036653C"/>
    <w:rsid w:val="00366B77"/>
    <w:rsid w:val="00367A27"/>
    <w:rsid w:val="00367B4B"/>
    <w:rsid w:val="00367E39"/>
    <w:rsid w:val="00367FB9"/>
    <w:rsid w:val="00370488"/>
    <w:rsid w:val="00370ADC"/>
    <w:rsid w:val="00370DB5"/>
    <w:rsid w:val="00370FEB"/>
    <w:rsid w:val="00371DCE"/>
    <w:rsid w:val="0037279C"/>
    <w:rsid w:val="00372F2C"/>
    <w:rsid w:val="00373130"/>
    <w:rsid w:val="0037455F"/>
    <w:rsid w:val="00375199"/>
    <w:rsid w:val="00375703"/>
    <w:rsid w:val="00375A5C"/>
    <w:rsid w:val="00375B35"/>
    <w:rsid w:val="00375D18"/>
    <w:rsid w:val="003768CD"/>
    <w:rsid w:val="00377168"/>
    <w:rsid w:val="0038016A"/>
    <w:rsid w:val="0038027A"/>
    <w:rsid w:val="00380619"/>
    <w:rsid w:val="00380FCE"/>
    <w:rsid w:val="0038151E"/>
    <w:rsid w:val="003817D8"/>
    <w:rsid w:val="00381834"/>
    <w:rsid w:val="00382B05"/>
    <w:rsid w:val="00384387"/>
    <w:rsid w:val="0038580B"/>
    <w:rsid w:val="003861B2"/>
    <w:rsid w:val="003862B0"/>
    <w:rsid w:val="00386940"/>
    <w:rsid w:val="00387C18"/>
    <w:rsid w:val="00391270"/>
    <w:rsid w:val="003915D4"/>
    <w:rsid w:val="00392838"/>
    <w:rsid w:val="00392D05"/>
    <w:rsid w:val="00392D9B"/>
    <w:rsid w:val="00392E56"/>
    <w:rsid w:val="003931A6"/>
    <w:rsid w:val="00393EF2"/>
    <w:rsid w:val="00394FE5"/>
    <w:rsid w:val="00395374"/>
    <w:rsid w:val="0039580F"/>
    <w:rsid w:val="00396249"/>
    <w:rsid w:val="003962E6"/>
    <w:rsid w:val="003968A5"/>
    <w:rsid w:val="00396FD2"/>
    <w:rsid w:val="00397582"/>
    <w:rsid w:val="00397785"/>
    <w:rsid w:val="003977FE"/>
    <w:rsid w:val="00397BD6"/>
    <w:rsid w:val="003A12FA"/>
    <w:rsid w:val="003A1310"/>
    <w:rsid w:val="003A1553"/>
    <w:rsid w:val="003A1C13"/>
    <w:rsid w:val="003A2112"/>
    <w:rsid w:val="003A2157"/>
    <w:rsid w:val="003A2C33"/>
    <w:rsid w:val="003A2FF0"/>
    <w:rsid w:val="003A31FB"/>
    <w:rsid w:val="003A3886"/>
    <w:rsid w:val="003A5193"/>
    <w:rsid w:val="003A623E"/>
    <w:rsid w:val="003A6363"/>
    <w:rsid w:val="003A654B"/>
    <w:rsid w:val="003A66C7"/>
    <w:rsid w:val="003B0064"/>
    <w:rsid w:val="003B0307"/>
    <w:rsid w:val="003B0436"/>
    <w:rsid w:val="003B06D2"/>
    <w:rsid w:val="003B090A"/>
    <w:rsid w:val="003B0C65"/>
    <w:rsid w:val="003B1358"/>
    <w:rsid w:val="003B13CB"/>
    <w:rsid w:val="003B2D77"/>
    <w:rsid w:val="003B38D1"/>
    <w:rsid w:val="003B421B"/>
    <w:rsid w:val="003B45F0"/>
    <w:rsid w:val="003B4FA5"/>
    <w:rsid w:val="003B513A"/>
    <w:rsid w:val="003B5922"/>
    <w:rsid w:val="003B5B9E"/>
    <w:rsid w:val="003B5E4E"/>
    <w:rsid w:val="003B709A"/>
    <w:rsid w:val="003B7237"/>
    <w:rsid w:val="003B7538"/>
    <w:rsid w:val="003B75C8"/>
    <w:rsid w:val="003B75E8"/>
    <w:rsid w:val="003B7AE0"/>
    <w:rsid w:val="003B7EF7"/>
    <w:rsid w:val="003C0035"/>
    <w:rsid w:val="003C10D0"/>
    <w:rsid w:val="003C1917"/>
    <w:rsid w:val="003C1FB7"/>
    <w:rsid w:val="003C2291"/>
    <w:rsid w:val="003C2ECF"/>
    <w:rsid w:val="003C34ED"/>
    <w:rsid w:val="003C3A0D"/>
    <w:rsid w:val="003C41AB"/>
    <w:rsid w:val="003C44CB"/>
    <w:rsid w:val="003C47E4"/>
    <w:rsid w:val="003C4F68"/>
    <w:rsid w:val="003C514C"/>
    <w:rsid w:val="003C5C8A"/>
    <w:rsid w:val="003C5D3B"/>
    <w:rsid w:val="003C6066"/>
    <w:rsid w:val="003C6F31"/>
    <w:rsid w:val="003C750B"/>
    <w:rsid w:val="003D0F16"/>
    <w:rsid w:val="003D11D0"/>
    <w:rsid w:val="003D23A6"/>
    <w:rsid w:val="003D3433"/>
    <w:rsid w:val="003D3DFB"/>
    <w:rsid w:val="003D4E63"/>
    <w:rsid w:val="003D5F20"/>
    <w:rsid w:val="003D7314"/>
    <w:rsid w:val="003D7425"/>
    <w:rsid w:val="003D74C2"/>
    <w:rsid w:val="003D7566"/>
    <w:rsid w:val="003D782E"/>
    <w:rsid w:val="003D797F"/>
    <w:rsid w:val="003E014E"/>
    <w:rsid w:val="003E0D5F"/>
    <w:rsid w:val="003E0E7B"/>
    <w:rsid w:val="003E2211"/>
    <w:rsid w:val="003E243B"/>
    <w:rsid w:val="003E2B28"/>
    <w:rsid w:val="003E2B9B"/>
    <w:rsid w:val="003E2C99"/>
    <w:rsid w:val="003E30DA"/>
    <w:rsid w:val="003E3759"/>
    <w:rsid w:val="003E411E"/>
    <w:rsid w:val="003E42BF"/>
    <w:rsid w:val="003E4623"/>
    <w:rsid w:val="003E4974"/>
    <w:rsid w:val="003E513D"/>
    <w:rsid w:val="003E53AE"/>
    <w:rsid w:val="003E607B"/>
    <w:rsid w:val="003E66BD"/>
    <w:rsid w:val="003E67CE"/>
    <w:rsid w:val="003E6A66"/>
    <w:rsid w:val="003E6E44"/>
    <w:rsid w:val="003E6F42"/>
    <w:rsid w:val="003E7C88"/>
    <w:rsid w:val="003E7F71"/>
    <w:rsid w:val="003F014F"/>
    <w:rsid w:val="003F0304"/>
    <w:rsid w:val="003F1181"/>
    <w:rsid w:val="003F1688"/>
    <w:rsid w:val="003F20EB"/>
    <w:rsid w:val="003F3413"/>
    <w:rsid w:val="003F3561"/>
    <w:rsid w:val="003F3963"/>
    <w:rsid w:val="003F4444"/>
    <w:rsid w:val="003F5FE9"/>
    <w:rsid w:val="003F66EC"/>
    <w:rsid w:val="003F7572"/>
    <w:rsid w:val="003F7BF5"/>
    <w:rsid w:val="0040173B"/>
    <w:rsid w:val="0040296C"/>
    <w:rsid w:val="0040297D"/>
    <w:rsid w:val="00402C88"/>
    <w:rsid w:val="00402E35"/>
    <w:rsid w:val="00402F0F"/>
    <w:rsid w:val="004032BE"/>
    <w:rsid w:val="00403A99"/>
    <w:rsid w:val="004059F9"/>
    <w:rsid w:val="00406180"/>
    <w:rsid w:val="0040642C"/>
    <w:rsid w:val="00406570"/>
    <w:rsid w:val="00406927"/>
    <w:rsid w:val="00406DEB"/>
    <w:rsid w:val="004078C4"/>
    <w:rsid w:val="00410684"/>
    <w:rsid w:val="00410BFD"/>
    <w:rsid w:val="00410E39"/>
    <w:rsid w:val="00411195"/>
    <w:rsid w:val="004114AC"/>
    <w:rsid w:val="00411642"/>
    <w:rsid w:val="00411CDE"/>
    <w:rsid w:val="004123E9"/>
    <w:rsid w:val="00412487"/>
    <w:rsid w:val="00412FE8"/>
    <w:rsid w:val="00413815"/>
    <w:rsid w:val="004138AB"/>
    <w:rsid w:val="0041404D"/>
    <w:rsid w:val="00414D0D"/>
    <w:rsid w:val="00414D10"/>
    <w:rsid w:val="00414F3F"/>
    <w:rsid w:val="0041528B"/>
    <w:rsid w:val="00416420"/>
    <w:rsid w:val="004167D1"/>
    <w:rsid w:val="00416B69"/>
    <w:rsid w:val="00417EA9"/>
    <w:rsid w:val="004205F6"/>
    <w:rsid w:val="004206D2"/>
    <w:rsid w:val="00420999"/>
    <w:rsid w:val="00420C98"/>
    <w:rsid w:val="00420F18"/>
    <w:rsid w:val="004216D4"/>
    <w:rsid w:val="00421B98"/>
    <w:rsid w:val="00422975"/>
    <w:rsid w:val="00422C56"/>
    <w:rsid w:val="004232B6"/>
    <w:rsid w:val="004233C5"/>
    <w:rsid w:val="004234CF"/>
    <w:rsid w:val="00423644"/>
    <w:rsid w:val="004252FD"/>
    <w:rsid w:val="004255C0"/>
    <w:rsid w:val="004259E0"/>
    <w:rsid w:val="00425E16"/>
    <w:rsid w:val="004264A7"/>
    <w:rsid w:val="00426E08"/>
    <w:rsid w:val="00427A2A"/>
    <w:rsid w:val="00427D43"/>
    <w:rsid w:val="00427EBA"/>
    <w:rsid w:val="00430AEF"/>
    <w:rsid w:val="00430ECF"/>
    <w:rsid w:val="00431C19"/>
    <w:rsid w:val="00433576"/>
    <w:rsid w:val="0043358F"/>
    <w:rsid w:val="00433AB1"/>
    <w:rsid w:val="00434CF1"/>
    <w:rsid w:val="00434EE4"/>
    <w:rsid w:val="0043516C"/>
    <w:rsid w:val="0043523B"/>
    <w:rsid w:val="0043622E"/>
    <w:rsid w:val="004370AF"/>
    <w:rsid w:val="0043713F"/>
    <w:rsid w:val="004374DA"/>
    <w:rsid w:val="00437D95"/>
    <w:rsid w:val="00437E6B"/>
    <w:rsid w:val="00437F7B"/>
    <w:rsid w:val="004406F8"/>
    <w:rsid w:val="004407D8"/>
    <w:rsid w:val="004408B2"/>
    <w:rsid w:val="00440E50"/>
    <w:rsid w:val="004411F7"/>
    <w:rsid w:val="00441A05"/>
    <w:rsid w:val="00441D51"/>
    <w:rsid w:val="00441D89"/>
    <w:rsid w:val="00441E7D"/>
    <w:rsid w:val="00442397"/>
    <w:rsid w:val="0044297F"/>
    <w:rsid w:val="00443731"/>
    <w:rsid w:val="00443D7F"/>
    <w:rsid w:val="00443FF5"/>
    <w:rsid w:val="00445BD0"/>
    <w:rsid w:val="0044655F"/>
    <w:rsid w:val="00446859"/>
    <w:rsid w:val="00446B5F"/>
    <w:rsid w:val="0044704B"/>
    <w:rsid w:val="00447667"/>
    <w:rsid w:val="004479A0"/>
    <w:rsid w:val="00447EB5"/>
    <w:rsid w:val="00450A56"/>
    <w:rsid w:val="00451340"/>
    <w:rsid w:val="0045156B"/>
    <w:rsid w:val="00451C01"/>
    <w:rsid w:val="00451FEF"/>
    <w:rsid w:val="0045206F"/>
    <w:rsid w:val="00452B19"/>
    <w:rsid w:val="004537CC"/>
    <w:rsid w:val="00453EA3"/>
    <w:rsid w:val="00454A3D"/>
    <w:rsid w:val="00455243"/>
    <w:rsid w:val="00455A71"/>
    <w:rsid w:val="004561A4"/>
    <w:rsid w:val="0045764D"/>
    <w:rsid w:val="004578AF"/>
    <w:rsid w:val="00457CC7"/>
    <w:rsid w:val="004602C8"/>
    <w:rsid w:val="0046076B"/>
    <w:rsid w:val="00460E14"/>
    <w:rsid w:val="00461223"/>
    <w:rsid w:val="00461FB8"/>
    <w:rsid w:val="00462335"/>
    <w:rsid w:val="0046387A"/>
    <w:rsid w:val="00464705"/>
    <w:rsid w:val="00464AA6"/>
    <w:rsid w:val="004650C4"/>
    <w:rsid w:val="00466575"/>
    <w:rsid w:val="00467498"/>
    <w:rsid w:val="00467DC1"/>
    <w:rsid w:val="00470078"/>
    <w:rsid w:val="004703DA"/>
    <w:rsid w:val="0047076C"/>
    <w:rsid w:val="00470783"/>
    <w:rsid w:val="004710B6"/>
    <w:rsid w:val="004715EB"/>
    <w:rsid w:val="00471631"/>
    <w:rsid w:val="00471F4E"/>
    <w:rsid w:val="0047217D"/>
    <w:rsid w:val="00472520"/>
    <w:rsid w:val="004733AC"/>
    <w:rsid w:val="004737BD"/>
    <w:rsid w:val="00474F1A"/>
    <w:rsid w:val="004754E3"/>
    <w:rsid w:val="00475689"/>
    <w:rsid w:val="00475832"/>
    <w:rsid w:val="00475949"/>
    <w:rsid w:val="00475962"/>
    <w:rsid w:val="00475C95"/>
    <w:rsid w:val="00475E13"/>
    <w:rsid w:val="00475F6A"/>
    <w:rsid w:val="004760A4"/>
    <w:rsid w:val="004777B2"/>
    <w:rsid w:val="00480213"/>
    <w:rsid w:val="004808A9"/>
    <w:rsid w:val="00481A26"/>
    <w:rsid w:val="00481E89"/>
    <w:rsid w:val="00482782"/>
    <w:rsid w:val="00482A8F"/>
    <w:rsid w:val="00482B87"/>
    <w:rsid w:val="00482BDD"/>
    <w:rsid w:val="00484095"/>
    <w:rsid w:val="0048410F"/>
    <w:rsid w:val="00484AD6"/>
    <w:rsid w:val="00484D94"/>
    <w:rsid w:val="00485968"/>
    <w:rsid w:val="004860AD"/>
    <w:rsid w:val="00486200"/>
    <w:rsid w:val="00486375"/>
    <w:rsid w:val="0048661F"/>
    <w:rsid w:val="004868A7"/>
    <w:rsid w:val="00487E66"/>
    <w:rsid w:val="00487FEC"/>
    <w:rsid w:val="00490E40"/>
    <w:rsid w:val="00491241"/>
    <w:rsid w:val="00494507"/>
    <w:rsid w:val="00494516"/>
    <w:rsid w:val="00494C87"/>
    <w:rsid w:val="0049582B"/>
    <w:rsid w:val="00495B8A"/>
    <w:rsid w:val="00495F4F"/>
    <w:rsid w:val="00496049"/>
    <w:rsid w:val="00496DC1"/>
    <w:rsid w:val="00497068"/>
    <w:rsid w:val="0049718A"/>
    <w:rsid w:val="004971D4"/>
    <w:rsid w:val="00497905"/>
    <w:rsid w:val="00497EDB"/>
    <w:rsid w:val="00497EE8"/>
    <w:rsid w:val="004A1929"/>
    <w:rsid w:val="004A1D36"/>
    <w:rsid w:val="004A2036"/>
    <w:rsid w:val="004A30F2"/>
    <w:rsid w:val="004A37C7"/>
    <w:rsid w:val="004A3D1E"/>
    <w:rsid w:val="004A436A"/>
    <w:rsid w:val="004A4421"/>
    <w:rsid w:val="004A463E"/>
    <w:rsid w:val="004A4E9F"/>
    <w:rsid w:val="004A5C50"/>
    <w:rsid w:val="004A6788"/>
    <w:rsid w:val="004A7C89"/>
    <w:rsid w:val="004A7DE5"/>
    <w:rsid w:val="004A7F14"/>
    <w:rsid w:val="004B0CFF"/>
    <w:rsid w:val="004B14E8"/>
    <w:rsid w:val="004B167C"/>
    <w:rsid w:val="004B18F0"/>
    <w:rsid w:val="004B1D34"/>
    <w:rsid w:val="004B3475"/>
    <w:rsid w:val="004B3636"/>
    <w:rsid w:val="004B375E"/>
    <w:rsid w:val="004B3B91"/>
    <w:rsid w:val="004B3B95"/>
    <w:rsid w:val="004B5861"/>
    <w:rsid w:val="004B6DEC"/>
    <w:rsid w:val="004B7159"/>
    <w:rsid w:val="004B7705"/>
    <w:rsid w:val="004B78EC"/>
    <w:rsid w:val="004B7A83"/>
    <w:rsid w:val="004C0210"/>
    <w:rsid w:val="004C04B2"/>
    <w:rsid w:val="004C0525"/>
    <w:rsid w:val="004C1314"/>
    <w:rsid w:val="004C13C1"/>
    <w:rsid w:val="004C3793"/>
    <w:rsid w:val="004C38AD"/>
    <w:rsid w:val="004C4333"/>
    <w:rsid w:val="004C4BE9"/>
    <w:rsid w:val="004C6296"/>
    <w:rsid w:val="004C6606"/>
    <w:rsid w:val="004C6CC8"/>
    <w:rsid w:val="004C7A5C"/>
    <w:rsid w:val="004C7A99"/>
    <w:rsid w:val="004C7C54"/>
    <w:rsid w:val="004D0319"/>
    <w:rsid w:val="004D0403"/>
    <w:rsid w:val="004D0E68"/>
    <w:rsid w:val="004D2093"/>
    <w:rsid w:val="004D2D22"/>
    <w:rsid w:val="004D505E"/>
    <w:rsid w:val="004D514F"/>
    <w:rsid w:val="004D5285"/>
    <w:rsid w:val="004D603E"/>
    <w:rsid w:val="004D66A2"/>
    <w:rsid w:val="004D79C5"/>
    <w:rsid w:val="004E1213"/>
    <w:rsid w:val="004E1B9C"/>
    <w:rsid w:val="004E1CED"/>
    <w:rsid w:val="004E2070"/>
    <w:rsid w:val="004E25FD"/>
    <w:rsid w:val="004E335E"/>
    <w:rsid w:val="004E404F"/>
    <w:rsid w:val="004E40B6"/>
    <w:rsid w:val="004E5A6E"/>
    <w:rsid w:val="004E5EFD"/>
    <w:rsid w:val="004E6344"/>
    <w:rsid w:val="004E6B88"/>
    <w:rsid w:val="004E78A3"/>
    <w:rsid w:val="004F0AC1"/>
    <w:rsid w:val="004F21DB"/>
    <w:rsid w:val="004F2C40"/>
    <w:rsid w:val="004F2F69"/>
    <w:rsid w:val="004F2FB9"/>
    <w:rsid w:val="004F2FE4"/>
    <w:rsid w:val="004F37A6"/>
    <w:rsid w:val="004F3F84"/>
    <w:rsid w:val="004F3FB5"/>
    <w:rsid w:val="004F4672"/>
    <w:rsid w:val="004F49FC"/>
    <w:rsid w:val="004F57AC"/>
    <w:rsid w:val="004F58E8"/>
    <w:rsid w:val="004F5BAF"/>
    <w:rsid w:val="004F61DB"/>
    <w:rsid w:val="004F62D1"/>
    <w:rsid w:val="004F6B72"/>
    <w:rsid w:val="004F6C1D"/>
    <w:rsid w:val="004F7464"/>
    <w:rsid w:val="004F7CFD"/>
    <w:rsid w:val="00500023"/>
    <w:rsid w:val="00500471"/>
    <w:rsid w:val="00500D92"/>
    <w:rsid w:val="00502838"/>
    <w:rsid w:val="00502A65"/>
    <w:rsid w:val="00502B99"/>
    <w:rsid w:val="00502B9D"/>
    <w:rsid w:val="00502C92"/>
    <w:rsid w:val="00503375"/>
    <w:rsid w:val="005035F1"/>
    <w:rsid w:val="00503C0B"/>
    <w:rsid w:val="0050475A"/>
    <w:rsid w:val="00504C24"/>
    <w:rsid w:val="00505507"/>
    <w:rsid w:val="005056AD"/>
    <w:rsid w:val="00505715"/>
    <w:rsid w:val="0050689D"/>
    <w:rsid w:val="005073A1"/>
    <w:rsid w:val="00507CCC"/>
    <w:rsid w:val="00507E36"/>
    <w:rsid w:val="0051007D"/>
    <w:rsid w:val="00510123"/>
    <w:rsid w:val="005101CA"/>
    <w:rsid w:val="005102CD"/>
    <w:rsid w:val="00510438"/>
    <w:rsid w:val="00511049"/>
    <w:rsid w:val="00511173"/>
    <w:rsid w:val="00512790"/>
    <w:rsid w:val="00512A5A"/>
    <w:rsid w:val="00512DE2"/>
    <w:rsid w:val="00513198"/>
    <w:rsid w:val="00514313"/>
    <w:rsid w:val="00514732"/>
    <w:rsid w:val="00515A8F"/>
    <w:rsid w:val="0051722D"/>
    <w:rsid w:val="00517340"/>
    <w:rsid w:val="005209A5"/>
    <w:rsid w:val="00521146"/>
    <w:rsid w:val="005213C0"/>
    <w:rsid w:val="005218D0"/>
    <w:rsid w:val="00521A46"/>
    <w:rsid w:val="00522DD7"/>
    <w:rsid w:val="00523462"/>
    <w:rsid w:val="005239D6"/>
    <w:rsid w:val="00524317"/>
    <w:rsid w:val="0052439F"/>
    <w:rsid w:val="005245B9"/>
    <w:rsid w:val="005245CA"/>
    <w:rsid w:val="005247B6"/>
    <w:rsid w:val="005247D7"/>
    <w:rsid w:val="00524CE7"/>
    <w:rsid w:val="00525288"/>
    <w:rsid w:val="00525CC7"/>
    <w:rsid w:val="00525FBE"/>
    <w:rsid w:val="00526141"/>
    <w:rsid w:val="00526254"/>
    <w:rsid w:val="005262E5"/>
    <w:rsid w:val="00526F35"/>
    <w:rsid w:val="005274FF"/>
    <w:rsid w:val="00527A18"/>
    <w:rsid w:val="00530441"/>
    <w:rsid w:val="0053151E"/>
    <w:rsid w:val="00531819"/>
    <w:rsid w:val="00531837"/>
    <w:rsid w:val="0053245A"/>
    <w:rsid w:val="00532CF5"/>
    <w:rsid w:val="00532EBC"/>
    <w:rsid w:val="005335D9"/>
    <w:rsid w:val="005337B8"/>
    <w:rsid w:val="00533956"/>
    <w:rsid w:val="0053403E"/>
    <w:rsid w:val="00534453"/>
    <w:rsid w:val="0053456A"/>
    <w:rsid w:val="0053458A"/>
    <w:rsid w:val="0053475B"/>
    <w:rsid w:val="00534A24"/>
    <w:rsid w:val="00534BD0"/>
    <w:rsid w:val="00535036"/>
    <w:rsid w:val="00535651"/>
    <w:rsid w:val="00535A73"/>
    <w:rsid w:val="00535FFD"/>
    <w:rsid w:val="00536DB1"/>
    <w:rsid w:val="00537147"/>
    <w:rsid w:val="0053738F"/>
    <w:rsid w:val="0053776F"/>
    <w:rsid w:val="0053796B"/>
    <w:rsid w:val="00537DB0"/>
    <w:rsid w:val="00540552"/>
    <w:rsid w:val="00540863"/>
    <w:rsid w:val="00540C95"/>
    <w:rsid w:val="005414E6"/>
    <w:rsid w:val="005420B5"/>
    <w:rsid w:val="0054257E"/>
    <w:rsid w:val="0054289F"/>
    <w:rsid w:val="00543751"/>
    <w:rsid w:val="00543B2D"/>
    <w:rsid w:val="005440BF"/>
    <w:rsid w:val="005453D7"/>
    <w:rsid w:val="005454B2"/>
    <w:rsid w:val="0054677E"/>
    <w:rsid w:val="00547272"/>
    <w:rsid w:val="0054763A"/>
    <w:rsid w:val="00550D89"/>
    <w:rsid w:val="00550E8B"/>
    <w:rsid w:val="00551A70"/>
    <w:rsid w:val="00551EF1"/>
    <w:rsid w:val="00552A54"/>
    <w:rsid w:val="00553DD7"/>
    <w:rsid w:val="00554431"/>
    <w:rsid w:val="00555587"/>
    <w:rsid w:val="00555D6B"/>
    <w:rsid w:val="005571CF"/>
    <w:rsid w:val="005575CF"/>
    <w:rsid w:val="005611E5"/>
    <w:rsid w:val="005613D7"/>
    <w:rsid w:val="00561545"/>
    <w:rsid w:val="00561E2A"/>
    <w:rsid w:val="005620F9"/>
    <w:rsid w:val="0056271A"/>
    <w:rsid w:val="005629C8"/>
    <w:rsid w:val="00562C13"/>
    <w:rsid w:val="005641B1"/>
    <w:rsid w:val="005652F5"/>
    <w:rsid w:val="00566283"/>
    <w:rsid w:val="00566737"/>
    <w:rsid w:val="00566E88"/>
    <w:rsid w:val="00566EE0"/>
    <w:rsid w:val="00567C14"/>
    <w:rsid w:val="00571069"/>
    <w:rsid w:val="005719EF"/>
    <w:rsid w:val="00571E12"/>
    <w:rsid w:val="00572A33"/>
    <w:rsid w:val="00572E37"/>
    <w:rsid w:val="00573003"/>
    <w:rsid w:val="00573883"/>
    <w:rsid w:val="00573BA7"/>
    <w:rsid w:val="005741C3"/>
    <w:rsid w:val="005747B6"/>
    <w:rsid w:val="00574FC4"/>
    <w:rsid w:val="00575601"/>
    <w:rsid w:val="005765C2"/>
    <w:rsid w:val="005765EB"/>
    <w:rsid w:val="00576890"/>
    <w:rsid w:val="005778D7"/>
    <w:rsid w:val="00580D2D"/>
    <w:rsid w:val="00581999"/>
    <w:rsid w:val="00581E08"/>
    <w:rsid w:val="005821F2"/>
    <w:rsid w:val="0058259B"/>
    <w:rsid w:val="005834AD"/>
    <w:rsid w:val="005835D3"/>
    <w:rsid w:val="00583709"/>
    <w:rsid w:val="00583C66"/>
    <w:rsid w:val="00583F48"/>
    <w:rsid w:val="0058456B"/>
    <w:rsid w:val="005856BF"/>
    <w:rsid w:val="005859E8"/>
    <w:rsid w:val="00586364"/>
    <w:rsid w:val="0058788A"/>
    <w:rsid w:val="005905A3"/>
    <w:rsid w:val="00591579"/>
    <w:rsid w:val="005915AB"/>
    <w:rsid w:val="00591EF0"/>
    <w:rsid w:val="005922DA"/>
    <w:rsid w:val="005923AB"/>
    <w:rsid w:val="005926B1"/>
    <w:rsid w:val="00593B01"/>
    <w:rsid w:val="005942AD"/>
    <w:rsid w:val="00594C68"/>
    <w:rsid w:val="005956B9"/>
    <w:rsid w:val="005956E7"/>
    <w:rsid w:val="0059652B"/>
    <w:rsid w:val="00596669"/>
    <w:rsid w:val="00597018"/>
    <w:rsid w:val="0059721F"/>
    <w:rsid w:val="005A1E37"/>
    <w:rsid w:val="005A2323"/>
    <w:rsid w:val="005A2A2E"/>
    <w:rsid w:val="005A319D"/>
    <w:rsid w:val="005A3EEE"/>
    <w:rsid w:val="005A443A"/>
    <w:rsid w:val="005A4BA5"/>
    <w:rsid w:val="005A4C40"/>
    <w:rsid w:val="005A5507"/>
    <w:rsid w:val="005A6234"/>
    <w:rsid w:val="005A660F"/>
    <w:rsid w:val="005A6AD1"/>
    <w:rsid w:val="005A6AF4"/>
    <w:rsid w:val="005A79C6"/>
    <w:rsid w:val="005B0773"/>
    <w:rsid w:val="005B0A1A"/>
    <w:rsid w:val="005B0FC2"/>
    <w:rsid w:val="005B1456"/>
    <w:rsid w:val="005B1E3D"/>
    <w:rsid w:val="005B21BA"/>
    <w:rsid w:val="005B4457"/>
    <w:rsid w:val="005B49AA"/>
    <w:rsid w:val="005B50DB"/>
    <w:rsid w:val="005B53F7"/>
    <w:rsid w:val="005B5BEC"/>
    <w:rsid w:val="005B5D85"/>
    <w:rsid w:val="005B6396"/>
    <w:rsid w:val="005B69D6"/>
    <w:rsid w:val="005B6FD3"/>
    <w:rsid w:val="005B78FA"/>
    <w:rsid w:val="005B7D35"/>
    <w:rsid w:val="005C0335"/>
    <w:rsid w:val="005C0D20"/>
    <w:rsid w:val="005C0F39"/>
    <w:rsid w:val="005C1561"/>
    <w:rsid w:val="005C183C"/>
    <w:rsid w:val="005C19B8"/>
    <w:rsid w:val="005C1B04"/>
    <w:rsid w:val="005C20C9"/>
    <w:rsid w:val="005C2167"/>
    <w:rsid w:val="005C22C1"/>
    <w:rsid w:val="005C2311"/>
    <w:rsid w:val="005C2498"/>
    <w:rsid w:val="005C265D"/>
    <w:rsid w:val="005C2BF2"/>
    <w:rsid w:val="005C3021"/>
    <w:rsid w:val="005C3063"/>
    <w:rsid w:val="005C3537"/>
    <w:rsid w:val="005C43C0"/>
    <w:rsid w:val="005C476D"/>
    <w:rsid w:val="005C4CF6"/>
    <w:rsid w:val="005C4F50"/>
    <w:rsid w:val="005C5065"/>
    <w:rsid w:val="005C5A48"/>
    <w:rsid w:val="005C5BE8"/>
    <w:rsid w:val="005C66D2"/>
    <w:rsid w:val="005C7195"/>
    <w:rsid w:val="005C71F2"/>
    <w:rsid w:val="005C7715"/>
    <w:rsid w:val="005D00B2"/>
    <w:rsid w:val="005D0E55"/>
    <w:rsid w:val="005D124E"/>
    <w:rsid w:val="005D1F1D"/>
    <w:rsid w:val="005D205E"/>
    <w:rsid w:val="005D2572"/>
    <w:rsid w:val="005D2C05"/>
    <w:rsid w:val="005D345A"/>
    <w:rsid w:val="005D36AE"/>
    <w:rsid w:val="005D4088"/>
    <w:rsid w:val="005D4582"/>
    <w:rsid w:val="005D4A16"/>
    <w:rsid w:val="005D4A25"/>
    <w:rsid w:val="005D5956"/>
    <w:rsid w:val="005D5DD6"/>
    <w:rsid w:val="005D66AD"/>
    <w:rsid w:val="005D6901"/>
    <w:rsid w:val="005D7D93"/>
    <w:rsid w:val="005E013F"/>
    <w:rsid w:val="005E0395"/>
    <w:rsid w:val="005E126B"/>
    <w:rsid w:val="005E1B4E"/>
    <w:rsid w:val="005E2E19"/>
    <w:rsid w:val="005E40C7"/>
    <w:rsid w:val="005E472F"/>
    <w:rsid w:val="005E4EA7"/>
    <w:rsid w:val="005E592F"/>
    <w:rsid w:val="005E681A"/>
    <w:rsid w:val="005E6BC5"/>
    <w:rsid w:val="005E700A"/>
    <w:rsid w:val="005E72BF"/>
    <w:rsid w:val="005E7418"/>
    <w:rsid w:val="005E74A0"/>
    <w:rsid w:val="005E787A"/>
    <w:rsid w:val="005E7C0F"/>
    <w:rsid w:val="005E7DD6"/>
    <w:rsid w:val="005F0273"/>
    <w:rsid w:val="005F0430"/>
    <w:rsid w:val="005F079F"/>
    <w:rsid w:val="005F1C5C"/>
    <w:rsid w:val="005F24B8"/>
    <w:rsid w:val="005F2531"/>
    <w:rsid w:val="005F2935"/>
    <w:rsid w:val="005F2D1F"/>
    <w:rsid w:val="005F2EE8"/>
    <w:rsid w:val="005F3841"/>
    <w:rsid w:val="005F3B90"/>
    <w:rsid w:val="005F3BC2"/>
    <w:rsid w:val="005F56A7"/>
    <w:rsid w:val="005F58CC"/>
    <w:rsid w:val="005F592C"/>
    <w:rsid w:val="005F5CF1"/>
    <w:rsid w:val="005F652B"/>
    <w:rsid w:val="005F6E13"/>
    <w:rsid w:val="005F7DBD"/>
    <w:rsid w:val="00600576"/>
    <w:rsid w:val="0060064E"/>
    <w:rsid w:val="006018FD"/>
    <w:rsid w:val="00601B50"/>
    <w:rsid w:val="00601C9D"/>
    <w:rsid w:val="00602211"/>
    <w:rsid w:val="00603043"/>
    <w:rsid w:val="00603714"/>
    <w:rsid w:val="00603906"/>
    <w:rsid w:val="00603EB1"/>
    <w:rsid w:val="00604792"/>
    <w:rsid w:val="006048FE"/>
    <w:rsid w:val="0060534F"/>
    <w:rsid w:val="006057A6"/>
    <w:rsid w:val="00605F28"/>
    <w:rsid w:val="0060648F"/>
    <w:rsid w:val="00606622"/>
    <w:rsid w:val="00606C7F"/>
    <w:rsid w:val="00607273"/>
    <w:rsid w:val="00611462"/>
    <w:rsid w:val="00611549"/>
    <w:rsid w:val="006133AD"/>
    <w:rsid w:val="0061393A"/>
    <w:rsid w:val="00613A36"/>
    <w:rsid w:val="00614182"/>
    <w:rsid w:val="00614985"/>
    <w:rsid w:val="006155A7"/>
    <w:rsid w:val="006157EA"/>
    <w:rsid w:val="0061691B"/>
    <w:rsid w:val="006173A8"/>
    <w:rsid w:val="00617CB5"/>
    <w:rsid w:val="006201C1"/>
    <w:rsid w:val="0062054F"/>
    <w:rsid w:val="00620F76"/>
    <w:rsid w:val="00620FDD"/>
    <w:rsid w:val="0062158E"/>
    <w:rsid w:val="006217BB"/>
    <w:rsid w:val="006217E8"/>
    <w:rsid w:val="00621873"/>
    <w:rsid w:val="006219FC"/>
    <w:rsid w:val="00621EBF"/>
    <w:rsid w:val="0062274D"/>
    <w:rsid w:val="006230CF"/>
    <w:rsid w:val="006230D3"/>
    <w:rsid w:val="00623465"/>
    <w:rsid w:val="00623F7C"/>
    <w:rsid w:val="0062427B"/>
    <w:rsid w:val="006242F4"/>
    <w:rsid w:val="006247E7"/>
    <w:rsid w:val="0062495C"/>
    <w:rsid w:val="00624991"/>
    <w:rsid w:val="00625801"/>
    <w:rsid w:val="0062590F"/>
    <w:rsid w:val="00625CF6"/>
    <w:rsid w:val="006268B6"/>
    <w:rsid w:val="00627F0B"/>
    <w:rsid w:val="00630923"/>
    <w:rsid w:val="00630A19"/>
    <w:rsid w:val="0063102A"/>
    <w:rsid w:val="006318FB"/>
    <w:rsid w:val="00631BD2"/>
    <w:rsid w:val="00631CE4"/>
    <w:rsid w:val="00631E12"/>
    <w:rsid w:val="006324E0"/>
    <w:rsid w:val="00632869"/>
    <w:rsid w:val="00632A53"/>
    <w:rsid w:val="0063376E"/>
    <w:rsid w:val="006338E2"/>
    <w:rsid w:val="00635135"/>
    <w:rsid w:val="00635B95"/>
    <w:rsid w:val="00635D3A"/>
    <w:rsid w:val="00635D59"/>
    <w:rsid w:val="00637044"/>
    <w:rsid w:val="00637167"/>
    <w:rsid w:val="00637976"/>
    <w:rsid w:val="00637E3E"/>
    <w:rsid w:val="006408ED"/>
    <w:rsid w:val="00640D8B"/>
    <w:rsid w:val="00641203"/>
    <w:rsid w:val="0064152F"/>
    <w:rsid w:val="00641C16"/>
    <w:rsid w:val="006425F6"/>
    <w:rsid w:val="00642898"/>
    <w:rsid w:val="00643115"/>
    <w:rsid w:val="0064357F"/>
    <w:rsid w:val="00644C2F"/>
    <w:rsid w:val="00644DB2"/>
    <w:rsid w:val="00646200"/>
    <w:rsid w:val="00646CE3"/>
    <w:rsid w:val="00647044"/>
    <w:rsid w:val="0065057C"/>
    <w:rsid w:val="006511FA"/>
    <w:rsid w:val="00651277"/>
    <w:rsid w:val="006512B1"/>
    <w:rsid w:val="00652084"/>
    <w:rsid w:val="006520DE"/>
    <w:rsid w:val="00652E6E"/>
    <w:rsid w:val="00652F07"/>
    <w:rsid w:val="00652F3C"/>
    <w:rsid w:val="006536BA"/>
    <w:rsid w:val="00654C46"/>
    <w:rsid w:val="00655425"/>
    <w:rsid w:val="006560B8"/>
    <w:rsid w:val="00656B68"/>
    <w:rsid w:val="0066280E"/>
    <w:rsid w:val="00662EDE"/>
    <w:rsid w:val="0066357F"/>
    <w:rsid w:val="00664A4E"/>
    <w:rsid w:val="00664B32"/>
    <w:rsid w:val="00664BFB"/>
    <w:rsid w:val="00665595"/>
    <w:rsid w:val="00666A81"/>
    <w:rsid w:val="006673A0"/>
    <w:rsid w:val="00667425"/>
    <w:rsid w:val="00667EF1"/>
    <w:rsid w:val="0067063D"/>
    <w:rsid w:val="0067083D"/>
    <w:rsid w:val="00670A59"/>
    <w:rsid w:val="0067102B"/>
    <w:rsid w:val="006714B8"/>
    <w:rsid w:val="00671723"/>
    <w:rsid w:val="0067212C"/>
    <w:rsid w:val="0067250E"/>
    <w:rsid w:val="00672559"/>
    <w:rsid w:val="00673859"/>
    <w:rsid w:val="0067393E"/>
    <w:rsid w:val="006742B0"/>
    <w:rsid w:val="00674CDB"/>
    <w:rsid w:val="00675BC4"/>
    <w:rsid w:val="00675D60"/>
    <w:rsid w:val="006764DB"/>
    <w:rsid w:val="0067664B"/>
    <w:rsid w:val="00676C9C"/>
    <w:rsid w:val="00680B64"/>
    <w:rsid w:val="00680B8F"/>
    <w:rsid w:val="0068155C"/>
    <w:rsid w:val="00681FDC"/>
    <w:rsid w:val="00683301"/>
    <w:rsid w:val="006833E0"/>
    <w:rsid w:val="00683527"/>
    <w:rsid w:val="00684035"/>
    <w:rsid w:val="00684497"/>
    <w:rsid w:val="0068469D"/>
    <w:rsid w:val="00685856"/>
    <w:rsid w:val="00685CF5"/>
    <w:rsid w:val="00685D71"/>
    <w:rsid w:val="00685F2C"/>
    <w:rsid w:val="00686C3A"/>
    <w:rsid w:val="00690177"/>
    <w:rsid w:val="006916EC"/>
    <w:rsid w:val="0069186E"/>
    <w:rsid w:val="00691F15"/>
    <w:rsid w:val="00692CF5"/>
    <w:rsid w:val="00692DBF"/>
    <w:rsid w:val="00693330"/>
    <w:rsid w:val="00693CC0"/>
    <w:rsid w:val="006946F2"/>
    <w:rsid w:val="0069476A"/>
    <w:rsid w:val="0069523D"/>
    <w:rsid w:val="00696461"/>
    <w:rsid w:val="006966E5"/>
    <w:rsid w:val="006967C7"/>
    <w:rsid w:val="0069736E"/>
    <w:rsid w:val="0069775F"/>
    <w:rsid w:val="006A0363"/>
    <w:rsid w:val="006A075C"/>
    <w:rsid w:val="006A081D"/>
    <w:rsid w:val="006A0930"/>
    <w:rsid w:val="006A1692"/>
    <w:rsid w:val="006A2286"/>
    <w:rsid w:val="006A27D6"/>
    <w:rsid w:val="006A2BE1"/>
    <w:rsid w:val="006A3750"/>
    <w:rsid w:val="006A3A06"/>
    <w:rsid w:val="006A408B"/>
    <w:rsid w:val="006A4235"/>
    <w:rsid w:val="006A449A"/>
    <w:rsid w:val="006A4A4B"/>
    <w:rsid w:val="006A4D24"/>
    <w:rsid w:val="006A50D2"/>
    <w:rsid w:val="006A59D3"/>
    <w:rsid w:val="006A6284"/>
    <w:rsid w:val="006A7884"/>
    <w:rsid w:val="006B0166"/>
    <w:rsid w:val="006B065B"/>
    <w:rsid w:val="006B0810"/>
    <w:rsid w:val="006B0E77"/>
    <w:rsid w:val="006B0FF9"/>
    <w:rsid w:val="006B1216"/>
    <w:rsid w:val="006B1703"/>
    <w:rsid w:val="006B2141"/>
    <w:rsid w:val="006B26F7"/>
    <w:rsid w:val="006B29DF"/>
    <w:rsid w:val="006B32CD"/>
    <w:rsid w:val="006B34A6"/>
    <w:rsid w:val="006B3B2B"/>
    <w:rsid w:val="006B3EB9"/>
    <w:rsid w:val="006B4567"/>
    <w:rsid w:val="006B45B1"/>
    <w:rsid w:val="006B5B24"/>
    <w:rsid w:val="006B62FD"/>
    <w:rsid w:val="006B63BF"/>
    <w:rsid w:val="006B74B2"/>
    <w:rsid w:val="006B7676"/>
    <w:rsid w:val="006B7D08"/>
    <w:rsid w:val="006C1257"/>
    <w:rsid w:val="006C1BFB"/>
    <w:rsid w:val="006C3488"/>
    <w:rsid w:val="006C3B04"/>
    <w:rsid w:val="006C3CED"/>
    <w:rsid w:val="006C4658"/>
    <w:rsid w:val="006C4F2D"/>
    <w:rsid w:val="006C592C"/>
    <w:rsid w:val="006C63F7"/>
    <w:rsid w:val="006C659F"/>
    <w:rsid w:val="006C66AD"/>
    <w:rsid w:val="006C6921"/>
    <w:rsid w:val="006C7306"/>
    <w:rsid w:val="006C7574"/>
    <w:rsid w:val="006C7B0F"/>
    <w:rsid w:val="006C7DCE"/>
    <w:rsid w:val="006D0591"/>
    <w:rsid w:val="006D2D58"/>
    <w:rsid w:val="006D2F76"/>
    <w:rsid w:val="006D31F6"/>
    <w:rsid w:val="006D35BC"/>
    <w:rsid w:val="006D3A2C"/>
    <w:rsid w:val="006D442C"/>
    <w:rsid w:val="006D4E5F"/>
    <w:rsid w:val="006D56A1"/>
    <w:rsid w:val="006D5B9C"/>
    <w:rsid w:val="006D5CAB"/>
    <w:rsid w:val="006D6B3F"/>
    <w:rsid w:val="006D72C8"/>
    <w:rsid w:val="006D72EE"/>
    <w:rsid w:val="006D7D45"/>
    <w:rsid w:val="006D7F3A"/>
    <w:rsid w:val="006D7FAF"/>
    <w:rsid w:val="006E1362"/>
    <w:rsid w:val="006E2085"/>
    <w:rsid w:val="006E209C"/>
    <w:rsid w:val="006E2142"/>
    <w:rsid w:val="006E2BA2"/>
    <w:rsid w:val="006E2E12"/>
    <w:rsid w:val="006E3412"/>
    <w:rsid w:val="006E4781"/>
    <w:rsid w:val="006E4840"/>
    <w:rsid w:val="006E5028"/>
    <w:rsid w:val="006E5440"/>
    <w:rsid w:val="006E67DA"/>
    <w:rsid w:val="006E6981"/>
    <w:rsid w:val="006E6D6A"/>
    <w:rsid w:val="006E73AE"/>
    <w:rsid w:val="006E7793"/>
    <w:rsid w:val="006E79CD"/>
    <w:rsid w:val="006E7A78"/>
    <w:rsid w:val="006E7CCD"/>
    <w:rsid w:val="006F09BF"/>
    <w:rsid w:val="006F0B5F"/>
    <w:rsid w:val="006F0C81"/>
    <w:rsid w:val="006F0E1E"/>
    <w:rsid w:val="006F1966"/>
    <w:rsid w:val="006F19BD"/>
    <w:rsid w:val="006F20D4"/>
    <w:rsid w:val="006F2532"/>
    <w:rsid w:val="006F437B"/>
    <w:rsid w:val="006F487C"/>
    <w:rsid w:val="006F4FAA"/>
    <w:rsid w:val="006F55A4"/>
    <w:rsid w:val="006F5701"/>
    <w:rsid w:val="006F5B9F"/>
    <w:rsid w:val="006F61AD"/>
    <w:rsid w:val="006F6DE6"/>
    <w:rsid w:val="006F6FE9"/>
    <w:rsid w:val="006F70F7"/>
    <w:rsid w:val="006F7398"/>
    <w:rsid w:val="006F7673"/>
    <w:rsid w:val="006F7DA3"/>
    <w:rsid w:val="0070007B"/>
    <w:rsid w:val="00700439"/>
    <w:rsid w:val="007009B1"/>
    <w:rsid w:val="00701C51"/>
    <w:rsid w:val="00701F6C"/>
    <w:rsid w:val="007020AC"/>
    <w:rsid w:val="0070322D"/>
    <w:rsid w:val="00703990"/>
    <w:rsid w:val="00703BD7"/>
    <w:rsid w:val="00703CD0"/>
    <w:rsid w:val="0070430E"/>
    <w:rsid w:val="00704917"/>
    <w:rsid w:val="00704C00"/>
    <w:rsid w:val="00704C8D"/>
    <w:rsid w:val="0070514B"/>
    <w:rsid w:val="00705209"/>
    <w:rsid w:val="007052F3"/>
    <w:rsid w:val="007063D0"/>
    <w:rsid w:val="0070659D"/>
    <w:rsid w:val="00706B1E"/>
    <w:rsid w:val="00706F76"/>
    <w:rsid w:val="00707F10"/>
    <w:rsid w:val="00710311"/>
    <w:rsid w:val="0071138C"/>
    <w:rsid w:val="00711C12"/>
    <w:rsid w:val="00714265"/>
    <w:rsid w:val="007156D1"/>
    <w:rsid w:val="00715CC9"/>
    <w:rsid w:val="00715E67"/>
    <w:rsid w:val="007176E1"/>
    <w:rsid w:val="0071787E"/>
    <w:rsid w:val="00717CFF"/>
    <w:rsid w:val="007216E5"/>
    <w:rsid w:val="00721772"/>
    <w:rsid w:val="00722D4B"/>
    <w:rsid w:val="0072326A"/>
    <w:rsid w:val="007232C3"/>
    <w:rsid w:val="00723748"/>
    <w:rsid w:val="00723899"/>
    <w:rsid w:val="00723DCE"/>
    <w:rsid w:val="007245F4"/>
    <w:rsid w:val="007246BF"/>
    <w:rsid w:val="0072573A"/>
    <w:rsid w:val="00725833"/>
    <w:rsid w:val="007269E5"/>
    <w:rsid w:val="00726D24"/>
    <w:rsid w:val="00726ECA"/>
    <w:rsid w:val="00727024"/>
    <w:rsid w:val="00730219"/>
    <w:rsid w:val="00731972"/>
    <w:rsid w:val="00732167"/>
    <w:rsid w:val="0073248F"/>
    <w:rsid w:val="00733059"/>
    <w:rsid w:val="00733801"/>
    <w:rsid w:val="00734C9D"/>
    <w:rsid w:val="00734EAC"/>
    <w:rsid w:val="00735790"/>
    <w:rsid w:val="00735CD1"/>
    <w:rsid w:val="00736195"/>
    <w:rsid w:val="00736653"/>
    <w:rsid w:val="00736DF0"/>
    <w:rsid w:val="00737A7D"/>
    <w:rsid w:val="00737C4E"/>
    <w:rsid w:val="007404D7"/>
    <w:rsid w:val="007407D1"/>
    <w:rsid w:val="00740F80"/>
    <w:rsid w:val="007410C3"/>
    <w:rsid w:val="00741497"/>
    <w:rsid w:val="0074164B"/>
    <w:rsid w:val="0074165B"/>
    <w:rsid w:val="00741B08"/>
    <w:rsid w:val="00741EFC"/>
    <w:rsid w:val="007420EB"/>
    <w:rsid w:val="00742861"/>
    <w:rsid w:val="0074310B"/>
    <w:rsid w:val="0074315A"/>
    <w:rsid w:val="00743496"/>
    <w:rsid w:val="007437E0"/>
    <w:rsid w:val="00744D72"/>
    <w:rsid w:val="00745146"/>
    <w:rsid w:val="00745FED"/>
    <w:rsid w:val="007460D9"/>
    <w:rsid w:val="007464FA"/>
    <w:rsid w:val="00746CA8"/>
    <w:rsid w:val="00746D59"/>
    <w:rsid w:val="007503A8"/>
    <w:rsid w:val="00750B97"/>
    <w:rsid w:val="007510D0"/>
    <w:rsid w:val="007513DE"/>
    <w:rsid w:val="00752087"/>
    <w:rsid w:val="007529C4"/>
    <w:rsid w:val="0075356C"/>
    <w:rsid w:val="007535AA"/>
    <w:rsid w:val="00753619"/>
    <w:rsid w:val="00753A6D"/>
    <w:rsid w:val="00753EB8"/>
    <w:rsid w:val="00754154"/>
    <w:rsid w:val="00754537"/>
    <w:rsid w:val="00755130"/>
    <w:rsid w:val="00755A62"/>
    <w:rsid w:val="00755B36"/>
    <w:rsid w:val="00756AD1"/>
    <w:rsid w:val="00757825"/>
    <w:rsid w:val="00757B37"/>
    <w:rsid w:val="00757B97"/>
    <w:rsid w:val="00760B23"/>
    <w:rsid w:val="00760D7C"/>
    <w:rsid w:val="00760E00"/>
    <w:rsid w:val="00760EEF"/>
    <w:rsid w:val="0076134C"/>
    <w:rsid w:val="007613AB"/>
    <w:rsid w:val="00762250"/>
    <w:rsid w:val="007629FA"/>
    <w:rsid w:val="00763804"/>
    <w:rsid w:val="00764BE1"/>
    <w:rsid w:val="00764FAF"/>
    <w:rsid w:val="0076568B"/>
    <w:rsid w:val="0076578C"/>
    <w:rsid w:val="00765DF6"/>
    <w:rsid w:val="00766763"/>
    <w:rsid w:val="007668F3"/>
    <w:rsid w:val="00766BA7"/>
    <w:rsid w:val="007670A6"/>
    <w:rsid w:val="0076794B"/>
    <w:rsid w:val="00770187"/>
    <w:rsid w:val="00770906"/>
    <w:rsid w:val="00770E71"/>
    <w:rsid w:val="0077108B"/>
    <w:rsid w:val="00771210"/>
    <w:rsid w:val="00771B4B"/>
    <w:rsid w:val="00771D19"/>
    <w:rsid w:val="007729AE"/>
    <w:rsid w:val="00772C9B"/>
    <w:rsid w:val="007738F5"/>
    <w:rsid w:val="00774B47"/>
    <w:rsid w:val="00774CDA"/>
    <w:rsid w:val="007751F0"/>
    <w:rsid w:val="0077552B"/>
    <w:rsid w:val="0077638E"/>
    <w:rsid w:val="0077769D"/>
    <w:rsid w:val="00780185"/>
    <w:rsid w:val="00780761"/>
    <w:rsid w:val="00780C4F"/>
    <w:rsid w:val="00780F9D"/>
    <w:rsid w:val="00781A95"/>
    <w:rsid w:val="007836F4"/>
    <w:rsid w:val="00784015"/>
    <w:rsid w:val="00785633"/>
    <w:rsid w:val="007861E5"/>
    <w:rsid w:val="00786699"/>
    <w:rsid w:val="00787176"/>
    <w:rsid w:val="00787430"/>
    <w:rsid w:val="00787A32"/>
    <w:rsid w:val="00791E20"/>
    <w:rsid w:val="007927B8"/>
    <w:rsid w:val="00792F86"/>
    <w:rsid w:val="00793328"/>
    <w:rsid w:val="00794A4F"/>
    <w:rsid w:val="00794EFA"/>
    <w:rsid w:val="00795276"/>
    <w:rsid w:val="00795FF1"/>
    <w:rsid w:val="0079610B"/>
    <w:rsid w:val="00797917"/>
    <w:rsid w:val="0079795C"/>
    <w:rsid w:val="007A1022"/>
    <w:rsid w:val="007A17AA"/>
    <w:rsid w:val="007A1C00"/>
    <w:rsid w:val="007A1DBC"/>
    <w:rsid w:val="007A2255"/>
    <w:rsid w:val="007A25B4"/>
    <w:rsid w:val="007A2FA6"/>
    <w:rsid w:val="007A3502"/>
    <w:rsid w:val="007A3560"/>
    <w:rsid w:val="007A3993"/>
    <w:rsid w:val="007A4B32"/>
    <w:rsid w:val="007A4CE2"/>
    <w:rsid w:val="007A5483"/>
    <w:rsid w:val="007A5595"/>
    <w:rsid w:val="007A58EC"/>
    <w:rsid w:val="007A5A42"/>
    <w:rsid w:val="007A7236"/>
    <w:rsid w:val="007B0AAB"/>
    <w:rsid w:val="007B1BD0"/>
    <w:rsid w:val="007B1F24"/>
    <w:rsid w:val="007B2D47"/>
    <w:rsid w:val="007B395D"/>
    <w:rsid w:val="007B3DC8"/>
    <w:rsid w:val="007B3F10"/>
    <w:rsid w:val="007B40BC"/>
    <w:rsid w:val="007B579A"/>
    <w:rsid w:val="007B581F"/>
    <w:rsid w:val="007C0637"/>
    <w:rsid w:val="007C06CE"/>
    <w:rsid w:val="007C07AB"/>
    <w:rsid w:val="007C0885"/>
    <w:rsid w:val="007C21D7"/>
    <w:rsid w:val="007C2963"/>
    <w:rsid w:val="007C29A3"/>
    <w:rsid w:val="007C3067"/>
    <w:rsid w:val="007C3719"/>
    <w:rsid w:val="007C51B6"/>
    <w:rsid w:val="007C574C"/>
    <w:rsid w:val="007C5A5C"/>
    <w:rsid w:val="007C5F8E"/>
    <w:rsid w:val="007C6B05"/>
    <w:rsid w:val="007C76B9"/>
    <w:rsid w:val="007C7937"/>
    <w:rsid w:val="007D0615"/>
    <w:rsid w:val="007D10E6"/>
    <w:rsid w:val="007D132E"/>
    <w:rsid w:val="007D140C"/>
    <w:rsid w:val="007D1554"/>
    <w:rsid w:val="007D1A4C"/>
    <w:rsid w:val="007D1BE7"/>
    <w:rsid w:val="007D1E70"/>
    <w:rsid w:val="007D20BD"/>
    <w:rsid w:val="007D3047"/>
    <w:rsid w:val="007D3AA1"/>
    <w:rsid w:val="007D3C45"/>
    <w:rsid w:val="007D44E9"/>
    <w:rsid w:val="007D497A"/>
    <w:rsid w:val="007D5D4E"/>
    <w:rsid w:val="007D6406"/>
    <w:rsid w:val="007D6BF8"/>
    <w:rsid w:val="007D6D5A"/>
    <w:rsid w:val="007D6E74"/>
    <w:rsid w:val="007D75F4"/>
    <w:rsid w:val="007D76D0"/>
    <w:rsid w:val="007D7A35"/>
    <w:rsid w:val="007D7E44"/>
    <w:rsid w:val="007E0446"/>
    <w:rsid w:val="007E0F16"/>
    <w:rsid w:val="007E131D"/>
    <w:rsid w:val="007E16B4"/>
    <w:rsid w:val="007E1EE7"/>
    <w:rsid w:val="007E21D3"/>
    <w:rsid w:val="007E252B"/>
    <w:rsid w:val="007E374D"/>
    <w:rsid w:val="007E3DD1"/>
    <w:rsid w:val="007E473A"/>
    <w:rsid w:val="007E55DA"/>
    <w:rsid w:val="007E6C0A"/>
    <w:rsid w:val="007E6F1E"/>
    <w:rsid w:val="007E74A5"/>
    <w:rsid w:val="007E775E"/>
    <w:rsid w:val="007E7761"/>
    <w:rsid w:val="007E7CA5"/>
    <w:rsid w:val="007E7D1C"/>
    <w:rsid w:val="007E7E30"/>
    <w:rsid w:val="007F0296"/>
    <w:rsid w:val="007F0A3A"/>
    <w:rsid w:val="007F0F91"/>
    <w:rsid w:val="007F1853"/>
    <w:rsid w:val="007F19FD"/>
    <w:rsid w:val="007F2228"/>
    <w:rsid w:val="007F289E"/>
    <w:rsid w:val="007F343D"/>
    <w:rsid w:val="007F358D"/>
    <w:rsid w:val="007F367E"/>
    <w:rsid w:val="007F3DD0"/>
    <w:rsid w:val="007F409B"/>
    <w:rsid w:val="007F457E"/>
    <w:rsid w:val="007F4FB7"/>
    <w:rsid w:val="007F5246"/>
    <w:rsid w:val="007F6C74"/>
    <w:rsid w:val="007F7B24"/>
    <w:rsid w:val="007F7CB0"/>
    <w:rsid w:val="00800779"/>
    <w:rsid w:val="00800984"/>
    <w:rsid w:val="00800DFC"/>
    <w:rsid w:val="0080192D"/>
    <w:rsid w:val="00801C0B"/>
    <w:rsid w:val="008038B3"/>
    <w:rsid w:val="008039FB"/>
    <w:rsid w:val="00803AF5"/>
    <w:rsid w:val="00803E29"/>
    <w:rsid w:val="00804AF3"/>
    <w:rsid w:val="00804E4B"/>
    <w:rsid w:val="00805F98"/>
    <w:rsid w:val="0080629B"/>
    <w:rsid w:val="0080664C"/>
    <w:rsid w:val="00806DF8"/>
    <w:rsid w:val="00807C55"/>
    <w:rsid w:val="00807E5F"/>
    <w:rsid w:val="0081050D"/>
    <w:rsid w:val="00810915"/>
    <w:rsid w:val="00811534"/>
    <w:rsid w:val="00811744"/>
    <w:rsid w:val="00811F72"/>
    <w:rsid w:val="00812566"/>
    <w:rsid w:val="00812BC3"/>
    <w:rsid w:val="00813176"/>
    <w:rsid w:val="008133A9"/>
    <w:rsid w:val="008147E9"/>
    <w:rsid w:val="00814CA7"/>
    <w:rsid w:val="0081512A"/>
    <w:rsid w:val="00816563"/>
    <w:rsid w:val="00816BA4"/>
    <w:rsid w:val="00817A62"/>
    <w:rsid w:val="0082048D"/>
    <w:rsid w:val="00820B2B"/>
    <w:rsid w:val="0082139B"/>
    <w:rsid w:val="00821505"/>
    <w:rsid w:val="00821BB7"/>
    <w:rsid w:val="00821C03"/>
    <w:rsid w:val="008222D3"/>
    <w:rsid w:val="00823C60"/>
    <w:rsid w:val="0082422B"/>
    <w:rsid w:val="00824EEB"/>
    <w:rsid w:val="00824FF1"/>
    <w:rsid w:val="00825091"/>
    <w:rsid w:val="0082524A"/>
    <w:rsid w:val="00825B68"/>
    <w:rsid w:val="008268F2"/>
    <w:rsid w:val="0082697C"/>
    <w:rsid w:val="0083061B"/>
    <w:rsid w:val="008319CE"/>
    <w:rsid w:val="00831AFC"/>
    <w:rsid w:val="00833637"/>
    <w:rsid w:val="00833E5B"/>
    <w:rsid w:val="00833FA7"/>
    <w:rsid w:val="008342F8"/>
    <w:rsid w:val="008344F9"/>
    <w:rsid w:val="00834814"/>
    <w:rsid w:val="00834939"/>
    <w:rsid w:val="00834BCB"/>
    <w:rsid w:val="00835D2C"/>
    <w:rsid w:val="008360BE"/>
    <w:rsid w:val="0083643D"/>
    <w:rsid w:val="00837258"/>
    <w:rsid w:val="008375EB"/>
    <w:rsid w:val="00837C33"/>
    <w:rsid w:val="008401C8"/>
    <w:rsid w:val="00840A95"/>
    <w:rsid w:val="00840B82"/>
    <w:rsid w:val="00841D1F"/>
    <w:rsid w:val="00841EE4"/>
    <w:rsid w:val="008426A0"/>
    <w:rsid w:val="00842C7F"/>
    <w:rsid w:val="00843439"/>
    <w:rsid w:val="008435C2"/>
    <w:rsid w:val="008437EB"/>
    <w:rsid w:val="00844126"/>
    <w:rsid w:val="00844373"/>
    <w:rsid w:val="008443C1"/>
    <w:rsid w:val="008443D4"/>
    <w:rsid w:val="00844A9B"/>
    <w:rsid w:val="00845310"/>
    <w:rsid w:val="00845C1F"/>
    <w:rsid w:val="00845EF9"/>
    <w:rsid w:val="008462B4"/>
    <w:rsid w:val="00846834"/>
    <w:rsid w:val="0084720F"/>
    <w:rsid w:val="00847687"/>
    <w:rsid w:val="00847D0E"/>
    <w:rsid w:val="00851AFA"/>
    <w:rsid w:val="008523D0"/>
    <w:rsid w:val="008526DB"/>
    <w:rsid w:val="00852F54"/>
    <w:rsid w:val="00853115"/>
    <w:rsid w:val="008532DE"/>
    <w:rsid w:val="008534F4"/>
    <w:rsid w:val="00853A15"/>
    <w:rsid w:val="00853AC3"/>
    <w:rsid w:val="008541F7"/>
    <w:rsid w:val="0085444D"/>
    <w:rsid w:val="00854FAE"/>
    <w:rsid w:val="00855398"/>
    <w:rsid w:val="008559C9"/>
    <w:rsid w:val="00856676"/>
    <w:rsid w:val="00856857"/>
    <w:rsid w:val="00856904"/>
    <w:rsid w:val="00856EAC"/>
    <w:rsid w:val="00857660"/>
    <w:rsid w:val="00857950"/>
    <w:rsid w:val="00860E87"/>
    <w:rsid w:val="00861282"/>
    <w:rsid w:val="00861294"/>
    <w:rsid w:val="00861555"/>
    <w:rsid w:val="00861DBA"/>
    <w:rsid w:val="00861EC3"/>
    <w:rsid w:val="00861F88"/>
    <w:rsid w:val="008647C9"/>
    <w:rsid w:val="008649CD"/>
    <w:rsid w:val="00865797"/>
    <w:rsid w:val="00865B56"/>
    <w:rsid w:val="00866A37"/>
    <w:rsid w:val="00866A75"/>
    <w:rsid w:val="00867106"/>
    <w:rsid w:val="008678E0"/>
    <w:rsid w:val="0087011C"/>
    <w:rsid w:val="008701D0"/>
    <w:rsid w:val="00870234"/>
    <w:rsid w:val="008704D7"/>
    <w:rsid w:val="008708D0"/>
    <w:rsid w:val="008717C4"/>
    <w:rsid w:val="00871F6C"/>
    <w:rsid w:val="00873488"/>
    <w:rsid w:val="00873DD2"/>
    <w:rsid w:val="00874417"/>
    <w:rsid w:val="008744B2"/>
    <w:rsid w:val="00874886"/>
    <w:rsid w:val="008755C9"/>
    <w:rsid w:val="00875A5A"/>
    <w:rsid w:val="008762F8"/>
    <w:rsid w:val="0087671D"/>
    <w:rsid w:val="00876B5A"/>
    <w:rsid w:val="00876B84"/>
    <w:rsid w:val="00876EF1"/>
    <w:rsid w:val="00877620"/>
    <w:rsid w:val="00877CAF"/>
    <w:rsid w:val="00877CF6"/>
    <w:rsid w:val="00880777"/>
    <w:rsid w:val="0088247B"/>
    <w:rsid w:val="00882D1A"/>
    <w:rsid w:val="00884466"/>
    <w:rsid w:val="00884EBA"/>
    <w:rsid w:val="00884FE6"/>
    <w:rsid w:val="008859E0"/>
    <w:rsid w:val="00885E81"/>
    <w:rsid w:val="008863FC"/>
    <w:rsid w:val="008866AF"/>
    <w:rsid w:val="00886E61"/>
    <w:rsid w:val="00887B6A"/>
    <w:rsid w:val="00887FAF"/>
    <w:rsid w:val="008919D6"/>
    <w:rsid w:val="00891FBF"/>
    <w:rsid w:val="0089299D"/>
    <w:rsid w:val="0089357D"/>
    <w:rsid w:val="008935A9"/>
    <w:rsid w:val="008937A9"/>
    <w:rsid w:val="00893B82"/>
    <w:rsid w:val="0089435D"/>
    <w:rsid w:val="00894458"/>
    <w:rsid w:val="008950BC"/>
    <w:rsid w:val="0089695C"/>
    <w:rsid w:val="0089771E"/>
    <w:rsid w:val="008A0ADC"/>
    <w:rsid w:val="008A0B64"/>
    <w:rsid w:val="008A0E8C"/>
    <w:rsid w:val="008A1730"/>
    <w:rsid w:val="008A1B26"/>
    <w:rsid w:val="008A1C2E"/>
    <w:rsid w:val="008A1C5A"/>
    <w:rsid w:val="008A1E92"/>
    <w:rsid w:val="008A1F87"/>
    <w:rsid w:val="008A263B"/>
    <w:rsid w:val="008A287F"/>
    <w:rsid w:val="008A298C"/>
    <w:rsid w:val="008A2EF4"/>
    <w:rsid w:val="008A2FCB"/>
    <w:rsid w:val="008A3A55"/>
    <w:rsid w:val="008A3D98"/>
    <w:rsid w:val="008A42D5"/>
    <w:rsid w:val="008A4530"/>
    <w:rsid w:val="008A67A0"/>
    <w:rsid w:val="008A69D1"/>
    <w:rsid w:val="008A75EB"/>
    <w:rsid w:val="008A795C"/>
    <w:rsid w:val="008A7A05"/>
    <w:rsid w:val="008B0A5E"/>
    <w:rsid w:val="008B0BA6"/>
    <w:rsid w:val="008B0D96"/>
    <w:rsid w:val="008B17B3"/>
    <w:rsid w:val="008B1A5B"/>
    <w:rsid w:val="008B22A4"/>
    <w:rsid w:val="008B3227"/>
    <w:rsid w:val="008B38F2"/>
    <w:rsid w:val="008B3AE1"/>
    <w:rsid w:val="008B5428"/>
    <w:rsid w:val="008B6985"/>
    <w:rsid w:val="008C030A"/>
    <w:rsid w:val="008C0CA6"/>
    <w:rsid w:val="008C0E35"/>
    <w:rsid w:val="008C1275"/>
    <w:rsid w:val="008C225D"/>
    <w:rsid w:val="008C26F5"/>
    <w:rsid w:val="008C38C6"/>
    <w:rsid w:val="008C481C"/>
    <w:rsid w:val="008C4E3B"/>
    <w:rsid w:val="008C509C"/>
    <w:rsid w:val="008C51AF"/>
    <w:rsid w:val="008C6B54"/>
    <w:rsid w:val="008C6B6A"/>
    <w:rsid w:val="008C75C7"/>
    <w:rsid w:val="008C772A"/>
    <w:rsid w:val="008C7D8E"/>
    <w:rsid w:val="008C7E49"/>
    <w:rsid w:val="008D099D"/>
    <w:rsid w:val="008D0BCB"/>
    <w:rsid w:val="008D0E2B"/>
    <w:rsid w:val="008D12AD"/>
    <w:rsid w:val="008D1324"/>
    <w:rsid w:val="008D1654"/>
    <w:rsid w:val="008D1784"/>
    <w:rsid w:val="008D1996"/>
    <w:rsid w:val="008D1DBF"/>
    <w:rsid w:val="008D2127"/>
    <w:rsid w:val="008D24B6"/>
    <w:rsid w:val="008D2C69"/>
    <w:rsid w:val="008D3180"/>
    <w:rsid w:val="008D3331"/>
    <w:rsid w:val="008D3B3E"/>
    <w:rsid w:val="008D4114"/>
    <w:rsid w:val="008D4D23"/>
    <w:rsid w:val="008D527F"/>
    <w:rsid w:val="008D59C2"/>
    <w:rsid w:val="008D5A13"/>
    <w:rsid w:val="008D6108"/>
    <w:rsid w:val="008D6663"/>
    <w:rsid w:val="008D6858"/>
    <w:rsid w:val="008D7288"/>
    <w:rsid w:val="008D732F"/>
    <w:rsid w:val="008D7355"/>
    <w:rsid w:val="008E056E"/>
    <w:rsid w:val="008E088C"/>
    <w:rsid w:val="008E0FCD"/>
    <w:rsid w:val="008E1203"/>
    <w:rsid w:val="008E17B0"/>
    <w:rsid w:val="008E223F"/>
    <w:rsid w:val="008E2DAD"/>
    <w:rsid w:val="008E3A2F"/>
    <w:rsid w:val="008E402B"/>
    <w:rsid w:val="008E4221"/>
    <w:rsid w:val="008E449F"/>
    <w:rsid w:val="008E4787"/>
    <w:rsid w:val="008E48AE"/>
    <w:rsid w:val="008E4E03"/>
    <w:rsid w:val="008E519C"/>
    <w:rsid w:val="008E5D72"/>
    <w:rsid w:val="008E5EEC"/>
    <w:rsid w:val="008E676F"/>
    <w:rsid w:val="008E6ED6"/>
    <w:rsid w:val="008E74BD"/>
    <w:rsid w:val="008F0680"/>
    <w:rsid w:val="008F177C"/>
    <w:rsid w:val="008F18DC"/>
    <w:rsid w:val="008F1B2D"/>
    <w:rsid w:val="008F1BC1"/>
    <w:rsid w:val="008F24DA"/>
    <w:rsid w:val="008F26B9"/>
    <w:rsid w:val="008F309F"/>
    <w:rsid w:val="008F34A0"/>
    <w:rsid w:val="008F3A65"/>
    <w:rsid w:val="008F41DA"/>
    <w:rsid w:val="008F472A"/>
    <w:rsid w:val="008F4AC2"/>
    <w:rsid w:val="008F67D4"/>
    <w:rsid w:val="008F6C8D"/>
    <w:rsid w:val="008F6DA9"/>
    <w:rsid w:val="008F77B1"/>
    <w:rsid w:val="008F7B85"/>
    <w:rsid w:val="0090000B"/>
    <w:rsid w:val="00900334"/>
    <w:rsid w:val="0090039F"/>
    <w:rsid w:val="00900846"/>
    <w:rsid w:val="00900AA9"/>
    <w:rsid w:val="00901BC7"/>
    <w:rsid w:val="00901E36"/>
    <w:rsid w:val="009021E5"/>
    <w:rsid w:val="009025C9"/>
    <w:rsid w:val="009042B5"/>
    <w:rsid w:val="00904323"/>
    <w:rsid w:val="00904E3B"/>
    <w:rsid w:val="00905185"/>
    <w:rsid w:val="009053CA"/>
    <w:rsid w:val="00906AEB"/>
    <w:rsid w:val="00907ABF"/>
    <w:rsid w:val="0091150E"/>
    <w:rsid w:val="0091360D"/>
    <w:rsid w:val="00913D29"/>
    <w:rsid w:val="00915523"/>
    <w:rsid w:val="00915FE5"/>
    <w:rsid w:val="009162FE"/>
    <w:rsid w:val="00916323"/>
    <w:rsid w:val="00916837"/>
    <w:rsid w:val="009174CA"/>
    <w:rsid w:val="00920411"/>
    <w:rsid w:val="0092041F"/>
    <w:rsid w:val="00920B86"/>
    <w:rsid w:val="00921238"/>
    <w:rsid w:val="009212E8"/>
    <w:rsid w:val="009220FE"/>
    <w:rsid w:val="0092247F"/>
    <w:rsid w:val="00922A13"/>
    <w:rsid w:val="00922A59"/>
    <w:rsid w:val="009247AD"/>
    <w:rsid w:val="009250AC"/>
    <w:rsid w:val="00926074"/>
    <w:rsid w:val="009264C8"/>
    <w:rsid w:val="009277A7"/>
    <w:rsid w:val="00927CB3"/>
    <w:rsid w:val="00931188"/>
    <w:rsid w:val="009311A9"/>
    <w:rsid w:val="009321D2"/>
    <w:rsid w:val="00932CAB"/>
    <w:rsid w:val="00932D0A"/>
    <w:rsid w:val="009340CA"/>
    <w:rsid w:val="00934EF3"/>
    <w:rsid w:val="00935A9F"/>
    <w:rsid w:val="009369DB"/>
    <w:rsid w:val="00940337"/>
    <w:rsid w:val="00940853"/>
    <w:rsid w:val="00940C89"/>
    <w:rsid w:val="00940CAB"/>
    <w:rsid w:val="00941336"/>
    <w:rsid w:val="00941CD7"/>
    <w:rsid w:val="00941EAE"/>
    <w:rsid w:val="00942FC9"/>
    <w:rsid w:val="0094366D"/>
    <w:rsid w:val="00944A1B"/>
    <w:rsid w:val="00944C96"/>
    <w:rsid w:val="00944FFB"/>
    <w:rsid w:val="00945078"/>
    <w:rsid w:val="0094724D"/>
    <w:rsid w:val="00947583"/>
    <w:rsid w:val="0095011E"/>
    <w:rsid w:val="009507A2"/>
    <w:rsid w:val="00950834"/>
    <w:rsid w:val="00951BC2"/>
    <w:rsid w:val="00952F10"/>
    <w:rsid w:val="00953A2B"/>
    <w:rsid w:val="00953DAE"/>
    <w:rsid w:val="0095400C"/>
    <w:rsid w:val="00954CDF"/>
    <w:rsid w:val="00954EAE"/>
    <w:rsid w:val="00955CB4"/>
    <w:rsid w:val="00955CDF"/>
    <w:rsid w:val="009561C6"/>
    <w:rsid w:val="00956203"/>
    <w:rsid w:val="00956EE4"/>
    <w:rsid w:val="0095764B"/>
    <w:rsid w:val="0096010C"/>
    <w:rsid w:val="0096094C"/>
    <w:rsid w:val="00960E0F"/>
    <w:rsid w:val="009612E9"/>
    <w:rsid w:val="00961F66"/>
    <w:rsid w:val="00962B99"/>
    <w:rsid w:val="00962DC8"/>
    <w:rsid w:val="00963115"/>
    <w:rsid w:val="00964743"/>
    <w:rsid w:val="00965147"/>
    <w:rsid w:val="00966D5A"/>
    <w:rsid w:val="009678ED"/>
    <w:rsid w:val="00967D18"/>
    <w:rsid w:val="00970073"/>
    <w:rsid w:val="00970EF0"/>
    <w:rsid w:val="00970F74"/>
    <w:rsid w:val="009722C0"/>
    <w:rsid w:val="00972994"/>
    <w:rsid w:val="00972DD7"/>
    <w:rsid w:val="00973728"/>
    <w:rsid w:val="009739D0"/>
    <w:rsid w:val="00974208"/>
    <w:rsid w:val="009747E9"/>
    <w:rsid w:val="00975AB8"/>
    <w:rsid w:val="00975E33"/>
    <w:rsid w:val="009761A6"/>
    <w:rsid w:val="009767BE"/>
    <w:rsid w:val="00976AC8"/>
    <w:rsid w:val="00977237"/>
    <w:rsid w:val="00977715"/>
    <w:rsid w:val="00977D1F"/>
    <w:rsid w:val="00977E09"/>
    <w:rsid w:val="00977E4F"/>
    <w:rsid w:val="00977EE4"/>
    <w:rsid w:val="00980306"/>
    <w:rsid w:val="0098039F"/>
    <w:rsid w:val="009803D5"/>
    <w:rsid w:val="009807FC"/>
    <w:rsid w:val="00980993"/>
    <w:rsid w:val="00980B36"/>
    <w:rsid w:val="00980D60"/>
    <w:rsid w:val="00981530"/>
    <w:rsid w:val="0098238D"/>
    <w:rsid w:val="0098309D"/>
    <w:rsid w:val="00983970"/>
    <w:rsid w:val="00983C05"/>
    <w:rsid w:val="00984B96"/>
    <w:rsid w:val="00984DD1"/>
    <w:rsid w:val="00985006"/>
    <w:rsid w:val="00985D05"/>
    <w:rsid w:val="00985EEF"/>
    <w:rsid w:val="0098635F"/>
    <w:rsid w:val="00986534"/>
    <w:rsid w:val="00987332"/>
    <w:rsid w:val="0098748E"/>
    <w:rsid w:val="009874F1"/>
    <w:rsid w:val="009878F6"/>
    <w:rsid w:val="00987ECE"/>
    <w:rsid w:val="0099012C"/>
    <w:rsid w:val="009908BE"/>
    <w:rsid w:val="00990D7B"/>
    <w:rsid w:val="00990E6F"/>
    <w:rsid w:val="00990EF4"/>
    <w:rsid w:val="009926C1"/>
    <w:rsid w:val="0099307D"/>
    <w:rsid w:val="009936F6"/>
    <w:rsid w:val="00993EF4"/>
    <w:rsid w:val="00994066"/>
    <w:rsid w:val="00994F83"/>
    <w:rsid w:val="00995604"/>
    <w:rsid w:val="009956B9"/>
    <w:rsid w:val="00995AD1"/>
    <w:rsid w:val="00995DB7"/>
    <w:rsid w:val="00995F09"/>
    <w:rsid w:val="00996413"/>
    <w:rsid w:val="009967CF"/>
    <w:rsid w:val="009A0434"/>
    <w:rsid w:val="009A1361"/>
    <w:rsid w:val="009A1F06"/>
    <w:rsid w:val="009A22DC"/>
    <w:rsid w:val="009A2676"/>
    <w:rsid w:val="009A2D2E"/>
    <w:rsid w:val="009A2FDA"/>
    <w:rsid w:val="009A4918"/>
    <w:rsid w:val="009A5151"/>
    <w:rsid w:val="009A6A92"/>
    <w:rsid w:val="009A6DA1"/>
    <w:rsid w:val="009A7904"/>
    <w:rsid w:val="009A7A39"/>
    <w:rsid w:val="009A7CF9"/>
    <w:rsid w:val="009B050B"/>
    <w:rsid w:val="009B168C"/>
    <w:rsid w:val="009B202E"/>
    <w:rsid w:val="009B34FD"/>
    <w:rsid w:val="009B3A37"/>
    <w:rsid w:val="009B428E"/>
    <w:rsid w:val="009B4317"/>
    <w:rsid w:val="009B4E68"/>
    <w:rsid w:val="009B5062"/>
    <w:rsid w:val="009B5113"/>
    <w:rsid w:val="009B553F"/>
    <w:rsid w:val="009B5AE7"/>
    <w:rsid w:val="009B6708"/>
    <w:rsid w:val="009B78D1"/>
    <w:rsid w:val="009B7AB2"/>
    <w:rsid w:val="009B7FAC"/>
    <w:rsid w:val="009C0315"/>
    <w:rsid w:val="009C0799"/>
    <w:rsid w:val="009C0C9E"/>
    <w:rsid w:val="009C10CA"/>
    <w:rsid w:val="009C1CD8"/>
    <w:rsid w:val="009C23A2"/>
    <w:rsid w:val="009C2896"/>
    <w:rsid w:val="009C2BAF"/>
    <w:rsid w:val="009C30FE"/>
    <w:rsid w:val="009C3373"/>
    <w:rsid w:val="009C34DB"/>
    <w:rsid w:val="009C3C88"/>
    <w:rsid w:val="009C5B2D"/>
    <w:rsid w:val="009C5F0E"/>
    <w:rsid w:val="009C60B7"/>
    <w:rsid w:val="009C630E"/>
    <w:rsid w:val="009C63B0"/>
    <w:rsid w:val="009D11BE"/>
    <w:rsid w:val="009D1621"/>
    <w:rsid w:val="009D1B96"/>
    <w:rsid w:val="009D21DB"/>
    <w:rsid w:val="009D275D"/>
    <w:rsid w:val="009D2DBB"/>
    <w:rsid w:val="009D3766"/>
    <w:rsid w:val="009D4411"/>
    <w:rsid w:val="009D447B"/>
    <w:rsid w:val="009D6244"/>
    <w:rsid w:val="009D6629"/>
    <w:rsid w:val="009D6C83"/>
    <w:rsid w:val="009D706B"/>
    <w:rsid w:val="009E0420"/>
    <w:rsid w:val="009E0709"/>
    <w:rsid w:val="009E08DB"/>
    <w:rsid w:val="009E0D13"/>
    <w:rsid w:val="009E1659"/>
    <w:rsid w:val="009E1FB5"/>
    <w:rsid w:val="009E21FD"/>
    <w:rsid w:val="009E2504"/>
    <w:rsid w:val="009E25C2"/>
    <w:rsid w:val="009E272C"/>
    <w:rsid w:val="009E430B"/>
    <w:rsid w:val="009E44A8"/>
    <w:rsid w:val="009E463D"/>
    <w:rsid w:val="009E52C8"/>
    <w:rsid w:val="009E5607"/>
    <w:rsid w:val="009E5A79"/>
    <w:rsid w:val="009E5E9C"/>
    <w:rsid w:val="009E68CB"/>
    <w:rsid w:val="009E697D"/>
    <w:rsid w:val="009E6CE0"/>
    <w:rsid w:val="009E759E"/>
    <w:rsid w:val="009E7757"/>
    <w:rsid w:val="009E7D4A"/>
    <w:rsid w:val="009E7EF6"/>
    <w:rsid w:val="009F03F5"/>
    <w:rsid w:val="009F0846"/>
    <w:rsid w:val="009F093E"/>
    <w:rsid w:val="009F102F"/>
    <w:rsid w:val="009F1606"/>
    <w:rsid w:val="009F1E46"/>
    <w:rsid w:val="009F41C1"/>
    <w:rsid w:val="009F4E98"/>
    <w:rsid w:val="009F5988"/>
    <w:rsid w:val="009F5BC3"/>
    <w:rsid w:val="009F5C4A"/>
    <w:rsid w:val="009F64A4"/>
    <w:rsid w:val="009F6C94"/>
    <w:rsid w:val="009F7B1A"/>
    <w:rsid w:val="00A004B3"/>
    <w:rsid w:val="00A005C0"/>
    <w:rsid w:val="00A00AC5"/>
    <w:rsid w:val="00A00B2B"/>
    <w:rsid w:val="00A011A7"/>
    <w:rsid w:val="00A01A3B"/>
    <w:rsid w:val="00A02587"/>
    <w:rsid w:val="00A02C77"/>
    <w:rsid w:val="00A035FE"/>
    <w:rsid w:val="00A04CDB"/>
    <w:rsid w:val="00A0556F"/>
    <w:rsid w:val="00A060C7"/>
    <w:rsid w:val="00A06FED"/>
    <w:rsid w:val="00A07377"/>
    <w:rsid w:val="00A07AB3"/>
    <w:rsid w:val="00A07DCC"/>
    <w:rsid w:val="00A10714"/>
    <w:rsid w:val="00A10F9D"/>
    <w:rsid w:val="00A11658"/>
    <w:rsid w:val="00A117F3"/>
    <w:rsid w:val="00A11932"/>
    <w:rsid w:val="00A123D5"/>
    <w:rsid w:val="00A12765"/>
    <w:rsid w:val="00A12846"/>
    <w:rsid w:val="00A13549"/>
    <w:rsid w:val="00A13AC4"/>
    <w:rsid w:val="00A1435C"/>
    <w:rsid w:val="00A14635"/>
    <w:rsid w:val="00A14A9A"/>
    <w:rsid w:val="00A15D8C"/>
    <w:rsid w:val="00A15FD1"/>
    <w:rsid w:val="00A169D0"/>
    <w:rsid w:val="00A17180"/>
    <w:rsid w:val="00A17680"/>
    <w:rsid w:val="00A206F5"/>
    <w:rsid w:val="00A21919"/>
    <w:rsid w:val="00A22309"/>
    <w:rsid w:val="00A22506"/>
    <w:rsid w:val="00A22986"/>
    <w:rsid w:val="00A22DF3"/>
    <w:rsid w:val="00A230CD"/>
    <w:rsid w:val="00A23A19"/>
    <w:rsid w:val="00A24090"/>
    <w:rsid w:val="00A2449C"/>
    <w:rsid w:val="00A249AD"/>
    <w:rsid w:val="00A26C93"/>
    <w:rsid w:val="00A2724A"/>
    <w:rsid w:val="00A306C4"/>
    <w:rsid w:val="00A30917"/>
    <w:rsid w:val="00A30FF1"/>
    <w:rsid w:val="00A31589"/>
    <w:rsid w:val="00A32E53"/>
    <w:rsid w:val="00A33090"/>
    <w:rsid w:val="00A34C1C"/>
    <w:rsid w:val="00A34DBD"/>
    <w:rsid w:val="00A35034"/>
    <w:rsid w:val="00A354ED"/>
    <w:rsid w:val="00A357B7"/>
    <w:rsid w:val="00A364FC"/>
    <w:rsid w:val="00A374DC"/>
    <w:rsid w:val="00A37F2F"/>
    <w:rsid w:val="00A4063B"/>
    <w:rsid w:val="00A40661"/>
    <w:rsid w:val="00A409D5"/>
    <w:rsid w:val="00A40F6A"/>
    <w:rsid w:val="00A41152"/>
    <w:rsid w:val="00A4140B"/>
    <w:rsid w:val="00A41563"/>
    <w:rsid w:val="00A417BC"/>
    <w:rsid w:val="00A4210F"/>
    <w:rsid w:val="00A42112"/>
    <w:rsid w:val="00A4216C"/>
    <w:rsid w:val="00A42421"/>
    <w:rsid w:val="00A429B1"/>
    <w:rsid w:val="00A429E4"/>
    <w:rsid w:val="00A429E9"/>
    <w:rsid w:val="00A42AC8"/>
    <w:rsid w:val="00A44624"/>
    <w:rsid w:val="00A45593"/>
    <w:rsid w:val="00A45778"/>
    <w:rsid w:val="00A46182"/>
    <w:rsid w:val="00A469F8"/>
    <w:rsid w:val="00A47167"/>
    <w:rsid w:val="00A501A8"/>
    <w:rsid w:val="00A50222"/>
    <w:rsid w:val="00A50756"/>
    <w:rsid w:val="00A50D4B"/>
    <w:rsid w:val="00A50ED9"/>
    <w:rsid w:val="00A51A2A"/>
    <w:rsid w:val="00A5222D"/>
    <w:rsid w:val="00A543FA"/>
    <w:rsid w:val="00A548E4"/>
    <w:rsid w:val="00A5563C"/>
    <w:rsid w:val="00A568D6"/>
    <w:rsid w:val="00A578E9"/>
    <w:rsid w:val="00A609C3"/>
    <w:rsid w:val="00A60E3F"/>
    <w:rsid w:val="00A610F6"/>
    <w:rsid w:val="00A61504"/>
    <w:rsid w:val="00A61D7F"/>
    <w:rsid w:val="00A61EB2"/>
    <w:rsid w:val="00A62A22"/>
    <w:rsid w:val="00A6492E"/>
    <w:rsid w:val="00A65977"/>
    <w:rsid w:val="00A66502"/>
    <w:rsid w:val="00A67325"/>
    <w:rsid w:val="00A6744F"/>
    <w:rsid w:val="00A702C9"/>
    <w:rsid w:val="00A70356"/>
    <w:rsid w:val="00A70DD3"/>
    <w:rsid w:val="00A71570"/>
    <w:rsid w:val="00A71B7E"/>
    <w:rsid w:val="00A72570"/>
    <w:rsid w:val="00A72668"/>
    <w:rsid w:val="00A728FA"/>
    <w:rsid w:val="00A72CF9"/>
    <w:rsid w:val="00A73FDA"/>
    <w:rsid w:val="00A76035"/>
    <w:rsid w:val="00A761FC"/>
    <w:rsid w:val="00A77189"/>
    <w:rsid w:val="00A77492"/>
    <w:rsid w:val="00A774FE"/>
    <w:rsid w:val="00A805D8"/>
    <w:rsid w:val="00A81411"/>
    <w:rsid w:val="00A81677"/>
    <w:rsid w:val="00A8178C"/>
    <w:rsid w:val="00A83653"/>
    <w:rsid w:val="00A83C58"/>
    <w:rsid w:val="00A84608"/>
    <w:rsid w:val="00A849E4"/>
    <w:rsid w:val="00A84AC5"/>
    <w:rsid w:val="00A85320"/>
    <w:rsid w:val="00A85DC3"/>
    <w:rsid w:val="00A85EC1"/>
    <w:rsid w:val="00A86CE4"/>
    <w:rsid w:val="00A90FD3"/>
    <w:rsid w:val="00A91094"/>
    <w:rsid w:val="00A9141D"/>
    <w:rsid w:val="00A91FEF"/>
    <w:rsid w:val="00A920BD"/>
    <w:rsid w:val="00A92714"/>
    <w:rsid w:val="00A94077"/>
    <w:rsid w:val="00A94FAF"/>
    <w:rsid w:val="00A95390"/>
    <w:rsid w:val="00A96306"/>
    <w:rsid w:val="00A97D94"/>
    <w:rsid w:val="00AA1885"/>
    <w:rsid w:val="00AA1D8D"/>
    <w:rsid w:val="00AA2286"/>
    <w:rsid w:val="00AA26CE"/>
    <w:rsid w:val="00AA2729"/>
    <w:rsid w:val="00AA2A07"/>
    <w:rsid w:val="00AA304F"/>
    <w:rsid w:val="00AA339C"/>
    <w:rsid w:val="00AA4B50"/>
    <w:rsid w:val="00AA4C0D"/>
    <w:rsid w:val="00AA51F4"/>
    <w:rsid w:val="00AA6596"/>
    <w:rsid w:val="00AA67C0"/>
    <w:rsid w:val="00AA6CCB"/>
    <w:rsid w:val="00AA7B98"/>
    <w:rsid w:val="00AA7E86"/>
    <w:rsid w:val="00AB02F2"/>
    <w:rsid w:val="00AB08C3"/>
    <w:rsid w:val="00AB0F1F"/>
    <w:rsid w:val="00AB10A9"/>
    <w:rsid w:val="00AB1413"/>
    <w:rsid w:val="00AB1B28"/>
    <w:rsid w:val="00AB1D9A"/>
    <w:rsid w:val="00AB2387"/>
    <w:rsid w:val="00AB2D11"/>
    <w:rsid w:val="00AB4A80"/>
    <w:rsid w:val="00AB4AAA"/>
    <w:rsid w:val="00AB5C3B"/>
    <w:rsid w:val="00AB5EF3"/>
    <w:rsid w:val="00AB6271"/>
    <w:rsid w:val="00AB69E6"/>
    <w:rsid w:val="00AB7717"/>
    <w:rsid w:val="00AB7C63"/>
    <w:rsid w:val="00AC0A8D"/>
    <w:rsid w:val="00AC1C92"/>
    <w:rsid w:val="00AC1FBB"/>
    <w:rsid w:val="00AC31B8"/>
    <w:rsid w:val="00AC334B"/>
    <w:rsid w:val="00AC4C4A"/>
    <w:rsid w:val="00AC51C4"/>
    <w:rsid w:val="00AC52FE"/>
    <w:rsid w:val="00AC571C"/>
    <w:rsid w:val="00AC5987"/>
    <w:rsid w:val="00AC6F27"/>
    <w:rsid w:val="00AC7098"/>
    <w:rsid w:val="00AC73A4"/>
    <w:rsid w:val="00AC7821"/>
    <w:rsid w:val="00AC79FF"/>
    <w:rsid w:val="00AD09A5"/>
    <w:rsid w:val="00AD0FA7"/>
    <w:rsid w:val="00AD1844"/>
    <w:rsid w:val="00AD1AEF"/>
    <w:rsid w:val="00AD21E5"/>
    <w:rsid w:val="00AD244B"/>
    <w:rsid w:val="00AD2696"/>
    <w:rsid w:val="00AD2AEC"/>
    <w:rsid w:val="00AD2D9C"/>
    <w:rsid w:val="00AD2E39"/>
    <w:rsid w:val="00AD3173"/>
    <w:rsid w:val="00AD3395"/>
    <w:rsid w:val="00AD3873"/>
    <w:rsid w:val="00AD3FE0"/>
    <w:rsid w:val="00AD4348"/>
    <w:rsid w:val="00AD44DB"/>
    <w:rsid w:val="00AD4ADC"/>
    <w:rsid w:val="00AD4ED0"/>
    <w:rsid w:val="00AD5415"/>
    <w:rsid w:val="00AD5835"/>
    <w:rsid w:val="00AD5E02"/>
    <w:rsid w:val="00AD5FAC"/>
    <w:rsid w:val="00AD67CE"/>
    <w:rsid w:val="00AD72A4"/>
    <w:rsid w:val="00AD76D5"/>
    <w:rsid w:val="00AD781C"/>
    <w:rsid w:val="00AE0A7A"/>
    <w:rsid w:val="00AE15BA"/>
    <w:rsid w:val="00AE1AC1"/>
    <w:rsid w:val="00AE1D15"/>
    <w:rsid w:val="00AE1E6B"/>
    <w:rsid w:val="00AE361E"/>
    <w:rsid w:val="00AE3D0E"/>
    <w:rsid w:val="00AE53B4"/>
    <w:rsid w:val="00AE545D"/>
    <w:rsid w:val="00AE5AF1"/>
    <w:rsid w:val="00AE5E4A"/>
    <w:rsid w:val="00AE63D4"/>
    <w:rsid w:val="00AE6A2D"/>
    <w:rsid w:val="00AE6BFD"/>
    <w:rsid w:val="00AF12AB"/>
    <w:rsid w:val="00AF15AE"/>
    <w:rsid w:val="00AF1D26"/>
    <w:rsid w:val="00AF2BF1"/>
    <w:rsid w:val="00AF3241"/>
    <w:rsid w:val="00AF348C"/>
    <w:rsid w:val="00AF3715"/>
    <w:rsid w:val="00AF3D34"/>
    <w:rsid w:val="00AF4C94"/>
    <w:rsid w:val="00AF7140"/>
    <w:rsid w:val="00AF7E6C"/>
    <w:rsid w:val="00B00238"/>
    <w:rsid w:val="00B00B4D"/>
    <w:rsid w:val="00B00D4E"/>
    <w:rsid w:val="00B0177A"/>
    <w:rsid w:val="00B01871"/>
    <w:rsid w:val="00B01DC8"/>
    <w:rsid w:val="00B01E1D"/>
    <w:rsid w:val="00B01EDB"/>
    <w:rsid w:val="00B043A2"/>
    <w:rsid w:val="00B04CAD"/>
    <w:rsid w:val="00B04D8F"/>
    <w:rsid w:val="00B05081"/>
    <w:rsid w:val="00B05174"/>
    <w:rsid w:val="00B0538F"/>
    <w:rsid w:val="00B05620"/>
    <w:rsid w:val="00B05C35"/>
    <w:rsid w:val="00B06036"/>
    <w:rsid w:val="00B06488"/>
    <w:rsid w:val="00B06C4E"/>
    <w:rsid w:val="00B07A56"/>
    <w:rsid w:val="00B07AAE"/>
    <w:rsid w:val="00B1011D"/>
    <w:rsid w:val="00B103A4"/>
    <w:rsid w:val="00B1043F"/>
    <w:rsid w:val="00B104A1"/>
    <w:rsid w:val="00B10726"/>
    <w:rsid w:val="00B10C5A"/>
    <w:rsid w:val="00B11164"/>
    <w:rsid w:val="00B116B1"/>
    <w:rsid w:val="00B11CEA"/>
    <w:rsid w:val="00B11F8C"/>
    <w:rsid w:val="00B1239B"/>
    <w:rsid w:val="00B149CF"/>
    <w:rsid w:val="00B15FD5"/>
    <w:rsid w:val="00B16559"/>
    <w:rsid w:val="00B16594"/>
    <w:rsid w:val="00B168A5"/>
    <w:rsid w:val="00B1709E"/>
    <w:rsid w:val="00B1768F"/>
    <w:rsid w:val="00B17F78"/>
    <w:rsid w:val="00B20775"/>
    <w:rsid w:val="00B20864"/>
    <w:rsid w:val="00B20BE3"/>
    <w:rsid w:val="00B20BEA"/>
    <w:rsid w:val="00B20FA0"/>
    <w:rsid w:val="00B218BD"/>
    <w:rsid w:val="00B21D38"/>
    <w:rsid w:val="00B22BBC"/>
    <w:rsid w:val="00B22EC7"/>
    <w:rsid w:val="00B2377F"/>
    <w:rsid w:val="00B2387D"/>
    <w:rsid w:val="00B240A1"/>
    <w:rsid w:val="00B24D45"/>
    <w:rsid w:val="00B25477"/>
    <w:rsid w:val="00B2570E"/>
    <w:rsid w:val="00B25A96"/>
    <w:rsid w:val="00B26CD4"/>
    <w:rsid w:val="00B276D5"/>
    <w:rsid w:val="00B27BC8"/>
    <w:rsid w:val="00B3056D"/>
    <w:rsid w:val="00B30D16"/>
    <w:rsid w:val="00B31203"/>
    <w:rsid w:val="00B316ED"/>
    <w:rsid w:val="00B32E91"/>
    <w:rsid w:val="00B32EF9"/>
    <w:rsid w:val="00B338F6"/>
    <w:rsid w:val="00B33AC1"/>
    <w:rsid w:val="00B33B58"/>
    <w:rsid w:val="00B33E49"/>
    <w:rsid w:val="00B34281"/>
    <w:rsid w:val="00B34FF9"/>
    <w:rsid w:val="00B355FB"/>
    <w:rsid w:val="00B35B6F"/>
    <w:rsid w:val="00B3695F"/>
    <w:rsid w:val="00B36CCA"/>
    <w:rsid w:val="00B375CB"/>
    <w:rsid w:val="00B37629"/>
    <w:rsid w:val="00B37B65"/>
    <w:rsid w:val="00B37C10"/>
    <w:rsid w:val="00B40DD3"/>
    <w:rsid w:val="00B40EE3"/>
    <w:rsid w:val="00B41297"/>
    <w:rsid w:val="00B41AFE"/>
    <w:rsid w:val="00B41E14"/>
    <w:rsid w:val="00B430F6"/>
    <w:rsid w:val="00B44978"/>
    <w:rsid w:val="00B4501B"/>
    <w:rsid w:val="00B4555D"/>
    <w:rsid w:val="00B45BE6"/>
    <w:rsid w:val="00B46187"/>
    <w:rsid w:val="00B464F0"/>
    <w:rsid w:val="00B46A36"/>
    <w:rsid w:val="00B470D1"/>
    <w:rsid w:val="00B471A0"/>
    <w:rsid w:val="00B4730B"/>
    <w:rsid w:val="00B4751B"/>
    <w:rsid w:val="00B47730"/>
    <w:rsid w:val="00B47811"/>
    <w:rsid w:val="00B518E1"/>
    <w:rsid w:val="00B51AAB"/>
    <w:rsid w:val="00B51C3F"/>
    <w:rsid w:val="00B5235A"/>
    <w:rsid w:val="00B52414"/>
    <w:rsid w:val="00B5280F"/>
    <w:rsid w:val="00B52BDF"/>
    <w:rsid w:val="00B52D67"/>
    <w:rsid w:val="00B53260"/>
    <w:rsid w:val="00B53457"/>
    <w:rsid w:val="00B53D45"/>
    <w:rsid w:val="00B53F69"/>
    <w:rsid w:val="00B5470E"/>
    <w:rsid w:val="00B5505F"/>
    <w:rsid w:val="00B552D8"/>
    <w:rsid w:val="00B5574A"/>
    <w:rsid w:val="00B55E13"/>
    <w:rsid w:val="00B56E4B"/>
    <w:rsid w:val="00B577B6"/>
    <w:rsid w:val="00B57EE8"/>
    <w:rsid w:val="00B60412"/>
    <w:rsid w:val="00B60EBE"/>
    <w:rsid w:val="00B61F8A"/>
    <w:rsid w:val="00B625B2"/>
    <w:rsid w:val="00B62D79"/>
    <w:rsid w:val="00B63276"/>
    <w:rsid w:val="00B63303"/>
    <w:rsid w:val="00B633DF"/>
    <w:rsid w:val="00B6377A"/>
    <w:rsid w:val="00B64C13"/>
    <w:rsid w:val="00B6555B"/>
    <w:rsid w:val="00B65D04"/>
    <w:rsid w:val="00B6662B"/>
    <w:rsid w:val="00B669B6"/>
    <w:rsid w:val="00B67C2E"/>
    <w:rsid w:val="00B7027B"/>
    <w:rsid w:val="00B71307"/>
    <w:rsid w:val="00B720AE"/>
    <w:rsid w:val="00B72411"/>
    <w:rsid w:val="00B725A3"/>
    <w:rsid w:val="00B727FA"/>
    <w:rsid w:val="00B72EDF"/>
    <w:rsid w:val="00B73CE2"/>
    <w:rsid w:val="00B74144"/>
    <w:rsid w:val="00B74F3F"/>
    <w:rsid w:val="00B762F3"/>
    <w:rsid w:val="00B7673E"/>
    <w:rsid w:val="00B76B87"/>
    <w:rsid w:val="00B76E7C"/>
    <w:rsid w:val="00B770B2"/>
    <w:rsid w:val="00B771B5"/>
    <w:rsid w:val="00B77810"/>
    <w:rsid w:val="00B77941"/>
    <w:rsid w:val="00B77C95"/>
    <w:rsid w:val="00B77ED7"/>
    <w:rsid w:val="00B77F2A"/>
    <w:rsid w:val="00B803C8"/>
    <w:rsid w:val="00B80CF1"/>
    <w:rsid w:val="00B80E5F"/>
    <w:rsid w:val="00B8109D"/>
    <w:rsid w:val="00B818D0"/>
    <w:rsid w:val="00B82863"/>
    <w:rsid w:val="00B82C56"/>
    <w:rsid w:val="00B83B48"/>
    <w:rsid w:val="00B83EE2"/>
    <w:rsid w:val="00B83F3E"/>
    <w:rsid w:val="00B84C85"/>
    <w:rsid w:val="00B84DD9"/>
    <w:rsid w:val="00B85F58"/>
    <w:rsid w:val="00B8602B"/>
    <w:rsid w:val="00B86193"/>
    <w:rsid w:val="00B862B0"/>
    <w:rsid w:val="00B87136"/>
    <w:rsid w:val="00B87843"/>
    <w:rsid w:val="00B87A48"/>
    <w:rsid w:val="00B9009B"/>
    <w:rsid w:val="00B90AA3"/>
    <w:rsid w:val="00B90ECC"/>
    <w:rsid w:val="00B910D6"/>
    <w:rsid w:val="00B912E5"/>
    <w:rsid w:val="00B91FBA"/>
    <w:rsid w:val="00B92193"/>
    <w:rsid w:val="00B9241D"/>
    <w:rsid w:val="00B93431"/>
    <w:rsid w:val="00B93C24"/>
    <w:rsid w:val="00B94365"/>
    <w:rsid w:val="00B94659"/>
    <w:rsid w:val="00B946CF"/>
    <w:rsid w:val="00B94803"/>
    <w:rsid w:val="00B9554C"/>
    <w:rsid w:val="00B955FE"/>
    <w:rsid w:val="00B96F17"/>
    <w:rsid w:val="00B9700F"/>
    <w:rsid w:val="00B97055"/>
    <w:rsid w:val="00B970FD"/>
    <w:rsid w:val="00BA026F"/>
    <w:rsid w:val="00BA0758"/>
    <w:rsid w:val="00BA1159"/>
    <w:rsid w:val="00BA2002"/>
    <w:rsid w:val="00BA20A3"/>
    <w:rsid w:val="00BA344F"/>
    <w:rsid w:val="00BA3619"/>
    <w:rsid w:val="00BA607E"/>
    <w:rsid w:val="00BA645E"/>
    <w:rsid w:val="00BA67A1"/>
    <w:rsid w:val="00BA6D22"/>
    <w:rsid w:val="00BB0708"/>
    <w:rsid w:val="00BB08C9"/>
    <w:rsid w:val="00BB1413"/>
    <w:rsid w:val="00BB1762"/>
    <w:rsid w:val="00BB199E"/>
    <w:rsid w:val="00BB1AFC"/>
    <w:rsid w:val="00BB1D9F"/>
    <w:rsid w:val="00BB4509"/>
    <w:rsid w:val="00BB45E0"/>
    <w:rsid w:val="00BB55DD"/>
    <w:rsid w:val="00BB6838"/>
    <w:rsid w:val="00BB7414"/>
    <w:rsid w:val="00BB7614"/>
    <w:rsid w:val="00BB7D7A"/>
    <w:rsid w:val="00BB7FF9"/>
    <w:rsid w:val="00BC04E4"/>
    <w:rsid w:val="00BC0D1F"/>
    <w:rsid w:val="00BC1637"/>
    <w:rsid w:val="00BC18F5"/>
    <w:rsid w:val="00BC2E64"/>
    <w:rsid w:val="00BC3103"/>
    <w:rsid w:val="00BC4369"/>
    <w:rsid w:val="00BC44DE"/>
    <w:rsid w:val="00BC4798"/>
    <w:rsid w:val="00BC4922"/>
    <w:rsid w:val="00BC4A10"/>
    <w:rsid w:val="00BC4E04"/>
    <w:rsid w:val="00BC4FEF"/>
    <w:rsid w:val="00BC6365"/>
    <w:rsid w:val="00BC687A"/>
    <w:rsid w:val="00BC6A07"/>
    <w:rsid w:val="00BC707E"/>
    <w:rsid w:val="00BC7583"/>
    <w:rsid w:val="00BC7742"/>
    <w:rsid w:val="00BC7896"/>
    <w:rsid w:val="00BC78B4"/>
    <w:rsid w:val="00BC7AF7"/>
    <w:rsid w:val="00BC7EC9"/>
    <w:rsid w:val="00BC7EDB"/>
    <w:rsid w:val="00BD075B"/>
    <w:rsid w:val="00BD09CB"/>
    <w:rsid w:val="00BD0C53"/>
    <w:rsid w:val="00BD2613"/>
    <w:rsid w:val="00BD2FDD"/>
    <w:rsid w:val="00BD3076"/>
    <w:rsid w:val="00BD4956"/>
    <w:rsid w:val="00BD4966"/>
    <w:rsid w:val="00BD576F"/>
    <w:rsid w:val="00BD6311"/>
    <w:rsid w:val="00BD6441"/>
    <w:rsid w:val="00BD7884"/>
    <w:rsid w:val="00BE05F0"/>
    <w:rsid w:val="00BE1A3D"/>
    <w:rsid w:val="00BE26B1"/>
    <w:rsid w:val="00BE281C"/>
    <w:rsid w:val="00BE2B9B"/>
    <w:rsid w:val="00BE36C2"/>
    <w:rsid w:val="00BE42F2"/>
    <w:rsid w:val="00BE45AA"/>
    <w:rsid w:val="00BE4A37"/>
    <w:rsid w:val="00BE4C91"/>
    <w:rsid w:val="00BE6100"/>
    <w:rsid w:val="00BE6B1F"/>
    <w:rsid w:val="00BE6CD8"/>
    <w:rsid w:val="00BE6E78"/>
    <w:rsid w:val="00BE6E7C"/>
    <w:rsid w:val="00BE7336"/>
    <w:rsid w:val="00BF1257"/>
    <w:rsid w:val="00BF1D74"/>
    <w:rsid w:val="00BF28BF"/>
    <w:rsid w:val="00BF2EE2"/>
    <w:rsid w:val="00BF3322"/>
    <w:rsid w:val="00BF353A"/>
    <w:rsid w:val="00BF3C5A"/>
    <w:rsid w:val="00BF3E71"/>
    <w:rsid w:val="00BF4396"/>
    <w:rsid w:val="00BF4758"/>
    <w:rsid w:val="00BF475F"/>
    <w:rsid w:val="00BF4781"/>
    <w:rsid w:val="00BF4FA6"/>
    <w:rsid w:val="00BF5430"/>
    <w:rsid w:val="00BF54CA"/>
    <w:rsid w:val="00BF564E"/>
    <w:rsid w:val="00BF5997"/>
    <w:rsid w:val="00BF5B8E"/>
    <w:rsid w:val="00BF5F0D"/>
    <w:rsid w:val="00BF5F2C"/>
    <w:rsid w:val="00BF6E04"/>
    <w:rsid w:val="00BF7C64"/>
    <w:rsid w:val="00BF7CDA"/>
    <w:rsid w:val="00C00530"/>
    <w:rsid w:val="00C00F32"/>
    <w:rsid w:val="00C02A37"/>
    <w:rsid w:val="00C02CF6"/>
    <w:rsid w:val="00C0369B"/>
    <w:rsid w:val="00C03C08"/>
    <w:rsid w:val="00C047B7"/>
    <w:rsid w:val="00C05FD8"/>
    <w:rsid w:val="00C0646E"/>
    <w:rsid w:val="00C07878"/>
    <w:rsid w:val="00C07C0F"/>
    <w:rsid w:val="00C10B68"/>
    <w:rsid w:val="00C1130E"/>
    <w:rsid w:val="00C11979"/>
    <w:rsid w:val="00C11FA3"/>
    <w:rsid w:val="00C126DE"/>
    <w:rsid w:val="00C12CDE"/>
    <w:rsid w:val="00C13F5C"/>
    <w:rsid w:val="00C14262"/>
    <w:rsid w:val="00C14B7E"/>
    <w:rsid w:val="00C152CD"/>
    <w:rsid w:val="00C15398"/>
    <w:rsid w:val="00C155CF"/>
    <w:rsid w:val="00C159BB"/>
    <w:rsid w:val="00C159CB"/>
    <w:rsid w:val="00C15D4D"/>
    <w:rsid w:val="00C16B7C"/>
    <w:rsid w:val="00C16F22"/>
    <w:rsid w:val="00C17C63"/>
    <w:rsid w:val="00C20D64"/>
    <w:rsid w:val="00C21121"/>
    <w:rsid w:val="00C213D6"/>
    <w:rsid w:val="00C21B79"/>
    <w:rsid w:val="00C21BE3"/>
    <w:rsid w:val="00C21F5F"/>
    <w:rsid w:val="00C2253B"/>
    <w:rsid w:val="00C23C90"/>
    <w:rsid w:val="00C24215"/>
    <w:rsid w:val="00C242F5"/>
    <w:rsid w:val="00C2465E"/>
    <w:rsid w:val="00C24DE7"/>
    <w:rsid w:val="00C24E00"/>
    <w:rsid w:val="00C25530"/>
    <w:rsid w:val="00C25FF1"/>
    <w:rsid w:val="00C26369"/>
    <w:rsid w:val="00C274B9"/>
    <w:rsid w:val="00C27B75"/>
    <w:rsid w:val="00C3039A"/>
    <w:rsid w:val="00C31ACA"/>
    <w:rsid w:val="00C31D17"/>
    <w:rsid w:val="00C320D0"/>
    <w:rsid w:val="00C3250D"/>
    <w:rsid w:val="00C326B9"/>
    <w:rsid w:val="00C32BE1"/>
    <w:rsid w:val="00C33317"/>
    <w:rsid w:val="00C33AEC"/>
    <w:rsid w:val="00C33FC0"/>
    <w:rsid w:val="00C34E44"/>
    <w:rsid w:val="00C35AD0"/>
    <w:rsid w:val="00C35C20"/>
    <w:rsid w:val="00C36682"/>
    <w:rsid w:val="00C36855"/>
    <w:rsid w:val="00C36D7F"/>
    <w:rsid w:val="00C36F71"/>
    <w:rsid w:val="00C37501"/>
    <w:rsid w:val="00C3767E"/>
    <w:rsid w:val="00C376C3"/>
    <w:rsid w:val="00C379D2"/>
    <w:rsid w:val="00C40518"/>
    <w:rsid w:val="00C4071C"/>
    <w:rsid w:val="00C40AD1"/>
    <w:rsid w:val="00C413D8"/>
    <w:rsid w:val="00C419BA"/>
    <w:rsid w:val="00C41B86"/>
    <w:rsid w:val="00C42656"/>
    <w:rsid w:val="00C42D12"/>
    <w:rsid w:val="00C42D66"/>
    <w:rsid w:val="00C43771"/>
    <w:rsid w:val="00C44077"/>
    <w:rsid w:val="00C440B5"/>
    <w:rsid w:val="00C440B6"/>
    <w:rsid w:val="00C44610"/>
    <w:rsid w:val="00C459AD"/>
    <w:rsid w:val="00C45CD9"/>
    <w:rsid w:val="00C46949"/>
    <w:rsid w:val="00C4741B"/>
    <w:rsid w:val="00C47D5F"/>
    <w:rsid w:val="00C50135"/>
    <w:rsid w:val="00C50AF1"/>
    <w:rsid w:val="00C50DD6"/>
    <w:rsid w:val="00C50E4F"/>
    <w:rsid w:val="00C50EF4"/>
    <w:rsid w:val="00C512DD"/>
    <w:rsid w:val="00C51373"/>
    <w:rsid w:val="00C51928"/>
    <w:rsid w:val="00C5264F"/>
    <w:rsid w:val="00C52E64"/>
    <w:rsid w:val="00C530ED"/>
    <w:rsid w:val="00C53529"/>
    <w:rsid w:val="00C53E00"/>
    <w:rsid w:val="00C54456"/>
    <w:rsid w:val="00C54683"/>
    <w:rsid w:val="00C54E42"/>
    <w:rsid w:val="00C55006"/>
    <w:rsid w:val="00C55639"/>
    <w:rsid w:val="00C55C16"/>
    <w:rsid w:val="00C56C65"/>
    <w:rsid w:val="00C6013D"/>
    <w:rsid w:val="00C60D97"/>
    <w:rsid w:val="00C618C5"/>
    <w:rsid w:val="00C62393"/>
    <w:rsid w:val="00C62F66"/>
    <w:rsid w:val="00C635AD"/>
    <w:rsid w:val="00C63FA8"/>
    <w:rsid w:val="00C644C4"/>
    <w:rsid w:val="00C650EB"/>
    <w:rsid w:val="00C658DC"/>
    <w:rsid w:val="00C65A82"/>
    <w:rsid w:val="00C65DE4"/>
    <w:rsid w:val="00C66166"/>
    <w:rsid w:val="00C664AB"/>
    <w:rsid w:val="00C66DF8"/>
    <w:rsid w:val="00C70031"/>
    <w:rsid w:val="00C70225"/>
    <w:rsid w:val="00C70661"/>
    <w:rsid w:val="00C70FE5"/>
    <w:rsid w:val="00C71480"/>
    <w:rsid w:val="00C71831"/>
    <w:rsid w:val="00C71A30"/>
    <w:rsid w:val="00C72528"/>
    <w:rsid w:val="00C7315E"/>
    <w:rsid w:val="00C7328A"/>
    <w:rsid w:val="00C74931"/>
    <w:rsid w:val="00C74CA3"/>
    <w:rsid w:val="00C74CC7"/>
    <w:rsid w:val="00C75431"/>
    <w:rsid w:val="00C7640E"/>
    <w:rsid w:val="00C807E3"/>
    <w:rsid w:val="00C813BD"/>
    <w:rsid w:val="00C81607"/>
    <w:rsid w:val="00C816D5"/>
    <w:rsid w:val="00C81C05"/>
    <w:rsid w:val="00C821EE"/>
    <w:rsid w:val="00C82B14"/>
    <w:rsid w:val="00C831B1"/>
    <w:rsid w:val="00C839C5"/>
    <w:rsid w:val="00C83E83"/>
    <w:rsid w:val="00C84B23"/>
    <w:rsid w:val="00C8532A"/>
    <w:rsid w:val="00C85E80"/>
    <w:rsid w:val="00C865BE"/>
    <w:rsid w:val="00C86A07"/>
    <w:rsid w:val="00C87672"/>
    <w:rsid w:val="00C9087D"/>
    <w:rsid w:val="00C9106A"/>
    <w:rsid w:val="00C919D3"/>
    <w:rsid w:val="00C923C2"/>
    <w:rsid w:val="00C92853"/>
    <w:rsid w:val="00C92A91"/>
    <w:rsid w:val="00C93AC5"/>
    <w:rsid w:val="00C93F8E"/>
    <w:rsid w:val="00C94020"/>
    <w:rsid w:val="00C941FA"/>
    <w:rsid w:val="00C94B28"/>
    <w:rsid w:val="00C94C13"/>
    <w:rsid w:val="00C9594E"/>
    <w:rsid w:val="00C95EAC"/>
    <w:rsid w:val="00C9719E"/>
    <w:rsid w:val="00C97683"/>
    <w:rsid w:val="00CA0090"/>
    <w:rsid w:val="00CA0270"/>
    <w:rsid w:val="00CA0353"/>
    <w:rsid w:val="00CA0626"/>
    <w:rsid w:val="00CA06A2"/>
    <w:rsid w:val="00CA1810"/>
    <w:rsid w:val="00CA1A6E"/>
    <w:rsid w:val="00CA235A"/>
    <w:rsid w:val="00CA2A40"/>
    <w:rsid w:val="00CA2DF2"/>
    <w:rsid w:val="00CA2F75"/>
    <w:rsid w:val="00CA3217"/>
    <w:rsid w:val="00CA3BD0"/>
    <w:rsid w:val="00CA3C47"/>
    <w:rsid w:val="00CA3C7A"/>
    <w:rsid w:val="00CA485D"/>
    <w:rsid w:val="00CA54C4"/>
    <w:rsid w:val="00CA5867"/>
    <w:rsid w:val="00CA59A8"/>
    <w:rsid w:val="00CA5B3E"/>
    <w:rsid w:val="00CA5CEC"/>
    <w:rsid w:val="00CA5D82"/>
    <w:rsid w:val="00CA68D2"/>
    <w:rsid w:val="00CA6C4A"/>
    <w:rsid w:val="00CA726F"/>
    <w:rsid w:val="00CA7281"/>
    <w:rsid w:val="00CA7AEA"/>
    <w:rsid w:val="00CA7E8F"/>
    <w:rsid w:val="00CB00F6"/>
    <w:rsid w:val="00CB0664"/>
    <w:rsid w:val="00CB0F7A"/>
    <w:rsid w:val="00CB1467"/>
    <w:rsid w:val="00CB1499"/>
    <w:rsid w:val="00CB16F4"/>
    <w:rsid w:val="00CB185A"/>
    <w:rsid w:val="00CB2675"/>
    <w:rsid w:val="00CB3AF9"/>
    <w:rsid w:val="00CB52F1"/>
    <w:rsid w:val="00CB59FE"/>
    <w:rsid w:val="00CB5CBD"/>
    <w:rsid w:val="00CB6879"/>
    <w:rsid w:val="00CC042A"/>
    <w:rsid w:val="00CC0E1B"/>
    <w:rsid w:val="00CC0E80"/>
    <w:rsid w:val="00CC11CE"/>
    <w:rsid w:val="00CC1669"/>
    <w:rsid w:val="00CC190E"/>
    <w:rsid w:val="00CC23D9"/>
    <w:rsid w:val="00CC2D60"/>
    <w:rsid w:val="00CC3681"/>
    <w:rsid w:val="00CC4575"/>
    <w:rsid w:val="00CC47E3"/>
    <w:rsid w:val="00CC548A"/>
    <w:rsid w:val="00CC54A6"/>
    <w:rsid w:val="00CC6C72"/>
    <w:rsid w:val="00CD002A"/>
    <w:rsid w:val="00CD03CA"/>
    <w:rsid w:val="00CD0A6F"/>
    <w:rsid w:val="00CD27CC"/>
    <w:rsid w:val="00CD2B71"/>
    <w:rsid w:val="00CD317A"/>
    <w:rsid w:val="00CD46C8"/>
    <w:rsid w:val="00CD478A"/>
    <w:rsid w:val="00CD5406"/>
    <w:rsid w:val="00CD5407"/>
    <w:rsid w:val="00CD55E4"/>
    <w:rsid w:val="00CD634D"/>
    <w:rsid w:val="00CD6E64"/>
    <w:rsid w:val="00CD6F6F"/>
    <w:rsid w:val="00CD7A03"/>
    <w:rsid w:val="00CD7D6A"/>
    <w:rsid w:val="00CE00A2"/>
    <w:rsid w:val="00CE010F"/>
    <w:rsid w:val="00CE01BB"/>
    <w:rsid w:val="00CE01EB"/>
    <w:rsid w:val="00CE0F0B"/>
    <w:rsid w:val="00CE1829"/>
    <w:rsid w:val="00CE1A14"/>
    <w:rsid w:val="00CE2B77"/>
    <w:rsid w:val="00CE2C86"/>
    <w:rsid w:val="00CE2FF5"/>
    <w:rsid w:val="00CE44A3"/>
    <w:rsid w:val="00CE4953"/>
    <w:rsid w:val="00CE52EB"/>
    <w:rsid w:val="00CE5CA4"/>
    <w:rsid w:val="00CE6163"/>
    <w:rsid w:val="00CE6FEE"/>
    <w:rsid w:val="00CE7145"/>
    <w:rsid w:val="00CE77A2"/>
    <w:rsid w:val="00CF0920"/>
    <w:rsid w:val="00CF0B4F"/>
    <w:rsid w:val="00CF12AF"/>
    <w:rsid w:val="00CF15C2"/>
    <w:rsid w:val="00CF217B"/>
    <w:rsid w:val="00CF217F"/>
    <w:rsid w:val="00CF23E7"/>
    <w:rsid w:val="00CF24D1"/>
    <w:rsid w:val="00CF45E6"/>
    <w:rsid w:val="00CF50F8"/>
    <w:rsid w:val="00CF5375"/>
    <w:rsid w:val="00CF540F"/>
    <w:rsid w:val="00CF54D5"/>
    <w:rsid w:val="00CF5CC0"/>
    <w:rsid w:val="00CF5E15"/>
    <w:rsid w:val="00CF5F24"/>
    <w:rsid w:val="00CF6366"/>
    <w:rsid w:val="00CF6393"/>
    <w:rsid w:val="00CF698D"/>
    <w:rsid w:val="00CF6DBE"/>
    <w:rsid w:val="00CF7235"/>
    <w:rsid w:val="00CF74A0"/>
    <w:rsid w:val="00D00ACB"/>
    <w:rsid w:val="00D00FFB"/>
    <w:rsid w:val="00D015F3"/>
    <w:rsid w:val="00D0193F"/>
    <w:rsid w:val="00D01E96"/>
    <w:rsid w:val="00D01FEA"/>
    <w:rsid w:val="00D03B77"/>
    <w:rsid w:val="00D05CD6"/>
    <w:rsid w:val="00D06253"/>
    <w:rsid w:val="00D10049"/>
    <w:rsid w:val="00D105A0"/>
    <w:rsid w:val="00D10809"/>
    <w:rsid w:val="00D111B8"/>
    <w:rsid w:val="00D11F5C"/>
    <w:rsid w:val="00D121F5"/>
    <w:rsid w:val="00D12AB1"/>
    <w:rsid w:val="00D12B90"/>
    <w:rsid w:val="00D13B22"/>
    <w:rsid w:val="00D13DA3"/>
    <w:rsid w:val="00D13E9E"/>
    <w:rsid w:val="00D14101"/>
    <w:rsid w:val="00D14C14"/>
    <w:rsid w:val="00D14D60"/>
    <w:rsid w:val="00D16396"/>
    <w:rsid w:val="00D16A22"/>
    <w:rsid w:val="00D16E9E"/>
    <w:rsid w:val="00D1775F"/>
    <w:rsid w:val="00D17B9F"/>
    <w:rsid w:val="00D17D00"/>
    <w:rsid w:val="00D20E17"/>
    <w:rsid w:val="00D20E6F"/>
    <w:rsid w:val="00D211FE"/>
    <w:rsid w:val="00D2186B"/>
    <w:rsid w:val="00D21AA0"/>
    <w:rsid w:val="00D21C20"/>
    <w:rsid w:val="00D21C82"/>
    <w:rsid w:val="00D22F1B"/>
    <w:rsid w:val="00D23276"/>
    <w:rsid w:val="00D2355B"/>
    <w:rsid w:val="00D237A7"/>
    <w:rsid w:val="00D240F8"/>
    <w:rsid w:val="00D256A1"/>
    <w:rsid w:val="00D256D8"/>
    <w:rsid w:val="00D26753"/>
    <w:rsid w:val="00D27004"/>
    <w:rsid w:val="00D272A0"/>
    <w:rsid w:val="00D27F3D"/>
    <w:rsid w:val="00D30195"/>
    <w:rsid w:val="00D30D30"/>
    <w:rsid w:val="00D30FA6"/>
    <w:rsid w:val="00D311A4"/>
    <w:rsid w:val="00D311C6"/>
    <w:rsid w:val="00D31701"/>
    <w:rsid w:val="00D31EF5"/>
    <w:rsid w:val="00D32381"/>
    <w:rsid w:val="00D32F4B"/>
    <w:rsid w:val="00D33ECD"/>
    <w:rsid w:val="00D34CB8"/>
    <w:rsid w:val="00D34F2B"/>
    <w:rsid w:val="00D352AC"/>
    <w:rsid w:val="00D356BF"/>
    <w:rsid w:val="00D35C5B"/>
    <w:rsid w:val="00D36C16"/>
    <w:rsid w:val="00D36F42"/>
    <w:rsid w:val="00D372A5"/>
    <w:rsid w:val="00D3737D"/>
    <w:rsid w:val="00D3795D"/>
    <w:rsid w:val="00D37A56"/>
    <w:rsid w:val="00D37AB0"/>
    <w:rsid w:val="00D40B0B"/>
    <w:rsid w:val="00D40CC6"/>
    <w:rsid w:val="00D41E48"/>
    <w:rsid w:val="00D421D7"/>
    <w:rsid w:val="00D422E8"/>
    <w:rsid w:val="00D426CE"/>
    <w:rsid w:val="00D4298C"/>
    <w:rsid w:val="00D43543"/>
    <w:rsid w:val="00D43EA9"/>
    <w:rsid w:val="00D45264"/>
    <w:rsid w:val="00D45864"/>
    <w:rsid w:val="00D46126"/>
    <w:rsid w:val="00D46CEC"/>
    <w:rsid w:val="00D472FB"/>
    <w:rsid w:val="00D473F3"/>
    <w:rsid w:val="00D47EC3"/>
    <w:rsid w:val="00D50ADA"/>
    <w:rsid w:val="00D51304"/>
    <w:rsid w:val="00D5251E"/>
    <w:rsid w:val="00D52702"/>
    <w:rsid w:val="00D52CE1"/>
    <w:rsid w:val="00D52E91"/>
    <w:rsid w:val="00D536B8"/>
    <w:rsid w:val="00D538B4"/>
    <w:rsid w:val="00D53B41"/>
    <w:rsid w:val="00D5432D"/>
    <w:rsid w:val="00D54CB0"/>
    <w:rsid w:val="00D54E02"/>
    <w:rsid w:val="00D54FAC"/>
    <w:rsid w:val="00D553FF"/>
    <w:rsid w:val="00D5554F"/>
    <w:rsid w:val="00D5589E"/>
    <w:rsid w:val="00D55E4B"/>
    <w:rsid w:val="00D560A6"/>
    <w:rsid w:val="00D561A5"/>
    <w:rsid w:val="00D56AC5"/>
    <w:rsid w:val="00D56E74"/>
    <w:rsid w:val="00D56F3E"/>
    <w:rsid w:val="00D57461"/>
    <w:rsid w:val="00D574BF"/>
    <w:rsid w:val="00D600C5"/>
    <w:rsid w:val="00D60317"/>
    <w:rsid w:val="00D605E1"/>
    <w:rsid w:val="00D6064E"/>
    <w:rsid w:val="00D606BE"/>
    <w:rsid w:val="00D6071F"/>
    <w:rsid w:val="00D6115F"/>
    <w:rsid w:val="00D62201"/>
    <w:rsid w:val="00D63037"/>
    <w:rsid w:val="00D63307"/>
    <w:rsid w:val="00D63B9F"/>
    <w:rsid w:val="00D63BA0"/>
    <w:rsid w:val="00D63D87"/>
    <w:rsid w:val="00D63EC6"/>
    <w:rsid w:val="00D640D3"/>
    <w:rsid w:val="00D644CF"/>
    <w:rsid w:val="00D6464D"/>
    <w:rsid w:val="00D66177"/>
    <w:rsid w:val="00D662A0"/>
    <w:rsid w:val="00D667BA"/>
    <w:rsid w:val="00D66C89"/>
    <w:rsid w:val="00D66CA4"/>
    <w:rsid w:val="00D66D37"/>
    <w:rsid w:val="00D672A5"/>
    <w:rsid w:val="00D6798D"/>
    <w:rsid w:val="00D70A59"/>
    <w:rsid w:val="00D70AE6"/>
    <w:rsid w:val="00D71371"/>
    <w:rsid w:val="00D71DFA"/>
    <w:rsid w:val="00D71ECF"/>
    <w:rsid w:val="00D727F0"/>
    <w:rsid w:val="00D72F7D"/>
    <w:rsid w:val="00D7392C"/>
    <w:rsid w:val="00D73BC9"/>
    <w:rsid w:val="00D73EC7"/>
    <w:rsid w:val="00D74F37"/>
    <w:rsid w:val="00D75030"/>
    <w:rsid w:val="00D752D7"/>
    <w:rsid w:val="00D752EF"/>
    <w:rsid w:val="00D7577D"/>
    <w:rsid w:val="00D76211"/>
    <w:rsid w:val="00D763BD"/>
    <w:rsid w:val="00D76DBD"/>
    <w:rsid w:val="00D800BE"/>
    <w:rsid w:val="00D803D8"/>
    <w:rsid w:val="00D805FA"/>
    <w:rsid w:val="00D81403"/>
    <w:rsid w:val="00D81DE7"/>
    <w:rsid w:val="00D825D6"/>
    <w:rsid w:val="00D825F1"/>
    <w:rsid w:val="00D8461C"/>
    <w:rsid w:val="00D8509D"/>
    <w:rsid w:val="00D85217"/>
    <w:rsid w:val="00D8575A"/>
    <w:rsid w:val="00D85A3C"/>
    <w:rsid w:val="00D86126"/>
    <w:rsid w:val="00D869B9"/>
    <w:rsid w:val="00D87002"/>
    <w:rsid w:val="00D9188A"/>
    <w:rsid w:val="00D91B87"/>
    <w:rsid w:val="00D9297E"/>
    <w:rsid w:val="00D9337A"/>
    <w:rsid w:val="00D94D8D"/>
    <w:rsid w:val="00D94EA1"/>
    <w:rsid w:val="00D95042"/>
    <w:rsid w:val="00D95739"/>
    <w:rsid w:val="00D95CC4"/>
    <w:rsid w:val="00D96614"/>
    <w:rsid w:val="00D967E2"/>
    <w:rsid w:val="00D974FE"/>
    <w:rsid w:val="00D9754C"/>
    <w:rsid w:val="00D9755F"/>
    <w:rsid w:val="00D976D6"/>
    <w:rsid w:val="00DA03C5"/>
    <w:rsid w:val="00DA125B"/>
    <w:rsid w:val="00DA184D"/>
    <w:rsid w:val="00DA1B7D"/>
    <w:rsid w:val="00DA1BA8"/>
    <w:rsid w:val="00DA2044"/>
    <w:rsid w:val="00DA231E"/>
    <w:rsid w:val="00DA38E3"/>
    <w:rsid w:val="00DA3C76"/>
    <w:rsid w:val="00DA51E4"/>
    <w:rsid w:val="00DA5F54"/>
    <w:rsid w:val="00DA66A6"/>
    <w:rsid w:val="00DA70AF"/>
    <w:rsid w:val="00DA7521"/>
    <w:rsid w:val="00DA7DC9"/>
    <w:rsid w:val="00DA7DDE"/>
    <w:rsid w:val="00DB04AA"/>
    <w:rsid w:val="00DB09C0"/>
    <w:rsid w:val="00DB1799"/>
    <w:rsid w:val="00DB27F2"/>
    <w:rsid w:val="00DB30B2"/>
    <w:rsid w:val="00DB44F5"/>
    <w:rsid w:val="00DB4DBF"/>
    <w:rsid w:val="00DB5054"/>
    <w:rsid w:val="00DB5367"/>
    <w:rsid w:val="00DB5647"/>
    <w:rsid w:val="00DB70F4"/>
    <w:rsid w:val="00DB7AE2"/>
    <w:rsid w:val="00DC0002"/>
    <w:rsid w:val="00DC0186"/>
    <w:rsid w:val="00DC0330"/>
    <w:rsid w:val="00DC093A"/>
    <w:rsid w:val="00DC0A4E"/>
    <w:rsid w:val="00DC0D06"/>
    <w:rsid w:val="00DC1235"/>
    <w:rsid w:val="00DC1386"/>
    <w:rsid w:val="00DC13A4"/>
    <w:rsid w:val="00DC14A3"/>
    <w:rsid w:val="00DC1E72"/>
    <w:rsid w:val="00DC1F7A"/>
    <w:rsid w:val="00DC2F02"/>
    <w:rsid w:val="00DC39F3"/>
    <w:rsid w:val="00DC453E"/>
    <w:rsid w:val="00DC56A3"/>
    <w:rsid w:val="00DC5AE0"/>
    <w:rsid w:val="00DC6A6F"/>
    <w:rsid w:val="00DC73F4"/>
    <w:rsid w:val="00DC75E6"/>
    <w:rsid w:val="00DC7EA9"/>
    <w:rsid w:val="00DD0767"/>
    <w:rsid w:val="00DD0A9B"/>
    <w:rsid w:val="00DD127A"/>
    <w:rsid w:val="00DD14CE"/>
    <w:rsid w:val="00DD17B1"/>
    <w:rsid w:val="00DD193A"/>
    <w:rsid w:val="00DD1F05"/>
    <w:rsid w:val="00DD2019"/>
    <w:rsid w:val="00DD259E"/>
    <w:rsid w:val="00DD28B5"/>
    <w:rsid w:val="00DD2CAC"/>
    <w:rsid w:val="00DD3108"/>
    <w:rsid w:val="00DD3694"/>
    <w:rsid w:val="00DD370F"/>
    <w:rsid w:val="00DD407E"/>
    <w:rsid w:val="00DD4B14"/>
    <w:rsid w:val="00DD4BC1"/>
    <w:rsid w:val="00DD4FE9"/>
    <w:rsid w:val="00DD5924"/>
    <w:rsid w:val="00DD67FD"/>
    <w:rsid w:val="00DD716A"/>
    <w:rsid w:val="00DD7263"/>
    <w:rsid w:val="00DD7614"/>
    <w:rsid w:val="00DD7753"/>
    <w:rsid w:val="00DD7D06"/>
    <w:rsid w:val="00DD7F02"/>
    <w:rsid w:val="00DE0285"/>
    <w:rsid w:val="00DE0385"/>
    <w:rsid w:val="00DE0726"/>
    <w:rsid w:val="00DE0A84"/>
    <w:rsid w:val="00DE0AF3"/>
    <w:rsid w:val="00DE1707"/>
    <w:rsid w:val="00DE18B0"/>
    <w:rsid w:val="00DE1C3C"/>
    <w:rsid w:val="00DE24A7"/>
    <w:rsid w:val="00DE2A86"/>
    <w:rsid w:val="00DE2CC5"/>
    <w:rsid w:val="00DE2ECB"/>
    <w:rsid w:val="00DE3049"/>
    <w:rsid w:val="00DE32BF"/>
    <w:rsid w:val="00DE4551"/>
    <w:rsid w:val="00DE4FF4"/>
    <w:rsid w:val="00DE50D7"/>
    <w:rsid w:val="00DE553B"/>
    <w:rsid w:val="00DE5809"/>
    <w:rsid w:val="00DE6470"/>
    <w:rsid w:val="00DE689C"/>
    <w:rsid w:val="00DE6C68"/>
    <w:rsid w:val="00DE733B"/>
    <w:rsid w:val="00DE7513"/>
    <w:rsid w:val="00DE75DB"/>
    <w:rsid w:val="00DE76A3"/>
    <w:rsid w:val="00DE7C28"/>
    <w:rsid w:val="00DF0947"/>
    <w:rsid w:val="00DF1132"/>
    <w:rsid w:val="00DF1284"/>
    <w:rsid w:val="00DF12AC"/>
    <w:rsid w:val="00DF13AB"/>
    <w:rsid w:val="00DF18AF"/>
    <w:rsid w:val="00DF1DAB"/>
    <w:rsid w:val="00DF24EC"/>
    <w:rsid w:val="00DF2D84"/>
    <w:rsid w:val="00DF3181"/>
    <w:rsid w:val="00DF3D28"/>
    <w:rsid w:val="00DF441A"/>
    <w:rsid w:val="00DF4815"/>
    <w:rsid w:val="00DF5103"/>
    <w:rsid w:val="00DF5768"/>
    <w:rsid w:val="00DF72E6"/>
    <w:rsid w:val="00DF73AD"/>
    <w:rsid w:val="00DF75C6"/>
    <w:rsid w:val="00DF7D1F"/>
    <w:rsid w:val="00E00A63"/>
    <w:rsid w:val="00E021F2"/>
    <w:rsid w:val="00E0317F"/>
    <w:rsid w:val="00E03349"/>
    <w:rsid w:val="00E044AF"/>
    <w:rsid w:val="00E046F7"/>
    <w:rsid w:val="00E04AEB"/>
    <w:rsid w:val="00E04E55"/>
    <w:rsid w:val="00E05B1F"/>
    <w:rsid w:val="00E05DF8"/>
    <w:rsid w:val="00E062A6"/>
    <w:rsid w:val="00E06C0B"/>
    <w:rsid w:val="00E0784C"/>
    <w:rsid w:val="00E108DA"/>
    <w:rsid w:val="00E10906"/>
    <w:rsid w:val="00E110FA"/>
    <w:rsid w:val="00E1141D"/>
    <w:rsid w:val="00E115F2"/>
    <w:rsid w:val="00E11C0D"/>
    <w:rsid w:val="00E12391"/>
    <w:rsid w:val="00E137C5"/>
    <w:rsid w:val="00E138D5"/>
    <w:rsid w:val="00E13CDA"/>
    <w:rsid w:val="00E14170"/>
    <w:rsid w:val="00E1448C"/>
    <w:rsid w:val="00E1465A"/>
    <w:rsid w:val="00E15050"/>
    <w:rsid w:val="00E15107"/>
    <w:rsid w:val="00E16152"/>
    <w:rsid w:val="00E16E08"/>
    <w:rsid w:val="00E17134"/>
    <w:rsid w:val="00E17823"/>
    <w:rsid w:val="00E17DB5"/>
    <w:rsid w:val="00E20204"/>
    <w:rsid w:val="00E20225"/>
    <w:rsid w:val="00E2075D"/>
    <w:rsid w:val="00E20C22"/>
    <w:rsid w:val="00E21A7B"/>
    <w:rsid w:val="00E21B26"/>
    <w:rsid w:val="00E21B61"/>
    <w:rsid w:val="00E21E63"/>
    <w:rsid w:val="00E21E8F"/>
    <w:rsid w:val="00E2259B"/>
    <w:rsid w:val="00E22B0E"/>
    <w:rsid w:val="00E22FD8"/>
    <w:rsid w:val="00E23319"/>
    <w:rsid w:val="00E236EC"/>
    <w:rsid w:val="00E241B7"/>
    <w:rsid w:val="00E2519E"/>
    <w:rsid w:val="00E25594"/>
    <w:rsid w:val="00E2631B"/>
    <w:rsid w:val="00E265EA"/>
    <w:rsid w:val="00E3000B"/>
    <w:rsid w:val="00E3000C"/>
    <w:rsid w:val="00E3019F"/>
    <w:rsid w:val="00E30523"/>
    <w:rsid w:val="00E307BE"/>
    <w:rsid w:val="00E31373"/>
    <w:rsid w:val="00E31930"/>
    <w:rsid w:val="00E3262F"/>
    <w:rsid w:val="00E32CF5"/>
    <w:rsid w:val="00E33598"/>
    <w:rsid w:val="00E33BE8"/>
    <w:rsid w:val="00E33DAB"/>
    <w:rsid w:val="00E3437D"/>
    <w:rsid w:val="00E344CC"/>
    <w:rsid w:val="00E3497B"/>
    <w:rsid w:val="00E34DBB"/>
    <w:rsid w:val="00E35A4B"/>
    <w:rsid w:val="00E369F1"/>
    <w:rsid w:val="00E36E0F"/>
    <w:rsid w:val="00E372B8"/>
    <w:rsid w:val="00E376C8"/>
    <w:rsid w:val="00E40291"/>
    <w:rsid w:val="00E405CF"/>
    <w:rsid w:val="00E40EBB"/>
    <w:rsid w:val="00E40F64"/>
    <w:rsid w:val="00E41170"/>
    <w:rsid w:val="00E4126A"/>
    <w:rsid w:val="00E413F4"/>
    <w:rsid w:val="00E41983"/>
    <w:rsid w:val="00E41BAD"/>
    <w:rsid w:val="00E422E8"/>
    <w:rsid w:val="00E42333"/>
    <w:rsid w:val="00E425FE"/>
    <w:rsid w:val="00E43A61"/>
    <w:rsid w:val="00E43C54"/>
    <w:rsid w:val="00E44F6C"/>
    <w:rsid w:val="00E45036"/>
    <w:rsid w:val="00E452F2"/>
    <w:rsid w:val="00E45AAC"/>
    <w:rsid w:val="00E45B25"/>
    <w:rsid w:val="00E4749F"/>
    <w:rsid w:val="00E50FBA"/>
    <w:rsid w:val="00E51265"/>
    <w:rsid w:val="00E51965"/>
    <w:rsid w:val="00E51CF8"/>
    <w:rsid w:val="00E520F1"/>
    <w:rsid w:val="00E5232A"/>
    <w:rsid w:val="00E5322C"/>
    <w:rsid w:val="00E5339A"/>
    <w:rsid w:val="00E54B5C"/>
    <w:rsid w:val="00E56717"/>
    <w:rsid w:val="00E5721F"/>
    <w:rsid w:val="00E573F6"/>
    <w:rsid w:val="00E575CC"/>
    <w:rsid w:val="00E57F2A"/>
    <w:rsid w:val="00E60BBB"/>
    <w:rsid w:val="00E60BBD"/>
    <w:rsid w:val="00E60C12"/>
    <w:rsid w:val="00E60FAB"/>
    <w:rsid w:val="00E6119E"/>
    <w:rsid w:val="00E61D8B"/>
    <w:rsid w:val="00E623AE"/>
    <w:rsid w:val="00E6246F"/>
    <w:rsid w:val="00E62F4E"/>
    <w:rsid w:val="00E63D32"/>
    <w:rsid w:val="00E6442F"/>
    <w:rsid w:val="00E64815"/>
    <w:rsid w:val="00E648F6"/>
    <w:rsid w:val="00E64C37"/>
    <w:rsid w:val="00E64D53"/>
    <w:rsid w:val="00E64D7E"/>
    <w:rsid w:val="00E64F0D"/>
    <w:rsid w:val="00E6663B"/>
    <w:rsid w:val="00E668D7"/>
    <w:rsid w:val="00E66CF3"/>
    <w:rsid w:val="00E66FBF"/>
    <w:rsid w:val="00E67402"/>
    <w:rsid w:val="00E67F21"/>
    <w:rsid w:val="00E70006"/>
    <w:rsid w:val="00E70C86"/>
    <w:rsid w:val="00E718D4"/>
    <w:rsid w:val="00E71A43"/>
    <w:rsid w:val="00E7201C"/>
    <w:rsid w:val="00E728D3"/>
    <w:rsid w:val="00E72C0B"/>
    <w:rsid w:val="00E72CBB"/>
    <w:rsid w:val="00E72F18"/>
    <w:rsid w:val="00E73B9F"/>
    <w:rsid w:val="00E73C54"/>
    <w:rsid w:val="00E75326"/>
    <w:rsid w:val="00E75AD9"/>
    <w:rsid w:val="00E75D5D"/>
    <w:rsid w:val="00E7616F"/>
    <w:rsid w:val="00E7666C"/>
    <w:rsid w:val="00E76B69"/>
    <w:rsid w:val="00E77499"/>
    <w:rsid w:val="00E774D2"/>
    <w:rsid w:val="00E802E1"/>
    <w:rsid w:val="00E80AC8"/>
    <w:rsid w:val="00E8293E"/>
    <w:rsid w:val="00E82CA1"/>
    <w:rsid w:val="00E82F26"/>
    <w:rsid w:val="00E83A34"/>
    <w:rsid w:val="00E841BB"/>
    <w:rsid w:val="00E84257"/>
    <w:rsid w:val="00E847FB"/>
    <w:rsid w:val="00E84ED9"/>
    <w:rsid w:val="00E85A78"/>
    <w:rsid w:val="00E86233"/>
    <w:rsid w:val="00E864CB"/>
    <w:rsid w:val="00E86A78"/>
    <w:rsid w:val="00E87007"/>
    <w:rsid w:val="00E87860"/>
    <w:rsid w:val="00E902D9"/>
    <w:rsid w:val="00E904B7"/>
    <w:rsid w:val="00E905CE"/>
    <w:rsid w:val="00E90D62"/>
    <w:rsid w:val="00E9173D"/>
    <w:rsid w:val="00E925D2"/>
    <w:rsid w:val="00E929E4"/>
    <w:rsid w:val="00E9395B"/>
    <w:rsid w:val="00E93A5B"/>
    <w:rsid w:val="00E94409"/>
    <w:rsid w:val="00E94C68"/>
    <w:rsid w:val="00E9548F"/>
    <w:rsid w:val="00E95693"/>
    <w:rsid w:val="00E956EE"/>
    <w:rsid w:val="00E9630B"/>
    <w:rsid w:val="00E9705C"/>
    <w:rsid w:val="00E97249"/>
    <w:rsid w:val="00E97566"/>
    <w:rsid w:val="00EA020A"/>
    <w:rsid w:val="00EA0555"/>
    <w:rsid w:val="00EA0A5C"/>
    <w:rsid w:val="00EA0A5D"/>
    <w:rsid w:val="00EA126F"/>
    <w:rsid w:val="00EA190F"/>
    <w:rsid w:val="00EA21D1"/>
    <w:rsid w:val="00EA24C4"/>
    <w:rsid w:val="00EA32E5"/>
    <w:rsid w:val="00EA40AE"/>
    <w:rsid w:val="00EA44C8"/>
    <w:rsid w:val="00EA4ED7"/>
    <w:rsid w:val="00EA5473"/>
    <w:rsid w:val="00EA5B8B"/>
    <w:rsid w:val="00EA5E2E"/>
    <w:rsid w:val="00EA657C"/>
    <w:rsid w:val="00EA73AC"/>
    <w:rsid w:val="00EA7CE0"/>
    <w:rsid w:val="00EB0044"/>
    <w:rsid w:val="00EB0A48"/>
    <w:rsid w:val="00EB20B8"/>
    <w:rsid w:val="00EB2485"/>
    <w:rsid w:val="00EB2755"/>
    <w:rsid w:val="00EB277A"/>
    <w:rsid w:val="00EB2979"/>
    <w:rsid w:val="00EB2BA3"/>
    <w:rsid w:val="00EB35D4"/>
    <w:rsid w:val="00EB3D72"/>
    <w:rsid w:val="00EB47CD"/>
    <w:rsid w:val="00EB4900"/>
    <w:rsid w:val="00EB504D"/>
    <w:rsid w:val="00EB585B"/>
    <w:rsid w:val="00EB5E10"/>
    <w:rsid w:val="00EB7F38"/>
    <w:rsid w:val="00EC0463"/>
    <w:rsid w:val="00EC048B"/>
    <w:rsid w:val="00EC12B3"/>
    <w:rsid w:val="00EC1F9E"/>
    <w:rsid w:val="00EC3511"/>
    <w:rsid w:val="00EC405F"/>
    <w:rsid w:val="00EC554C"/>
    <w:rsid w:val="00EC6087"/>
    <w:rsid w:val="00EC6941"/>
    <w:rsid w:val="00EC6A10"/>
    <w:rsid w:val="00EC7CF1"/>
    <w:rsid w:val="00ED0CB9"/>
    <w:rsid w:val="00ED0D79"/>
    <w:rsid w:val="00ED12EC"/>
    <w:rsid w:val="00ED130A"/>
    <w:rsid w:val="00ED3387"/>
    <w:rsid w:val="00ED4F7E"/>
    <w:rsid w:val="00ED683D"/>
    <w:rsid w:val="00ED71C0"/>
    <w:rsid w:val="00EE04E1"/>
    <w:rsid w:val="00EE0FFB"/>
    <w:rsid w:val="00EE150D"/>
    <w:rsid w:val="00EE2405"/>
    <w:rsid w:val="00EE282C"/>
    <w:rsid w:val="00EE2AB6"/>
    <w:rsid w:val="00EE33F9"/>
    <w:rsid w:val="00EE3FF2"/>
    <w:rsid w:val="00EE45F8"/>
    <w:rsid w:val="00EE4CBD"/>
    <w:rsid w:val="00EE4ED7"/>
    <w:rsid w:val="00EE58FF"/>
    <w:rsid w:val="00EE6457"/>
    <w:rsid w:val="00EE660B"/>
    <w:rsid w:val="00EE6E39"/>
    <w:rsid w:val="00EE6F05"/>
    <w:rsid w:val="00EE7211"/>
    <w:rsid w:val="00EE7647"/>
    <w:rsid w:val="00EE7C29"/>
    <w:rsid w:val="00EE7C53"/>
    <w:rsid w:val="00EF0DD4"/>
    <w:rsid w:val="00EF24DE"/>
    <w:rsid w:val="00EF29BB"/>
    <w:rsid w:val="00EF2B7C"/>
    <w:rsid w:val="00EF3BBA"/>
    <w:rsid w:val="00EF445F"/>
    <w:rsid w:val="00EF4D5D"/>
    <w:rsid w:val="00EF4DE9"/>
    <w:rsid w:val="00EF56F7"/>
    <w:rsid w:val="00EF6177"/>
    <w:rsid w:val="00EF6614"/>
    <w:rsid w:val="00EF6B94"/>
    <w:rsid w:val="00EF6F7B"/>
    <w:rsid w:val="00F011DE"/>
    <w:rsid w:val="00F01324"/>
    <w:rsid w:val="00F013CB"/>
    <w:rsid w:val="00F021B3"/>
    <w:rsid w:val="00F02297"/>
    <w:rsid w:val="00F026DE"/>
    <w:rsid w:val="00F02AC7"/>
    <w:rsid w:val="00F03534"/>
    <w:rsid w:val="00F036A4"/>
    <w:rsid w:val="00F038F5"/>
    <w:rsid w:val="00F04CB5"/>
    <w:rsid w:val="00F05971"/>
    <w:rsid w:val="00F06FB0"/>
    <w:rsid w:val="00F06FCE"/>
    <w:rsid w:val="00F07187"/>
    <w:rsid w:val="00F07363"/>
    <w:rsid w:val="00F075C2"/>
    <w:rsid w:val="00F078C2"/>
    <w:rsid w:val="00F07B02"/>
    <w:rsid w:val="00F07B51"/>
    <w:rsid w:val="00F07D9C"/>
    <w:rsid w:val="00F07EBF"/>
    <w:rsid w:val="00F1040C"/>
    <w:rsid w:val="00F10B82"/>
    <w:rsid w:val="00F1143B"/>
    <w:rsid w:val="00F117AA"/>
    <w:rsid w:val="00F119E5"/>
    <w:rsid w:val="00F11FAF"/>
    <w:rsid w:val="00F13407"/>
    <w:rsid w:val="00F13A17"/>
    <w:rsid w:val="00F13A64"/>
    <w:rsid w:val="00F13DAC"/>
    <w:rsid w:val="00F14A28"/>
    <w:rsid w:val="00F14EBA"/>
    <w:rsid w:val="00F15322"/>
    <w:rsid w:val="00F1587A"/>
    <w:rsid w:val="00F162CB"/>
    <w:rsid w:val="00F167E2"/>
    <w:rsid w:val="00F16ABE"/>
    <w:rsid w:val="00F16C5F"/>
    <w:rsid w:val="00F176AB"/>
    <w:rsid w:val="00F17B9B"/>
    <w:rsid w:val="00F17CEE"/>
    <w:rsid w:val="00F204D9"/>
    <w:rsid w:val="00F20CCA"/>
    <w:rsid w:val="00F21B6D"/>
    <w:rsid w:val="00F2239D"/>
    <w:rsid w:val="00F22429"/>
    <w:rsid w:val="00F2251F"/>
    <w:rsid w:val="00F23A82"/>
    <w:rsid w:val="00F24904"/>
    <w:rsid w:val="00F25A1E"/>
    <w:rsid w:val="00F25BD6"/>
    <w:rsid w:val="00F25FD5"/>
    <w:rsid w:val="00F26519"/>
    <w:rsid w:val="00F269C3"/>
    <w:rsid w:val="00F271DB"/>
    <w:rsid w:val="00F27354"/>
    <w:rsid w:val="00F27D0B"/>
    <w:rsid w:val="00F30169"/>
    <w:rsid w:val="00F302B0"/>
    <w:rsid w:val="00F307CC"/>
    <w:rsid w:val="00F30C57"/>
    <w:rsid w:val="00F3115A"/>
    <w:rsid w:val="00F32209"/>
    <w:rsid w:val="00F3341C"/>
    <w:rsid w:val="00F33668"/>
    <w:rsid w:val="00F33A6B"/>
    <w:rsid w:val="00F33FA7"/>
    <w:rsid w:val="00F33FF7"/>
    <w:rsid w:val="00F34518"/>
    <w:rsid w:val="00F34542"/>
    <w:rsid w:val="00F34D8E"/>
    <w:rsid w:val="00F34FD9"/>
    <w:rsid w:val="00F35245"/>
    <w:rsid w:val="00F36416"/>
    <w:rsid w:val="00F36A58"/>
    <w:rsid w:val="00F36B8D"/>
    <w:rsid w:val="00F37528"/>
    <w:rsid w:val="00F37C11"/>
    <w:rsid w:val="00F37CFD"/>
    <w:rsid w:val="00F406E1"/>
    <w:rsid w:val="00F407B7"/>
    <w:rsid w:val="00F40883"/>
    <w:rsid w:val="00F419C8"/>
    <w:rsid w:val="00F41C7D"/>
    <w:rsid w:val="00F423DB"/>
    <w:rsid w:val="00F424C2"/>
    <w:rsid w:val="00F4252A"/>
    <w:rsid w:val="00F425AF"/>
    <w:rsid w:val="00F431F4"/>
    <w:rsid w:val="00F44754"/>
    <w:rsid w:val="00F45EC3"/>
    <w:rsid w:val="00F45F1A"/>
    <w:rsid w:val="00F461A4"/>
    <w:rsid w:val="00F468BF"/>
    <w:rsid w:val="00F469E7"/>
    <w:rsid w:val="00F47002"/>
    <w:rsid w:val="00F47348"/>
    <w:rsid w:val="00F51494"/>
    <w:rsid w:val="00F52218"/>
    <w:rsid w:val="00F52CCC"/>
    <w:rsid w:val="00F53561"/>
    <w:rsid w:val="00F53810"/>
    <w:rsid w:val="00F54161"/>
    <w:rsid w:val="00F541E4"/>
    <w:rsid w:val="00F542D2"/>
    <w:rsid w:val="00F54573"/>
    <w:rsid w:val="00F548A5"/>
    <w:rsid w:val="00F5578E"/>
    <w:rsid w:val="00F5583E"/>
    <w:rsid w:val="00F56066"/>
    <w:rsid w:val="00F5642E"/>
    <w:rsid w:val="00F56C0B"/>
    <w:rsid w:val="00F57E76"/>
    <w:rsid w:val="00F60349"/>
    <w:rsid w:val="00F60A85"/>
    <w:rsid w:val="00F617D8"/>
    <w:rsid w:val="00F61D4A"/>
    <w:rsid w:val="00F61D56"/>
    <w:rsid w:val="00F61F6D"/>
    <w:rsid w:val="00F62787"/>
    <w:rsid w:val="00F62AED"/>
    <w:rsid w:val="00F62D07"/>
    <w:rsid w:val="00F631F8"/>
    <w:rsid w:val="00F63F18"/>
    <w:rsid w:val="00F644C7"/>
    <w:rsid w:val="00F65D92"/>
    <w:rsid w:val="00F66172"/>
    <w:rsid w:val="00F6623B"/>
    <w:rsid w:val="00F664F1"/>
    <w:rsid w:val="00F676E2"/>
    <w:rsid w:val="00F67AEB"/>
    <w:rsid w:val="00F701CB"/>
    <w:rsid w:val="00F70DA9"/>
    <w:rsid w:val="00F70E78"/>
    <w:rsid w:val="00F715C6"/>
    <w:rsid w:val="00F71F84"/>
    <w:rsid w:val="00F724CD"/>
    <w:rsid w:val="00F7272E"/>
    <w:rsid w:val="00F72A0A"/>
    <w:rsid w:val="00F72D83"/>
    <w:rsid w:val="00F73660"/>
    <w:rsid w:val="00F7385E"/>
    <w:rsid w:val="00F73B40"/>
    <w:rsid w:val="00F7422F"/>
    <w:rsid w:val="00F7470A"/>
    <w:rsid w:val="00F7479A"/>
    <w:rsid w:val="00F74EBA"/>
    <w:rsid w:val="00F75302"/>
    <w:rsid w:val="00F7617D"/>
    <w:rsid w:val="00F772F7"/>
    <w:rsid w:val="00F7741D"/>
    <w:rsid w:val="00F775EC"/>
    <w:rsid w:val="00F778B3"/>
    <w:rsid w:val="00F80E10"/>
    <w:rsid w:val="00F82634"/>
    <w:rsid w:val="00F82897"/>
    <w:rsid w:val="00F82907"/>
    <w:rsid w:val="00F834D2"/>
    <w:rsid w:val="00F835A3"/>
    <w:rsid w:val="00F83AAB"/>
    <w:rsid w:val="00F83AD4"/>
    <w:rsid w:val="00F83FAE"/>
    <w:rsid w:val="00F84C39"/>
    <w:rsid w:val="00F85019"/>
    <w:rsid w:val="00F8515C"/>
    <w:rsid w:val="00F85A26"/>
    <w:rsid w:val="00F85AB9"/>
    <w:rsid w:val="00F8612F"/>
    <w:rsid w:val="00F86E67"/>
    <w:rsid w:val="00F870E4"/>
    <w:rsid w:val="00F875A3"/>
    <w:rsid w:val="00F91A8E"/>
    <w:rsid w:val="00F91CF2"/>
    <w:rsid w:val="00F91D04"/>
    <w:rsid w:val="00F9214D"/>
    <w:rsid w:val="00F92830"/>
    <w:rsid w:val="00F92A63"/>
    <w:rsid w:val="00F92ADC"/>
    <w:rsid w:val="00F93102"/>
    <w:rsid w:val="00F938C8"/>
    <w:rsid w:val="00F95054"/>
    <w:rsid w:val="00F956E1"/>
    <w:rsid w:val="00F95E36"/>
    <w:rsid w:val="00F96BB7"/>
    <w:rsid w:val="00F97E97"/>
    <w:rsid w:val="00FA0091"/>
    <w:rsid w:val="00FA0375"/>
    <w:rsid w:val="00FA04A6"/>
    <w:rsid w:val="00FA0A21"/>
    <w:rsid w:val="00FA16B2"/>
    <w:rsid w:val="00FA19D2"/>
    <w:rsid w:val="00FA1C99"/>
    <w:rsid w:val="00FA25BD"/>
    <w:rsid w:val="00FA2DC5"/>
    <w:rsid w:val="00FA2DF8"/>
    <w:rsid w:val="00FA4DF5"/>
    <w:rsid w:val="00FA5559"/>
    <w:rsid w:val="00FA60A9"/>
    <w:rsid w:val="00FA6424"/>
    <w:rsid w:val="00FA7163"/>
    <w:rsid w:val="00FA758C"/>
    <w:rsid w:val="00FA7EE2"/>
    <w:rsid w:val="00FB0F80"/>
    <w:rsid w:val="00FB174F"/>
    <w:rsid w:val="00FB251A"/>
    <w:rsid w:val="00FB347A"/>
    <w:rsid w:val="00FB3A97"/>
    <w:rsid w:val="00FB41D3"/>
    <w:rsid w:val="00FB4B58"/>
    <w:rsid w:val="00FB4DE0"/>
    <w:rsid w:val="00FB4F39"/>
    <w:rsid w:val="00FB4FDB"/>
    <w:rsid w:val="00FB5FF3"/>
    <w:rsid w:val="00FB65C5"/>
    <w:rsid w:val="00FB690E"/>
    <w:rsid w:val="00FB69D5"/>
    <w:rsid w:val="00FB69D7"/>
    <w:rsid w:val="00FC15B1"/>
    <w:rsid w:val="00FC165E"/>
    <w:rsid w:val="00FC3049"/>
    <w:rsid w:val="00FC4037"/>
    <w:rsid w:val="00FC48EB"/>
    <w:rsid w:val="00FC5D61"/>
    <w:rsid w:val="00FC693F"/>
    <w:rsid w:val="00FC7A3D"/>
    <w:rsid w:val="00FC7B83"/>
    <w:rsid w:val="00FC7C75"/>
    <w:rsid w:val="00FC7E47"/>
    <w:rsid w:val="00FD08AB"/>
    <w:rsid w:val="00FD1864"/>
    <w:rsid w:val="00FD2078"/>
    <w:rsid w:val="00FD2667"/>
    <w:rsid w:val="00FD2B9C"/>
    <w:rsid w:val="00FD2E59"/>
    <w:rsid w:val="00FD2F0A"/>
    <w:rsid w:val="00FD2F40"/>
    <w:rsid w:val="00FD3225"/>
    <w:rsid w:val="00FD3918"/>
    <w:rsid w:val="00FD3FBF"/>
    <w:rsid w:val="00FD44C8"/>
    <w:rsid w:val="00FD4E5A"/>
    <w:rsid w:val="00FD5221"/>
    <w:rsid w:val="00FD53A5"/>
    <w:rsid w:val="00FD570B"/>
    <w:rsid w:val="00FD5C05"/>
    <w:rsid w:val="00FD6049"/>
    <w:rsid w:val="00FD6157"/>
    <w:rsid w:val="00FD7329"/>
    <w:rsid w:val="00FD7D6B"/>
    <w:rsid w:val="00FD7EAF"/>
    <w:rsid w:val="00FE012C"/>
    <w:rsid w:val="00FE0C0B"/>
    <w:rsid w:val="00FE18CD"/>
    <w:rsid w:val="00FE19D8"/>
    <w:rsid w:val="00FE2547"/>
    <w:rsid w:val="00FE2894"/>
    <w:rsid w:val="00FE28F1"/>
    <w:rsid w:val="00FE2927"/>
    <w:rsid w:val="00FE2A8E"/>
    <w:rsid w:val="00FE333F"/>
    <w:rsid w:val="00FE3A26"/>
    <w:rsid w:val="00FE3EC3"/>
    <w:rsid w:val="00FE45F2"/>
    <w:rsid w:val="00FE4CEB"/>
    <w:rsid w:val="00FE4E68"/>
    <w:rsid w:val="00FE56A2"/>
    <w:rsid w:val="00FE7595"/>
    <w:rsid w:val="00FE76E8"/>
    <w:rsid w:val="00FE79D6"/>
    <w:rsid w:val="00FE7C00"/>
    <w:rsid w:val="00FF020D"/>
    <w:rsid w:val="00FF02B9"/>
    <w:rsid w:val="00FF0CBF"/>
    <w:rsid w:val="00FF19E1"/>
    <w:rsid w:val="00FF20BB"/>
    <w:rsid w:val="00FF21E3"/>
    <w:rsid w:val="00FF2AFA"/>
    <w:rsid w:val="00FF4294"/>
    <w:rsid w:val="00FF440A"/>
    <w:rsid w:val="00FF487E"/>
    <w:rsid w:val="00FF496A"/>
    <w:rsid w:val="00FF4B5A"/>
    <w:rsid w:val="00FF5064"/>
    <w:rsid w:val="00FF61F9"/>
    <w:rsid w:val="00FF6416"/>
    <w:rsid w:val="00FF731F"/>
    <w:rsid w:val="00FF7560"/>
    <w:rsid w:val="00FF7EF3"/>
    <w:rsid w:val="01653DBF"/>
    <w:rsid w:val="051D671D"/>
    <w:rsid w:val="060DD156"/>
    <w:rsid w:val="090AA043"/>
    <w:rsid w:val="0F3AC595"/>
    <w:rsid w:val="113CABDA"/>
    <w:rsid w:val="137C8B2A"/>
    <w:rsid w:val="1393F72C"/>
    <w:rsid w:val="15A33609"/>
    <w:rsid w:val="184D4454"/>
    <w:rsid w:val="1BE992B3"/>
    <w:rsid w:val="2841C423"/>
    <w:rsid w:val="2AEC074A"/>
    <w:rsid w:val="33270124"/>
    <w:rsid w:val="3336FAC1"/>
    <w:rsid w:val="3367FCCB"/>
    <w:rsid w:val="35688F92"/>
    <w:rsid w:val="366F08AD"/>
    <w:rsid w:val="39EE4D44"/>
    <w:rsid w:val="3B3E9862"/>
    <w:rsid w:val="3B7724A2"/>
    <w:rsid w:val="40F6D3B4"/>
    <w:rsid w:val="470E7E8E"/>
    <w:rsid w:val="48512A88"/>
    <w:rsid w:val="4D150DE4"/>
    <w:rsid w:val="52FDE7FB"/>
    <w:rsid w:val="591DE4CA"/>
    <w:rsid w:val="5AD910BD"/>
    <w:rsid w:val="5DEA2152"/>
    <w:rsid w:val="5EA1373F"/>
    <w:rsid w:val="6145F35D"/>
    <w:rsid w:val="641F56A2"/>
    <w:rsid w:val="6AE2CA6D"/>
    <w:rsid w:val="6B40310C"/>
    <w:rsid w:val="6C1D710B"/>
    <w:rsid w:val="6C72B32D"/>
    <w:rsid w:val="6CEAD5E2"/>
    <w:rsid w:val="6EEFACB7"/>
    <w:rsid w:val="70CD1B81"/>
    <w:rsid w:val="73609B09"/>
    <w:rsid w:val="776791D4"/>
    <w:rsid w:val="78A6AE5B"/>
    <w:rsid w:val="7B1BB107"/>
    <w:rsid w:val="7BF6B762"/>
    <w:rsid w:val="7DBAF904"/>
    <w:rsid w:val="7E1E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3E99F"/>
  <w14:defaultImageDpi w14:val="330"/>
  <w15:docId w15:val="{85C4F93A-40A4-4BDF-ADB9-CE260194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aragrafoelencoCarattere">
    <w:name w:val="Paragrafo elenco Carattere"/>
    <w:link w:val="Paragrafoelenco"/>
    <w:uiPriority w:val="34"/>
    <w:qFormat/>
    <w:rsid w:val="001C428B"/>
  </w:style>
  <w:style w:type="paragraph" w:customStyle="1" w:styleId="Elencoacolori-Colore11">
    <w:name w:val="Elenco a colori - Colore 11"/>
    <w:basedOn w:val="Normale"/>
    <w:uiPriority w:val="34"/>
    <w:qFormat/>
    <w:rsid w:val="00D12B90"/>
    <w:pPr>
      <w:numPr>
        <w:numId w:val="11"/>
      </w:numPr>
      <w:spacing w:before="60" w:after="0" w:line="252" w:lineRule="auto"/>
      <w:contextualSpacing/>
      <w:jc w:val="both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uiPriority w:val="99"/>
    <w:unhideWhenUsed/>
    <w:rsid w:val="00D12B90"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E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FF4B5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5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532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175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175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175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75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75E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76C9C"/>
    <w:pPr>
      <w:spacing w:after="0" w:line="240" w:lineRule="auto"/>
    </w:pPr>
  </w:style>
  <w:style w:type="paragraph" w:styleId="Sommario1">
    <w:name w:val="toc 1"/>
    <w:basedOn w:val="Normale"/>
    <w:next w:val="Normale"/>
    <w:autoRedefine/>
    <w:uiPriority w:val="39"/>
    <w:unhideWhenUsed/>
    <w:rsid w:val="00212218"/>
    <w:pPr>
      <w:spacing w:after="10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077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077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40775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F66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6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450298-810A-4FF2-9560-97B82AFC4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3D272-F87F-4CF4-BECF-1A53F83823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BA4B59-AF17-4288-9070-62DED1850C63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6EAF1E89-A02E-49D6-9A24-4E8D8DDD7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8</Pages>
  <Words>1161</Words>
  <Characters>6619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7765</CharactersWithSpaces>
  <SharedDoc>false</SharedDoc>
  <HyperlinkBase/>
  <HLinks>
    <vt:vector size="180" baseType="variant">
      <vt:variant>
        <vt:i4>2490463</vt:i4>
      </vt:variant>
      <vt:variant>
        <vt:i4>171</vt:i4>
      </vt:variant>
      <vt:variant>
        <vt:i4>0</vt:i4>
      </vt:variant>
      <vt:variant>
        <vt:i4>5</vt:i4>
      </vt:variant>
      <vt:variant>
        <vt:lpwstr>mailto:dpcoe.uff4@pec.governo.it</vt:lpwstr>
      </vt:variant>
      <vt:variant>
        <vt:lpwstr/>
      </vt:variant>
      <vt:variant>
        <vt:i4>7209006</vt:i4>
      </vt:variant>
      <vt:variant>
        <vt:i4>168</vt:i4>
      </vt:variant>
      <vt:variant>
        <vt:i4>0</vt:i4>
      </vt:variant>
      <vt:variant>
        <vt:i4>5</vt:i4>
      </vt:variant>
      <vt:variant>
        <vt:lpwstr>https://capcoe.it/opportunita/avvisi/scuola_nazionale_coesione/</vt:lpwstr>
      </vt:variant>
      <vt:variant>
        <vt:lpwstr/>
      </vt:variant>
      <vt:variant>
        <vt:i4>5636191</vt:i4>
      </vt:variant>
      <vt:variant>
        <vt:i4>165</vt:i4>
      </vt:variant>
      <vt:variant>
        <vt:i4>0</vt:i4>
      </vt:variant>
      <vt:variant>
        <vt:i4>5</vt:i4>
      </vt:variant>
      <vt:variant>
        <vt:lpwstr>https://www.mur.gov.it/it/aree-tematiche/universita/le-universita</vt:lpwstr>
      </vt:variant>
      <vt:variant>
        <vt:lpwstr/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_Toc234832930</vt:lpwstr>
      </vt:variant>
      <vt:variant>
        <vt:i4>1835068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_Toc234832929</vt:lpwstr>
      </vt:variant>
      <vt:variant>
        <vt:i4>1835068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_Toc234832928</vt:lpwstr>
      </vt:variant>
      <vt:variant>
        <vt:i4>1835068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_Toc234832927</vt:lpwstr>
      </vt:variant>
      <vt:variant>
        <vt:i4>1835068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_Toc234832926</vt:lpwstr>
      </vt:variant>
      <vt:variant>
        <vt:i4>1835068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_Toc234832925</vt:lpwstr>
      </vt:variant>
      <vt:variant>
        <vt:i4>1835068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_Toc234832924</vt:lpwstr>
      </vt:variant>
      <vt:variant>
        <vt:i4>1835068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_Toc234832923</vt:lpwstr>
      </vt:variant>
      <vt:variant>
        <vt:i4>1835068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_Toc234832922</vt:lpwstr>
      </vt:variant>
      <vt:variant>
        <vt:i4>1835068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_Toc234832921</vt:lpwstr>
      </vt:variant>
      <vt:variant>
        <vt:i4>1835068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_Toc234832920</vt:lpwstr>
      </vt:variant>
      <vt:variant>
        <vt:i4>2031676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_Toc234832919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_Toc234832918</vt:lpwstr>
      </vt:variant>
      <vt:variant>
        <vt:i4>2031676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_Toc234832917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_Toc234832916</vt:lpwstr>
      </vt:variant>
      <vt:variant>
        <vt:i4>2031676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_Toc234832915</vt:lpwstr>
      </vt:variant>
      <vt:variant>
        <vt:i4>2031676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_Toc234832914</vt:lpwstr>
      </vt:variant>
      <vt:variant>
        <vt:i4>2031676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_Toc234832913</vt:lpwstr>
      </vt:variant>
      <vt:variant>
        <vt:i4>2031676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_Toc234832912</vt:lpwstr>
      </vt:variant>
      <vt:variant>
        <vt:i4>2031676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_Toc234832911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_Toc234832910</vt:lpwstr>
      </vt:variant>
      <vt:variant>
        <vt:i4>1966140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_Toc234832909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_Toc234832908</vt:lpwstr>
      </vt:variant>
      <vt:variant>
        <vt:i4>1966140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_Toc234832907</vt:lpwstr>
      </vt:variant>
      <vt:variant>
        <vt:i4>1966140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_Toc234832906</vt:lpwstr>
      </vt:variant>
      <vt:variant>
        <vt:i4>1966140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_Toc234832905</vt:lpwstr>
      </vt:variant>
      <vt:variant>
        <vt:i4>1966140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_Toc234832904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****</cp:lastModifiedBy>
  <cp:revision>372</cp:revision>
  <cp:lastPrinted>2026-07-04T00:39:00Z</cp:lastPrinted>
  <dcterms:created xsi:type="dcterms:W3CDTF">2026-07-10T23:25:00Z</dcterms:created>
  <dcterms:modified xsi:type="dcterms:W3CDTF">2026-09-09T09:27:00Z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2026-04-15T11:08:03Z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874e47c8-2408-4597-9f5d-69c0d38a97d5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0x010100E29FEADFC340DA40B2139D4BBB1A48D7</vt:lpwstr>
  </property>
  <property fmtid="{D5CDD505-2E9C-101B-9397-08002B2CF9AE}" pid="11" name="MediaServiceImageTags">
    <vt:lpwstr/>
  </property>
</Properties>
</file>