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5DD2D" w14:textId="44AA79EF" w:rsidR="00987332" w:rsidRDefault="008F113C" w:rsidP="00987332">
      <w:r>
        <w:rPr>
          <w:noProof/>
        </w:rPr>
        <w:drawing>
          <wp:anchor distT="0" distB="0" distL="114300" distR="114300" simplePos="0" relativeHeight="251660304" behindDoc="1" locked="0" layoutInCell="1" allowOverlap="1" wp14:anchorId="1DB5CA32" wp14:editId="6214D96D">
            <wp:simplePos x="0" y="0"/>
            <wp:positionH relativeFrom="page">
              <wp:align>left</wp:align>
            </wp:positionH>
            <wp:positionV relativeFrom="paragraph">
              <wp:posOffset>-1216660</wp:posOffset>
            </wp:positionV>
            <wp:extent cx="7743825" cy="10955311"/>
            <wp:effectExtent l="0" t="0" r="0" b="0"/>
            <wp:wrapNone/>
            <wp:docPr id="3960742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74211" name="Immagine 3960742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0955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2D5CC" w14:textId="39651E68" w:rsidR="00987332" w:rsidRPr="0046029A" w:rsidRDefault="00987332" w:rsidP="00987332">
      <w:r w:rsidRPr="006A081D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3FFA798" wp14:editId="4DCEE474">
                <wp:simplePos x="0" y="0"/>
                <wp:positionH relativeFrom="leftMargin">
                  <wp:posOffset>240151</wp:posOffset>
                </wp:positionH>
                <wp:positionV relativeFrom="paragraph">
                  <wp:posOffset>-54293</wp:posOffset>
                </wp:positionV>
                <wp:extent cx="339612" cy="249959"/>
                <wp:effectExtent l="6667" t="0" r="0" b="0"/>
                <wp:wrapNone/>
                <wp:docPr id="1671109550" name="Arrow: Pentago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9612" cy="249959"/>
                        </a:xfrm>
                        <a:prstGeom prst="homePlate">
                          <a:avLst>
                            <a:gd name="adj" fmla="val 46382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F82D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18" o:spid="_x0000_s1026" type="#_x0000_t15" style="position:absolute;margin-left:18.9pt;margin-top:-4.3pt;width:26.75pt;height:19.7pt;rotation:90;z-index:251658245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" adj="14226" fillcolor="white [3212]" stroked="f" strokeweight="2pt">
                <w10:wrap anchorx="margin"/>
              </v:shape>
            </w:pict>
          </mc:Fallback>
        </mc:AlternateContent>
      </w:r>
    </w:p>
    <w:p w14:paraId="65B0D3C4" w14:textId="5002E352" w:rsidR="00987332" w:rsidRDefault="00987332" w:rsidP="00987332"/>
    <w:p w14:paraId="4BB8EC2E" w14:textId="27D2F1EF" w:rsidR="00987332" w:rsidRDefault="00987332" w:rsidP="00987332"/>
    <w:p w14:paraId="104982B8" w14:textId="2BED2B7F" w:rsidR="00987332" w:rsidRDefault="00987332" w:rsidP="00987332"/>
    <w:p w14:paraId="6F2896CC" w14:textId="77777777" w:rsidR="00987332" w:rsidRDefault="00987332" w:rsidP="00987332"/>
    <w:p w14:paraId="032DF4AB" w14:textId="0ED41E8F" w:rsidR="00987332" w:rsidRDefault="00987332" w:rsidP="00987332"/>
    <w:p w14:paraId="150FEE9C" w14:textId="643ADF88" w:rsidR="00987332" w:rsidRDefault="00987332" w:rsidP="00987332"/>
    <w:p w14:paraId="1F4189C7" w14:textId="4C2D7554" w:rsidR="00987332" w:rsidRDefault="00987332" w:rsidP="00987332"/>
    <w:p w14:paraId="304F5D21" w14:textId="4121CA4F" w:rsidR="00987332" w:rsidRDefault="00987332" w:rsidP="00987332"/>
    <w:p w14:paraId="6FB4798D" w14:textId="37DC148F" w:rsidR="00987332" w:rsidRDefault="00987332" w:rsidP="00987332"/>
    <w:p w14:paraId="79A809C2" w14:textId="534E1B18" w:rsidR="00987332" w:rsidRDefault="00987332" w:rsidP="00987332"/>
    <w:p w14:paraId="3E8B5B47" w14:textId="6E155B98" w:rsidR="00987332" w:rsidRDefault="00987332" w:rsidP="00987332"/>
    <w:p w14:paraId="033979C1" w14:textId="096C9836" w:rsidR="00987332" w:rsidRDefault="00987332" w:rsidP="00987332"/>
    <w:p w14:paraId="4F00951D" w14:textId="77777777" w:rsidR="00987332" w:rsidRDefault="00987332" w:rsidP="00987332"/>
    <w:p w14:paraId="6465559F" w14:textId="5D28978F" w:rsidR="00987332" w:rsidRDefault="00987332" w:rsidP="00987332"/>
    <w:p w14:paraId="1E92AEAC" w14:textId="77777777" w:rsidR="00987332" w:rsidRDefault="00987332" w:rsidP="00987332"/>
    <w:p w14:paraId="7C43C443" w14:textId="33D05E01" w:rsidR="00987332" w:rsidRDefault="00987332" w:rsidP="00987332"/>
    <w:p w14:paraId="64DAC016" w14:textId="2617F888" w:rsidR="0000682E" w:rsidRPr="00F80E10" w:rsidRDefault="008F113C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  <w:r w:rsidRPr="006A081D"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3285A23A" wp14:editId="74E626A6">
                <wp:simplePos x="0" y="0"/>
                <wp:positionH relativeFrom="margin">
                  <wp:posOffset>-705485</wp:posOffset>
                </wp:positionH>
                <wp:positionV relativeFrom="paragraph">
                  <wp:posOffset>730885</wp:posOffset>
                </wp:positionV>
                <wp:extent cx="6719570" cy="1698172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9570" cy="16981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0F720" w14:textId="77777777" w:rsidR="00987332" w:rsidRPr="00430ECF" w:rsidRDefault="00987332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7F81F26B" w14:textId="6A68F45D" w:rsidR="00B218BD" w:rsidRPr="008F113C" w:rsidRDefault="008701D0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8F113C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Allegato </w:t>
                            </w:r>
                            <w:r w:rsidR="0051758E" w:rsidRPr="008F113C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1 - MODELLO E</w:t>
                            </w:r>
                            <w:r w:rsidRPr="008F113C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- </w:t>
                            </w:r>
                            <w:r w:rsidR="00B218BD" w:rsidRPr="008F113C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AVVISO Azione 2.4 </w:t>
                            </w:r>
                          </w:p>
                          <w:p w14:paraId="48055620" w14:textId="3C295977" w:rsidR="00987332" w:rsidRPr="008F113C" w:rsidRDefault="004479A0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8F113C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Programma Nazionale Capacità per la Coesione</w:t>
                            </w:r>
                            <w:r w:rsidR="00414D10" w:rsidRPr="008F113C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Assistenza Tecnica</w:t>
                            </w:r>
                            <w:r w:rsidRPr="008F113C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2021-2027</w:t>
                            </w:r>
                          </w:p>
                          <w:p w14:paraId="2072DC40" w14:textId="77777777" w:rsidR="005B69D6" w:rsidRPr="00430ECF" w:rsidRDefault="005B69D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5A2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5.55pt;margin-top:57.55pt;width:529.1pt;height:133.7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" filled="f" stroked="f">
                <v:textbox>
                  <w:txbxContent>
                    <w:p w14:paraId="48B0F720" w14:textId="77777777" w:rsidR="00987332" w:rsidRPr="00430ECF" w:rsidRDefault="00987332" w:rsidP="00B218BD">
                      <w:pPr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7F81F26B" w14:textId="6A68F45D" w:rsidR="00B218BD" w:rsidRPr="008F113C" w:rsidRDefault="008701D0" w:rsidP="00B218BD">
                      <w:pP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8F113C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Allegato </w:t>
                      </w:r>
                      <w:r w:rsidR="0051758E" w:rsidRPr="008F113C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1 - MODELLO E</w:t>
                      </w:r>
                      <w:r w:rsidRPr="008F113C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- </w:t>
                      </w:r>
                      <w:r w:rsidR="00B218BD" w:rsidRPr="008F113C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AVVISO Azione 2.4 </w:t>
                      </w:r>
                    </w:p>
                    <w:p w14:paraId="48055620" w14:textId="3C295977" w:rsidR="00987332" w:rsidRPr="008F113C" w:rsidRDefault="004479A0" w:rsidP="00B218BD">
                      <w:pP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8F113C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Programma Nazionale Capacità per la Coesione</w:t>
                      </w:r>
                      <w:r w:rsidR="00414D10" w:rsidRPr="008F113C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Assistenza Tecnica</w:t>
                      </w:r>
                      <w:r w:rsidRPr="008F113C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2021-2027</w:t>
                      </w:r>
                    </w:p>
                    <w:p w14:paraId="2072DC40" w14:textId="77777777" w:rsidR="005B69D6" w:rsidRPr="00430ECF" w:rsidRDefault="005B69D6">
                      <w:pPr>
                        <w:spacing w:after="0" w:line="240" w:lineRule="auto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279D9" w:rsidRPr="00F80E10">
        <w:rPr>
          <w:rFonts w:eastAsiaTheme="majorEastAsia" w:cstheme="majorBidi"/>
          <w:b/>
          <w:color w:val="365F91" w:themeColor="accent1" w:themeShade="BF"/>
        </w:rPr>
        <w:br w:type="page"/>
      </w:r>
      <w:bookmarkStart w:id="0" w:name="_Hlk148026244"/>
    </w:p>
    <w:p w14:paraId="481C8A9E" w14:textId="77777777" w:rsidR="0000682E" w:rsidRPr="00F80E10" w:rsidRDefault="0000682E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</w:p>
    <w:p w14:paraId="071FF852" w14:textId="77777777" w:rsidR="0000682E" w:rsidRPr="00F80E10" w:rsidRDefault="0000682E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</w:p>
    <w:p w14:paraId="10A831EF" w14:textId="09FE9828" w:rsidR="00AF1D26" w:rsidRDefault="00AF1D26" w:rsidP="00AF1D26">
      <w:pPr>
        <w:autoSpaceDE w:val="0"/>
        <w:autoSpaceDN w:val="0"/>
        <w:adjustRightInd w:val="0"/>
        <w:spacing w:after="40" w:line="240" w:lineRule="auto"/>
        <w:jc w:val="center"/>
        <w:rPr>
          <w:rFonts w:asciiTheme="majorHAnsi" w:hAnsiTheme="majorHAnsi" w:cstheme="majorBidi"/>
          <w:b/>
          <w:bCs/>
          <w:sz w:val="44"/>
          <w:szCs w:val="44"/>
        </w:rPr>
      </w:pPr>
      <w:r w:rsidRPr="006A081D">
        <w:rPr>
          <w:noProof/>
        </w:rPr>
        <w:drawing>
          <wp:inline distT="0" distB="0" distL="0" distR="0" wp14:anchorId="2C6C35D6" wp14:editId="4E5A217E">
            <wp:extent cx="3030448" cy="1216550"/>
            <wp:effectExtent l="0" t="0" r="0" b="3175"/>
            <wp:docPr id="7" name="Immagine 7" descr="PN Capacità per la Coesione 2021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 Capacità per la Coesione 2021-20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277" cy="123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04D68" w14:textId="77777777" w:rsidR="00AF1D26" w:rsidRDefault="00AF1D26" w:rsidP="00AF1D26">
      <w:pPr>
        <w:autoSpaceDE w:val="0"/>
        <w:autoSpaceDN w:val="0"/>
        <w:adjustRightInd w:val="0"/>
        <w:spacing w:after="40" w:line="240" w:lineRule="auto"/>
        <w:jc w:val="both"/>
        <w:rPr>
          <w:rFonts w:asciiTheme="majorHAnsi" w:hAnsiTheme="majorHAnsi" w:cstheme="majorBidi"/>
          <w:b/>
          <w:bCs/>
          <w:sz w:val="44"/>
          <w:szCs w:val="44"/>
        </w:rPr>
      </w:pPr>
    </w:p>
    <w:p w14:paraId="7DF64F5E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b/>
          <w:bCs/>
          <w:sz w:val="44"/>
          <w:szCs w:val="44"/>
        </w:rPr>
      </w:pPr>
    </w:p>
    <w:p w14:paraId="6D4FB904" w14:textId="77777777" w:rsidR="00AF1D26" w:rsidRDefault="00AF1D26" w:rsidP="00AF1D26">
      <w:pPr>
        <w:autoSpaceDE w:val="0"/>
        <w:autoSpaceDN w:val="0"/>
        <w:adjustRightInd w:val="0"/>
        <w:spacing w:after="40" w:line="240" w:lineRule="auto"/>
        <w:jc w:val="center"/>
        <w:rPr>
          <w:rFonts w:asciiTheme="majorHAnsi" w:hAnsiTheme="majorHAnsi" w:cstheme="majorHAnsi"/>
          <w:b/>
          <w:bCs/>
          <w:sz w:val="44"/>
          <w:szCs w:val="60"/>
        </w:rPr>
      </w:pPr>
    </w:p>
    <w:bookmarkEnd w:id="0"/>
    <w:p w14:paraId="0C83A3A2" w14:textId="77777777" w:rsidR="00624907" w:rsidRPr="004C6296" w:rsidRDefault="00624907" w:rsidP="00624907">
      <w:pPr>
        <w:pStyle w:val="Titolo1"/>
        <w:jc w:val="center"/>
        <w:rPr>
          <w:rFonts w:ascii="Calibri" w:hAnsi="Calibri" w:cs="Calibri"/>
          <w:b w:val="0"/>
          <w:color w:val="1F497D" w:themeColor="text2"/>
        </w:rPr>
      </w:pPr>
      <w:r w:rsidRPr="00002735">
        <w:rPr>
          <w:rFonts w:ascii="Calibri" w:hAnsi="Calibri" w:cs="Calibri"/>
          <w:color w:val="1F497D" w:themeColor="text2"/>
        </w:rPr>
        <w:t>MODELLO E – Accordo tra Università</w:t>
      </w:r>
    </w:p>
    <w:p w14:paraId="2553CA52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HAnsi"/>
          <w:sz w:val="44"/>
          <w:szCs w:val="60"/>
        </w:rPr>
      </w:pPr>
    </w:p>
    <w:p w14:paraId="1A8577EB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0D563AD5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401BA34B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7F544AA3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HAnsi"/>
          <w:sz w:val="44"/>
          <w:szCs w:val="60"/>
        </w:rPr>
      </w:pPr>
    </w:p>
    <w:p w14:paraId="27C607D9" w14:textId="77777777" w:rsidR="00231083" w:rsidRDefault="00231083" w:rsidP="00AF1D26">
      <w:pPr>
        <w:spacing w:after="40" w:line="240" w:lineRule="auto"/>
        <w:jc w:val="both"/>
        <w:rPr>
          <w:rFonts w:asciiTheme="majorHAnsi" w:hAnsiTheme="majorHAnsi" w:cstheme="majorHAnsi"/>
          <w:sz w:val="44"/>
          <w:szCs w:val="60"/>
        </w:rPr>
      </w:pPr>
    </w:p>
    <w:p w14:paraId="5FC0399D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69909A7B" w14:textId="77777777" w:rsidR="00231083" w:rsidRDefault="00231083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29A47C16" w14:textId="77777777" w:rsidR="00231083" w:rsidRDefault="00231083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7AD20EB4" w14:textId="77777777" w:rsidR="00231083" w:rsidRDefault="00231083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6C6F132D" w14:textId="00A633A1" w:rsidR="00AF1D26" w:rsidRPr="001A6CBF" w:rsidRDefault="00AF1D26" w:rsidP="00AF1D26">
      <w:pPr>
        <w:spacing w:after="40" w:line="240" w:lineRule="auto"/>
        <w:ind w:left="-360"/>
        <w:jc w:val="both"/>
        <w:rPr>
          <w:rFonts w:asciiTheme="majorHAnsi" w:hAnsiTheme="majorHAnsi" w:cstheme="majorBidi"/>
          <w:sz w:val="44"/>
          <w:szCs w:val="44"/>
        </w:rPr>
      </w:pPr>
    </w:p>
    <w:p w14:paraId="3CD21848" w14:textId="0D3C6CB2" w:rsidR="00954CDF" w:rsidRPr="00624907" w:rsidRDefault="00954CDF" w:rsidP="000270A4">
      <w:pPr>
        <w:spacing w:after="40" w:line="360" w:lineRule="auto"/>
        <w:rPr>
          <w:rFonts w:ascii="Calibri" w:hAnsi="Calibri" w:cs="Calibri"/>
        </w:rPr>
      </w:pPr>
      <w:r w:rsidRPr="001C6474">
        <w:rPr>
          <w:rFonts w:ascii="Calibri" w:hAnsi="Calibri" w:cs="Calibri"/>
        </w:rPr>
        <w:br w:type="page"/>
      </w:r>
    </w:p>
    <w:p w14:paraId="52805AEB" w14:textId="2331D3F2" w:rsidR="003B7AE0" w:rsidRPr="00A2225E" w:rsidRDefault="00C21121" w:rsidP="00A2225E">
      <w:pPr>
        <w:spacing w:after="40" w:line="360" w:lineRule="auto"/>
        <w:jc w:val="center"/>
        <w:rPr>
          <w:rFonts w:ascii="Calibri" w:hAnsi="Calibri" w:cs="Calibri"/>
          <w:b/>
          <w:bCs/>
          <w:color w:val="1F497D" w:themeColor="text2"/>
        </w:rPr>
      </w:pPr>
      <w:bookmarkStart w:id="1" w:name="_Toc234832928"/>
      <w:r w:rsidRPr="00A2225E">
        <w:rPr>
          <w:rFonts w:ascii="Calibri" w:hAnsi="Calibri" w:cs="Calibri"/>
          <w:b/>
          <w:bCs/>
          <w:color w:val="1F497D" w:themeColor="text2"/>
        </w:rPr>
        <w:lastRenderedPageBreak/>
        <w:t>Accordo tra Università</w:t>
      </w:r>
      <w:bookmarkEnd w:id="1"/>
    </w:p>
    <w:p w14:paraId="212CBE7E" w14:textId="77777777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b/>
          <w:bCs/>
          <w:color w:val="1F497D"/>
        </w:rPr>
      </w:pPr>
      <w:r w:rsidRPr="00631196">
        <w:rPr>
          <w:rFonts w:ascii="Calibri" w:eastAsia="MS Mincho" w:hAnsi="Calibri" w:cs="Calibri"/>
          <w:b/>
          <w:bCs/>
          <w:color w:val="1F497D"/>
        </w:rPr>
        <w:t>Premessa</w:t>
      </w:r>
    </w:p>
    <w:p w14:paraId="4C94A870" w14:textId="34C2E556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 xml:space="preserve">I sottoscritti soggetti partecipanti alla presente candidatura in forma associata dichiarano di </w:t>
      </w:r>
      <w:r w:rsidR="00BC04E4">
        <w:rPr>
          <w:rFonts w:ascii="Calibri" w:eastAsia="MS Mincho" w:hAnsi="Calibri" w:cs="Calibri"/>
          <w:color w:val="1F497D"/>
        </w:rPr>
        <w:t>collaborare</w:t>
      </w:r>
      <w:r w:rsidRPr="00631196">
        <w:rPr>
          <w:rFonts w:ascii="Calibri" w:eastAsia="MS Mincho" w:hAnsi="Calibri" w:cs="Calibri"/>
          <w:color w:val="1F497D"/>
        </w:rPr>
        <w:t xml:space="preserve"> alla realizzazione della proposta progettuale presentata nell'ambito dell'Avviso pubblico "Scuola Nazionale della Coesione".</w:t>
      </w:r>
    </w:p>
    <w:p w14:paraId="7E0EA128" w14:textId="77777777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Ai fini della partecipazione all'Avviso, le Parti individuano quale unico referente nei confronti dell'Amministrazione il soggetto capofila di seguito indicato.</w:t>
      </w:r>
    </w:p>
    <w:p w14:paraId="12497EE2" w14:textId="77777777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</w:p>
    <w:p w14:paraId="2895679D" w14:textId="70CACA95" w:rsidR="003B7AE0" w:rsidRPr="00631196" w:rsidRDefault="00825B68" w:rsidP="003B7AE0">
      <w:pPr>
        <w:spacing w:after="40" w:line="360" w:lineRule="auto"/>
        <w:jc w:val="both"/>
        <w:rPr>
          <w:rFonts w:ascii="Calibri" w:eastAsia="MS Mincho" w:hAnsi="Calibri" w:cs="Calibri"/>
          <w:b/>
          <w:bCs/>
          <w:color w:val="1F497D"/>
        </w:rPr>
      </w:pPr>
      <w:r>
        <w:rPr>
          <w:rFonts w:ascii="Calibri" w:eastAsia="MS Mincho" w:hAnsi="Calibri" w:cs="Calibri"/>
          <w:b/>
          <w:bCs/>
          <w:color w:val="1F497D"/>
        </w:rPr>
        <w:t>PARTI CONTRAENTI DELL’ACCORDO</w:t>
      </w:r>
    </w:p>
    <w:p w14:paraId="06B4BEC4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b/>
          <w:bCs/>
          <w:color w:val="1F497D"/>
        </w:rPr>
      </w:pPr>
      <w:r w:rsidRPr="00631196">
        <w:rPr>
          <w:rFonts w:ascii="Calibri" w:eastAsia="MS Mincho" w:hAnsi="Calibri" w:cs="Calibri"/>
          <w:b/>
          <w:bCs/>
          <w:color w:val="1F497D"/>
        </w:rPr>
        <w:t>Soggetto capofila</w:t>
      </w:r>
    </w:p>
    <w:p w14:paraId="5F0718AD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Denominazione: ______________________________________</w:t>
      </w:r>
    </w:p>
    <w:p w14:paraId="2E4A9CE2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Codice fiscale/Partita IVA: _____________________________</w:t>
      </w:r>
    </w:p>
    <w:p w14:paraId="7F71637D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Sede legale: __________________________________________</w:t>
      </w:r>
    </w:p>
    <w:p w14:paraId="3C02A700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Legale rappresentante: ________________________________</w:t>
      </w:r>
    </w:p>
    <w:p w14:paraId="211332A8" w14:textId="77777777" w:rsidR="00D01E96" w:rsidRDefault="00D01E96" w:rsidP="003B7AE0">
      <w:pPr>
        <w:spacing w:after="40" w:line="360" w:lineRule="auto"/>
        <w:jc w:val="both"/>
        <w:rPr>
          <w:rFonts w:ascii="Calibri" w:eastAsia="MS Mincho" w:hAnsi="Calibri" w:cs="Calibri"/>
          <w:b/>
          <w:bCs/>
          <w:color w:val="1F497D"/>
        </w:rPr>
      </w:pPr>
    </w:p>
    <w:p w14:paraId="4CCD76C1" w14:textId="0ED1C8DB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b/>
          <w:bCs/>
          <w:color w:val="1F497D"/>
        </w:rPr>
      </w:pPr>
      <w:r w:rsidRPr="00631196">
        <w:rPr>
          <w:rFonts w:ascii="Calibri" w:eastAsia="MS Mincho" w:hAnsi="Calibri" w:cs="Calibri"/>
          <w:b/>
          <w:bCs/>
          <w:color w:val="1F497D"/>
        </w:rPr>
        <w:t>Soggetti partner</w:t>
      </w:r>
    </w:p>
    <w:p w14:paraId="01519618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b/>
          <w:bCs/>
          <w:color w:val="1F497D"/>
        </w:rPr>
      </w:pPr>
      <w:r w:rsidRPr="00631196">
        <w:rPr>
          <w:rFonts w:ascii="Calibri" w:eastAsia="MS Mincho" w:hAnsi="Calibri" w:cs="Calibri"/>
          <w:b/>
          <w:bCs/>
          <w:color w:val="1F497D"/>
        </w:rPr>
        <w:t>Partner n. 1</w:t>
      </w:r>
    </w:p>
    <w:p w14:paraId="31F7D13D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Denominazione: ______________________________________</w:t>
      </w:r>
    </w:p>
    <w:p w14:paraId="0B22E5AF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Codice fiscale/Partita IVA: _____________________________</w:t>
      </w:r>
    </w:p>
    <w:p w14:paraId="54D2255B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Sede legale: __________________________________________</w:t>
      </w:r>
    </w:p>
    <w:p w14:paraId="1CEFEDCA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Legale rappresentante: ________________________________</w:t>
      </w:r>
    </w:p>
    <w:p w14:paraId="29C246A1" w14:textId="77777777" w:rsidR="007613AB" w:rsidRDefault="007613AB" w:rsidP="003B7AE0">
      <w:pPr>
        <w:spacing w:after="40" w:line="360" w:lineRule="auto"/>
        <w:jc w:val="both"/>
        <w:rPr>
          <w:rFonts w:ascii="Calibri" w:eastAsia="MS Mincho" w:hAnsi="Calibri" w:cs="Calibri"/>
          <w:b/>
          <w:bCs/>
          <w:color w:val="1F497D"/>
        </w:rPr>
      </w:pPr>
    </w:p>
    <w:p w14:paraId="3B821262" w14:textId="22C990BC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b/>
          <w:bCs/>
          <w:color w:val="1F497D"/>
        </w:rPr>
      </w:pPr>
      <w:r w:rsidRPr="00631196">
        <w:rPr>
          <w:rFonts w:ascii="Calibri" w:eastAsia="MS Mincho" w:hAnsi="Calibri" w:cs="Calibri"/>
          <w:b/>
          <w:bCs/>
          <w:color w:val="1F497D"/>
        </w:rPr>
        <w:t>Partner n. 2</w:t>
      </w:r>
    </w:p>
    <w:p w14:paraId="080815B1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Denominazione: ______________________________________</w:t>
      </w:r>
    </w:p>
    <w:p w14:paraId="3934E3D8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Codice fiscale/Partita IVA: _____________________________</w:t>
      </w:r>
    </w:p>
    <w:p w14:paraId="3D15A651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Sede legale: __________________________________________</w:t>
      </w:r>
    </w:p>
    <w:p w14:paraId="029A4AE5" w14:textId="77777777" w:rsidR="003B7AE0" w:rsidRPr="00631196" w:rsidRDefault="003B7AE0" w:rsidP="0076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Legale rappresentante: ________________________________</w:t>
      </w:r>
    </w:p>
    <w:p w14:paraId="22C09627" w14:textId="77777777" w:rsidR="007613AB" w:rsidRDefault="007613AB" w:rsidP="003B7AE0">
      <w:pPr>
        <w:spacing w:after="40" w:line="360" w:lineRule="auto"/>
        <w:jc w:val="both"/>
        <w:rPr>
          <w:rFonts w:ascii="Calibri" w:eastAsia="MS Mincho" w:hAnsi="Calibri" w:cs="Calibri"/>
          <w:b/>
          <w:bCs/>
          <w:color w:val="1F497D"/>
        </w:rPr>
      </w:pPr>
    </w:p>
    <w:p w14:paraId="36071305" w14:textId="77777777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(aggiungere ulteriori sezioni se necessario)</w:t>
      </w:r>
    </w:p>
    <w:p w14:paraId="48717C62" w14:textId="77777777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</w:p>
    <w:p w14:paraId="44BDA613" w14:textId="77777777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I soggetti sopra elencati conferiscono al soggetto capofila il mandato a:</w:t>
      </w:r>
    </w:p>
    <w:p w14:paraId="3A990503" w14:textId="44DF9AE3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>presentare la candidatura;</w:t>
      </w:r>
    </w:p>
    <w:p w14:paraId="1B622354" w14:textId="750BF1A8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>sottoscrivere la Convenzione con l'Amministrazione;</w:t>
      </w:r>
    </w:p>
    <w:p w14:paraId="1EF1FBD3" w14:textId="7AC7B841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>curare tutti i rapporti istituzionali con l'Amministrazione;</w:t>
      </w:r>
    </w:p>
    <w:p w14:paraId="44568ADE" w14:textId="0B1F8ACD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>coordinare l'attuazione della proposta progettuale;</w:t>
      </w:r>
    </w:p>
    <w:p w14:paraId="471A4FD9" w14:textId="49E1595C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>presentare richieste di modifica, chiarimenti e integrazioni;</w:t>
      </w:r>
    </w:p>
    <w:p w14:paraId="57761292" w14:textId="17D9B2FE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>trasmettere dati di monitoraggio e documentazione amministrativa;</w:t>
      </w:r>
    </w:p>
    <w:p w14:paraId="67B3439A" w14:textId="79E64B41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>ricevere le comunicazioni ufficiali dell'Amministrazione.</w:t>
      </w:r>
    </w:p>
    <w:p w14:paraId="63355F9B" w14:textId="12FD4F7A" w:rsidR="003B7AE0" w:rsidRPr="006F09BF" w:rsidRDefault="003B7AE0" w:rsidP="006F09BF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 xml:space="preserve">Resta ferma la responsabilità di ciascun partner nei rapporti interni </w:t>
      </w:r>
      <w:r w:rsidR="00E3262F">
        <w:rPr>
          <w:rFonts w:ascii="Calibri" w:eastAsia="MS Mincho" w:hAnsi="Calibri" w:cs="Calibri"/>
          <w:color w:val="1F497D"/>
        </w:rPr>
        <w:t>rispetto al presente accordo</w:t>
      </w:r>
      <w:r w:rsidRPr="006F09BF">
        <w:rPr>
          <w:rFonts w:ascii="Calibri" w:eastAsia="MS Mincho" w:hAnsi="Calibri" w:cs="Calibri"/>
          <w:color w:val="1F497D"/>
        </w:rPr>
        <w:t xml:space="preserve"> per le attività direttamente realizzate. Nei confronti dell'Amministrazione, il soggetto capofila, quale soggetto attuatore individuato nella Convenzione, assume il coordinamento e la responsabilità complessiva dell'attuazione dell'intervento, fatti salvi gli obblighi imputabili ai singoli partner.</w:t>
      </w:r>
    </w:p>
    <w:p w14:paraId="03DF088D" w14:textId="77777777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</w:p>
    <w:p w14:paraId="1E57C41E" w14:textId="77777777" w:rsidR="003B7AE0" w:rsidRPr="003B7AE0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b/>
          <w:bCs/>
          <w:color w:val="1F497D"/>
        </w:rPr>
      </w:pPr>
      <w:r w:rsidRPr="003B7AE0">
        <w:rPr>
          <w:rFonts w:ascii="Calibri" w:eastAsia="MS Mincho" w:hAnsi="Calibri" w:cs="Calibri"/>
          <w:b/>
          <w:bCs/>
          <w:color w:val="1F497D"/>
        </w:rPr>
        <w:t>RIPARTIZIONE DELLE ATTIVITÀ</w:t>
      </w:r>
    </w:p>
    <w:p w14:paraId="280B83E6" w14:textId="3363AE3B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noProof/>
          <w:color w:val="1F497D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41C73E00" wp14:editId="13A25E6B">
                <wp:simplePos x="0" y="0"/>
                <wp:positionH relativeFrom="margin">
                  <wp:align>left</wp:align>
                </wp:positionH>
                <wp:positionV relativeFrom="paragraph">
                  <wp:posOffset>767857</wp:posOffset>
                </wp:positionV>
                <wp:extent cx="6008370" cy="1555115"/>
                <wp:effectExtent l="0" t="0" r="11430" b="26035"/>
                <wp:wrapTopAndBottom/>
                <wp:docPr id="37844982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8370" cy="155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B5DB1" w14:textId="3A79DAC8" w:rsidR="003B7AE0" w:rsidRPr="005B3FB5" w:rsidRDefault="003B7AE0" w:rsidP="003B7AE0">
                            <w:pP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 xml:space="preserve">Modalità di ripartizione delle attività tra </w:t>
                            </w:r>
                            <w:r w:rsidR="00B720AE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i partner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1C73E00" id="Casella di testo 2" o:spid="_x0000_s1028" type="#_x0000_t202" style="position:absolute;left:0;text-align:left;margin-left:0;margin-top:60.45pt;width:473.1pt;height:122.45pt;z-index:2516582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">
                <v:textbox>
                  <w:txbxContent>
                    <w:p w14:paraId="0D0B5DB1" w14:textId="3A79DAC8" w:rsidR="003B7AE0" w:rsidRPr="005B3FB5" w:rsidRDefault="003B7AE0" w:rsidP="003B7AE0">
                      <w:pPr>
                        <w:rPr>
                          <w:rFonts w:ascii="Calibri" w:hAnsi="Calibri" w:cs="Calibri"/>
                          <w:color w:val="1F497D" w:themeColor="text2"/>
                        </w:rPr>
                      </w:pPr>
                      <w:r>
                        <w:rPr>
                          <w:rFonts w:ascii="Calibri" w:hAnsi="Calibri" w:cs="Calibri"/>
                          <w:color w:val="1F497D" w:themeColor="text2"/>
                        </w:rPr>
                        <w:t xml:space="preserve">Modalità di ripartizione delle attività tra </w:t>
                      </w:r>
                      <w:r w:rsidR="00B720AE">
                        <w:rPr>
                          <w:rFonts w:ascii="Calibri" w:hAnsi="Calibri" w:cs="Calibri"/>
                          <w:color w:val="1F497D" w:themeColor="text2"/>
                        </w:rPr>
                        <w:t>i partner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31196">
        <w:rPr>
          <w:rFonts w:ascii="Calibri" w:eastAsia="MS Mincho" w:hAnsi="Calibri" w:cs="Calibri"/>
          <w:color w:val="1F497D"/>
        </w:rPr>
        <w:t xml:space="preserve">Descrivere la ripartizione delle competenze, delle attività e delle responsabilità tra capofila e partner, nonché le modalità di coordinamento </w:t>
      </w:r>
      <w:r w:rsidR="00263A52">
        <w:rPr>
          <w:rFonts w:ascii="Calibri" w:eastAsia="MS Mincho" w:hAnsi="Calibri" w:cs="Calibri"/>
          <w:color w:val="1F497D"/>
        </w:rPr>
        <w:t>di tutt</w:t>
      </w:r>
      <w:r w:rsidR="00DE7C28">
        <w:rPr>
          <w:rFonts w:ascii="Calibri" w:eastAsia="MS Mincho" w:hAnsi="Calibri" w:cs="Calibri"/>
          <w:color w:val="1F497D"/>
        </w:rPr>
        <w:t>e le parti co</w:t>
      </w:r>
      <w:r w:rsidR="00310CF0">
        <w:rPr>
          <w:rFonts w:ascii="Calibri" w:eastAsia="MS Mincho" w:hAnsi="Calibri" w:cs="Calibri"/>
          <w:color w:val="1F497D"/>
        </w:rPr>
        <w:t>n</w:t>
      </w:r>
      <w:r w:rsidR="00DE7C28">
        <w:rPr>
          <w:rFonts w:ascii="Calibri" w:eastAsia="MS Mincho" w:hAnsi="Calibri" w:cs="Calibri"/>
          <w:color w:val="1F497D"/>
        </w:rPr>
        <w:t>traenti</w:t>
      </w:r>
      <w:r w:rsidRPr="00631196">
        <w:rPr>
          <w:rFonts w:ascii="Calibri" w:eastAsia="MS Mincho" w:hAnsi="Calibri" w:cs="Calibri"/>
          <w:color w:val="1F497D"/>
        </w:rPr>
        <w:t>, in coerenza con quanto illustrato nella sezione A.4 della proposta progettuale.</w:t>
      </w:r>
    </w:p>
    <w:p w14:paraId="2B5BC72C" w14:textId="77777777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Le parti si impegnano a:</w:t>
      </w:r>
    </w:p>
    <w:p w14:paraId="7AF4AB5D" w14:textId="3B33775F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 xml:space="preserve">collaborare alla corretta attuazione della proposta progettuale; </w:t>
      </w:r>
    </w:p>
    <w:p w14:paraId="175EFA76" w14:textId="6E27832C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 xml:space="preserve">garantire il rispetto dell'Avviso, della Convenzione e della normativa applicabile; </w:t>
      </w:r>
    </w:p>
    <w:p w14:paraId="31BB3518" w14:textId="52595C40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 xml:space="preserve">mettere a disposizione le competenze e le risorse necessarie allo svolgimento delle attività di propria competenza; </w:t>
      </w:r>
    </w:p>
    <w:p w14:paraId="75F0A458" w14:textId="6CE319B9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 xml:space="preserve">assicurare la trasmissione dei dati richiesti dal soggetto capofila; </w:t>
      </w:r>
    </w:p>
    <w:p w14:paraId="2BDDC0E0" w14:textId="113A255E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lastRenderedPageBreak/>
        <w:t>rispettare gli obblighi di monitoraggio, controllo e conservazione documentale previsti dall'Avviso.</w:t>
      </w:r>
    </w:p>
    <w:p w14:paraId="753D236B" w14:textId="77777777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</w:p>
    <w:p w14:paraId="4584BC1A" w14:textId="77777777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b/>
          <w:bCs/>
          <w:color w:val="1F497D"/>
        </w:rPr>
      </w:pPr>
      <w:r w:rsidRPr="00631196">
        <w:rPr>
          <w:rFonts w:ascii="Calibri" w:eastAsia="MS Mincho" w:hAnsi="Calibri" w:cs="Calibri"/>
          <w:b/>
          <w:bCs/>
          <w:color w:val="1F497D"/>
        </w:rPr>
        <w:t>I sottoscritti dichiarano:</w:t>
      </w:r>
    </w:p>
    <w:p w14:paraId="10311195" w14:textId="199C5EC4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 xml:space="preserve">di partecipare congiuntamente alla proposta progettuale dando seguito a quanto previsto </w:t>
      </w:r>
      <w:r w:rsidR="00DB04AA">
        <w:rPr>
          <w:rFonts w:ascii="Calibri" w:eastAsia="MS Mincho" w:hAnsi="Calibri" w:cs="Calibri"/>
          <w:color w:val="1F497D"/>
        </w:rPr>
        <w:t xml:space="preserve">nel </w:t>
      </w:r>
      <w:r w:rsidRPr="006F09BF">
        <w:rPr>
          <w:rFonts w:ascii="Calibri" w:eastAsia="MS Mincho" w:hAnsi="Calibri" w:cs="Calibri"/>
          <w:color w:val="1F497D"/>
        </w:rPr>
        <w:t xml:space="preserve">presente </w:t>
      </w:r>
      <w:r w:rsidR="00DB04AA">
        <w:rPr>
          <w:rFonts w:ascii="Calibri" w:eastAsia="MS Mincho" w:hAnsi="Calibri" w:cs="Calibri"/>
          <w:color w:val="1F497D"/>
        </w:rPr>
        <w:t>accordo</w:t>
      </w:r>
      <w:r w:rsidRPr="006F09BF">
        <w:rPr>
          <w:rFonts w:ascii="Calibri" w:eastAsia="MS Mincho" w:hAnsi="Calibri" w:cs="Calibri"/>
          <w:color w:val="1F497D"/>
        </w:rPr>
        <w:t>;</w:t>
      </w:r>
    </w:p>
    <w:p w14:paraId="457C3654" w14:textId="3074771E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>di accettare integralmente le disposizioni dell'Avviso;</w:t>
      </w:r>
    </w:p>
    <w:p w14:paraId="493D0D01" w14:textId="7B91CFD9" w:rsidR="003B7AE0" w:rsidRPr="006F09BF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F09BF">
        <w:rPr>
          <w:rFonts w:ascii="Calibri" w:eastAsia="MS Mincho" w:hAnsi="Calibri" w:cs="Calibri"/>
          <w:color w:val="1F497D"/>
        </w:rPr>
        <w:t>di confermare il ruolo del soggetto capofila quale unico referente nei confronti dell'Amministrazione;</w:t>
      </w:r>
    </w:p>
    <w:p w14:paraId="4628CD0F" w14:textId="67CE56CD" w:rsidR="003B7AE0" w:rsidRPr="00A01094" w:rsidRDefault="003E411E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>
        <w:rPr>
          <w:rFonts w:ascii="Calibri" w:eastAsia="MS Mincho" w:hAnsi="Calibri" w:cs="Calibri"/>
          <w:color w:val="1F497D"/>
        </w:rPr>
        <w:t xml:space="preserve">che </w:t>
      </w:r>
      <w:r w:rsidR="00E66FBF">
        <w:rPr>
          <w:rFonts w:ascii="Calibri" w:eastAsia="MS Mincho" w:hAnsi="Calibri" w:cs="Calibri"/>
          <w:color w:val="1F497D"/>
        </w:rPr>
        <w:t>tutte</w:t>
      </w:r>
      <w:r>
        <w:rPr>
          <w:rFonts w:ascii="Calibri" w:eastAsia="MS Mincho" w:hAnsi="Calibri" w:cs="Calibri"/>
          <w:color w:val="1F497D"/>
        </w:rPr>
        <w:t xml:space="preserve"> </w:t>
      </w:r>
      <w:r w:rsidR="00E66FBF">
        <w:rPr>
          <w:rFonts w:ascii="Calibri" w:eastAsia="MS Mincho" w:hAnsi="Calibri" w:cs="Calibri"/>
          <w:color w:val="1F497D"/>
        </w:rPr>
        <w:t>le parti contraenti</w:t>
      </w:r>
      <w:r w:rsidR="003B7AE0" w:rsidRPr="006F09BF">
        <w:rPr>
          <w:rFonts w:ascii="Calibri" w:eastAsia="MS Mincho" w:hAnsi="Calibri" w:cs="Calibri"/>
          <w:color w:val="1F497D"/>
        </w:rPr>
        <w:t xml:space="preserve"> sono in possesso dei requisiti di ammissibilità previsti </w:t>
      </w:r>
      <w:r w:rsidR="003B7AE0" w:rsidRPr="00A01094">
        <w:rPr>
          <w:rFonts w:ascii="Calibri" w:eastAsia="MS Mincho" w:hAnsi="Calibri" w:cs="Calibri"/>
          <w:color w:val="1F497D"/>
        </w:rPr>
        <w:t>dall'Avviso;</w:t>
      </w:r>
    </w:p>
    <w:p w14:paraId="264F8F4B" w14:textId="1A34D577" w:rsidR="003B7AE0" w:rsidRPr="00A01094" w:rsidRDefault="003B7AE0" w:rsidP="006F09BF">
      <w:pPr>
        <w:pStyle w:val="Paragrafoelenco"/>
        <w:numPr>
          <w:ilvl w:val="0"/>
          <w:numId w:val="57"/>
        </w:num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A01094">
        <w:rPr>
          <w:rFonts w:ascii="Calibri" w:eastAsia="MS Mincho" w:hAnsi="Calibri" w:cs="Calibri"/>
          <w:color w:val="1F497D"/>
        </w:rPr>
        <w:t xml:space="preserve">I sottoscritti si impegnano, in caso di ammissione a finanziamento, a formalizzare il </w:t>
      </w:r>
      <w:r w:rsidR="00E66FBF" w:rsidRPr="00A01094">
        <w:rPr>
          <w:rFonts w:ascii="Calibri" w:eastAsia="MS Mincho" w:hAnsi="Calibri" w:cs="Calibri"/>
          <w:color w:val="1F497D"/>
        </w:rPr>
        <w:t>presente accordo</w:t>
      </w:r>
      <w:r w:rsidRPr="00A01094">
        <w:rPr>
          <w:rFonts w:ascii="Calibri" w:eastAsia="MS Mincho" w:hAnsi="Calibri" w:cs="Calibri"/>
          <w:color w:val="1F497D"/>
        </w:rPr>
        <w:t xml:space="preserve"> mediante convenzione o altro atto idoneo, disciplinando i reciproci rapporti organizzativi, amministrativi e finanziari.</w:t>
      </w:r>
    </w:p>
    <w:p w14:paraId="6FF55D46" w14:textId="77777777" w:rsidR="00A2225E" w:rsidRDefault="00A2225E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</w:p>
    <w:p w14:paraId="5538F7BA" w14:textId="27367A0F" w:rsidR="003B7AE0" w:rsidRPr="00631196" w:rsidRDefault="003E411E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>
        <w:rPr>
          <w:rFonts w:ascii="Calibri" w:eastAsia="MS Mincho" w:hAnsi="Calibri" w:cs="Calibri"/>
          <w:color w:val="1F497D"/>
        </w:rPr>
        <w:t>Luogo e data _________________________</w:t>
      </w:r>
    </w:p>
    <w:p w14:paraId="47165EEF" w14:textId="77777777" w:rsidR="003B7AE0" w:rsidRPr="00631196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  <w:r w:rsidRPr="00631196">
        <w:rPr>
          <w:rFonts w:ascii="Calibri" w:eastAsia="MS Mincho" w:hAnsi="Calibri" w:cs="Calibri"/>
          <w:color w:val="1F497D"/>
        </w:rPr>
        <w:t>Firma dei legali rappresentanti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68"/>
        <w:gridCol w:w="3133"/>
        <w:gridCol w:w="2629"/>
      </w:tblGrid>
      <w:tr w:rsidR="003B7AE0" w:rsidRPr="000279EF" w14:paraId="5128FE8D" w14:textId="77777777">
        <w:trPr>
          <w:trHeight w:val="557"/>
        </w:trPr>
        <w:tc>
          <w:tcPr>
            <w:tcW w:w="3209" w:type="dxa"/>
          </w:tcPr>
          <w:p w14:paraId="4044DC5A" w14:textId="77777777" w:rsidR="003B7AE0" w:rsidRPr="003E411E" w:rsidRDefault="003B7AE0" w:rsidP="003E411E">
            <w:pPr>
              <w:spacing w:after="40" w:line="360" w:lineRule="auto"/>
              <w:jc w:val="center"/>
              <w:rPr>
                <w:rFonts w:ascii="Calibri" w:eastAsia="MS Mincho" w:hAnsi="Calibri" w:cs="Calibri"/>
                <w:b/>
                <w:bCs/>
                <w:color w:val="1F497D"/>
              </w:rPr>
            </w:pPr>
            <w:r w:rsidRPr="003E411E">
              <w:rPr>
                <w:rFonts w:ascii="Calibri" w:eastAsia="MS Mincho" w:hAnsi="Calibri" w:cs="Calibri"/>
                <w:b/>
                <w:bCs/>
                <w:color w:val="1F497D"/>
              </w:rPr>
              <w:t>Soggetto</w:t>
            </w:r>
          </w:p>
        </w:tc>
        <w:tc>
          <w:tcPr>
            <w:tcW w:w="3209" w:type="dxa"/>
          </w:tcPr>
          <w:p w14:paraId="2CC64742" w14:textId="77777777" w:rsidR="003B7AE0" w:rsidRPr="003E411E" w:rsidRDefault="003B7AE0" w:rsidP="003E411E">
            <w:pPr>
              <w:spacing w:after="40" w:line="360" w:lineRule="auto"/>
              <w:jc w:val="center"/>
              <w:rPr>
                <w:rFonts w:ascii="Calibri" w:eastAsia="MS Mincho" w:hAnsi="Calibri" w:cs="Calibri"/>
                <w:b/>
                <w:bCs/>
                <w:color w:val="1F497D"/>
              </w:rPr>
            </w:pPr>
            <w:r w:rsidRPr="003E411E">
              <w:rPr>
                <w:rFonts w:ascii="Calibri" w:eastAsia="MS Mincho" w:hAnsi="Calibri" w:cs="Calibri"/>
                <w:b/>
                <w:bCs/>
                <w:color w:val="1F497D"/>
              </w:rPr>
              <w:t>Legale rappresentante</w:t>
            </w:r>
          </w:p>
        </w:tc>
        <w:tc>
          <w:tcPr>
            <w:tcW w:w="3210" w:type="dxa"/>
          </w:tcPr>
          <w:p w14:paraId="4DA86B4B" w14:textId="77777777" w:rsidR="003B7AE0" w:rsidRPr="003E411E" w:rsidRDefault="003B7AE0" w:rsidP="003E411E">
            <w:pPr>
              <w:spacing w:after="40" w:line="360" w:lineRule="auto"/>
              <w:jc w:val="center"/>
              <w:rPr>
                <w:rFonts w:ascii="Calibri" w:eastAsia="MS Mincho" w:hAnsi="Calibri" w:cs="Calibri"/>
                <w:b/>
                <w:bCs/>
                <w:color w:val="1F497D"/>
              </w:rPr>
            </w:pPr>
            <w:r w:rsidRPr="003E411E">
              <w:rPr>
                <w:rFonts w:ascii="Calibri" w:eastAsia="MS Mincho" w:hAnsi="Calibri" w:cs="Calibri"/>
                <w:b/>
                <w:bCs/>
                <w:color w:val="1F497D"/>
              </w:rPr>
              <w:t>Firma digitale</w:t>
            </w:r>
          </w:p>
        </w:tc>
      </w:tr>
      <w:tr w:rsidR="003B7AE0" w:rsidRPr="000279EF" w14:paraId="19CE3A26" w14:textId="77777777">
        <w:trPr>
          <w:trHeight w:val="657"/>
        </w:trPr>
        <w:tc>
          <w:tcPr>
            <w:tcW w:w="3209" w:type="dxa"/>
          </w:tcPr>
          <w:p w14:paraId="2CBA4D0D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</w:p>
          <w:p w14:paraId="022ABFCC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  <w:r w:rsidRPr="00631196">
              <w:rPr>
                <w:rFonts w:ascii="Calibri" w:eastAsia="MS Mincho" w:hAnsi="Calibri" w:cs="Calibri"/>
                <w:color w:val="1F497D"/>
              </w:rPr>
              <w:t>Capofila _________________</w:t>
            </w:r>
          </w:p>
        </w:tc>
        <w:tc>
          <w:tcPr>
            <w:tcW w:w="3209" w:type="dxa"/>
          </w:tcPr>
          <w:p w14:paraId="3D0CA0F1" w14:textId="77777777" w:rsidR="003B7AE0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</w:p>
          <w:p w14:paraId="2887215C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  <w:r w:rsidRPr="00631196">
              <w:rPr>
                <w:rFonts w:ascii="Calibri" w:eastAsia="MS Mincho" w:hAnsi="Calibri" w:cs="Calibri"/>
                <w:color w:val="1F497D"/>
              </w:rPr>
              <w:t>_________________________</w:t>
            </w:r>
          </w:p>
        </w:tc>
        <w:tc>
          <w:tcPr>
            <w:tcW w:w="3210" w:type="dxa"/>
          </w:tcPr>
          <w:p w14:paraId="63178ECD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</w:p>
        </w:tc>
      </w:tr>
      <w:tr w:rsidR="003B7AE0" w:rsidRPr="000279EF" w14:paraId="2D20508C" w14:textId="77777777">
        <w:trPr>
          <w:trHeight w:val="689"/>
        </w:trPr>
        <w:tc>
          <w:tcPr>
            <w:tcW w:w="3209" w:type="dxa"/>
          </w:tcPr>
          <w:p w14:paraId="179977F5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</w:p>
          <w:p w14:paraId="759BB5A9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  <w:r w:rsidRPr="00631196">
              <w:rPr>
                <w:rFonts w:ascii="Calibri" w:eastAsia="MS Mincho" w:hAnsi="Calibri" w:cs="Calibri"/>
                <w:color w:val="1F497D"/>
              </w:rPr>
              <w:t>Partner 1 ________________</w:t>
            </w:r>
          </w:p>
        </w:tc>
        <w:tc>
          <w:tcPr>
            <w:tcW w:w="3209" w:type="dxa"/>
          </w:tcPr>
          <w:p w14:paraId="7195156B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</w:p>
          <w:p w14:paraId="7F63A1FA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  <w:r w:rsidRPr="00631196">
              <w:rPr>
                <w:rFonts w:ascii="Calibri" w:eastAsia="MS Mincho" w:hAnsi="Calibri" w:cs="Calibri"/>
                <w:color w:val="1F497D"/>
              </w:rPr>
              <w:t>_________________________</w:t>
            </w:r>
          </w:p>
        </w:tc>
        <w:tc>
          <w:tcPr>
            <w:tcW w:w="3210" w:type="dxa"/>
          </w:tcPr>
          <w:p w14:paraId="2C49FA9E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</w:p>
        </w:tc>
      </w:tr>
      <w:tr w:rsidR="003B7AE0" w:rsidRPr="000279EF" w14:paraId="0FC73D70" w14:textId="77777777">
        <w:trPr>
          <w:trHeight w:val="713"/>
        </w:trPr>
        <w:tc>
          <w:tcPr>
            <w:tcW w:w="3209" w:type="dxa"/>
          </w:tcPr>
          <w:p w14:paraId="4BBED9D5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</w:p>
          <w:p w14:paraId="73B7AB73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  <w:r w:rsidRPr="00631196">
              <w:rPr>
                <w:rFonts w:ascii="Calibri" w:eastAsia="MS Mincho" w:hAnsi="Calibri" w:cs="Calibri"/>
                <w:color w:val="1F497D"/>
              </w:rPr>
              <w:t>Partner 2 ________________</w:t>
            </w:r>
          </w:p>
        </w:tc>
        <w:tc>
          <w:tcPr>
            <w:tcW w:w="3209" w:type="dxa"/>
          </w:tcPr>
          <w:p w14:paraId="68394A45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</w:p>
          <w:p w14:paraId="78E31DB1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  <w:r w:rsidRPr="00631196">
              <w:rPr>
                <w:rFonts w:ascii="Calibri" w:eastAsia="MS Mincho" w:hAnsi="Calibri" w:cs="Calibri"/>
                <w:color w:val="1F497D"/>
              </w:rPr>
              <w:t>_________________________</w:t>
            </w:r>
          </w:p>
        </w:tc>
        <w:tc>
          <w:tcPr>
            <w:tcW w:w="3210" w:type="dxa"/>
          </w:tcPr>
          <w:p w14:paraId="3BF70D55" w14:textId="77777777" w:rsidR="003B7AE0" w:rsidRPr="00631196" w:rsidRDefault="003B7AE0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</w:p>
        </w:tc>
      </w:tr>
      <w:tr w:rsidR="003B7AE0" w:rsidRPr="000279EF" w14:paraId="61E02BAD" w14:textId="77777777">
        <w:trPr>
          <w:trHeight w:val="747"/>
        </w:trPr>
        <w:tc>
          <w:tcPr>
            <w:tcW w:w="3209" w:type="dxa"/>
          </w:tcPr>
          <w:p w14:paraId="56580F05" w14:textId="68C686A3" w:rsidR="003B7AE0" w:rsidRPr="00631196" w:rsidRDefault="00F02AC7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  <w:r>
              <w:rPr>
                <w:rFonts w:ascii="Calibri" w:eastAsia="MS Mincho" w:hAnsi="Calibri" w:cs="Calibri"/>
                <w:color w:val="1F497D"/>
              </w:rPr>
              <w:t>……………..</w:t>
            </w:r>
          </w:p>
        </w:tc>
        <w:tc>
          <w:tcPr>
            <w:tcW w:w="3209" w:type="dxa"/>
          </w:tcPr>
          <w:p w14:paraId="74D225E1" w14:textId="5BB84D81" w:rsidR="003B7AE0" w:rsidRPr="00631196" w:rsidRDefault="00F02AC7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  <w:r>
              <w:rPr>
                <w:rFonts w:ascii="Calibri" w:eastAsia="MS Mincho" w:hAnsi="Calibri" w:cs="Calibri"/>
                <w:color w:val="1F497D"/>
              </w:rPr>
              <w:t>………………..</w:t>
            </w:r>
          </w:p>
        </w:tc>
        <w:tc>
          <w:tcPr>
            <w:tcW w:w="3210" w:type="dxa"/>
          </w:tcPr>
          <w:p w14:paraId="3D041D2D" w14:textId="48C75329" w:rsidR="003B7AE0" w:rsidRPr="00631196" w:rsidRDefault="00F02AC7">
            <w:pPr>
              <w:spacing w:after="40" w:line="360" w:lineRule="auto"/>
              <w:jc w:val="both"/>
              <w:rPr>
                <w:rFonts w:ascii="Calibri" w:eastAsia="MS Mincho" w:hAnsi="Calibri" w:cs="Calibri"/>
                <w:color w:val="1F497D"/>
              </w:rPr>
            </w:pPr>
            <w:r>
              <w:rPr>
                <w:rFonts w:ascii="Calibri" w:eastAsia="MS Mincho" w:hAnsi="Calibri" w:cs="Calibri"/>
                <w:color w:val="1F497D"/>
              </w:rPr>
              <w:t>…………………</w:t>
            </w:r>
          </w:p>
        </w:tc>
      </w:tr>
    </w:tbl>
    <w:p w14:paraId="6FF86E00" w14:textId="77777777" w:rsidR="003B7AE0" w:rsidRDefault="003B7AE0" w:rsidP="003B7AE0">
      <w:pPr>
        <w:spacing w:after="40" w:line="360" w:lineRule="auto"/>
        <w:jc w:val="both"/>
        <w:rPr>
          <w:rFonts w:ascii="Calibri" w:eastAsia="MS Mincho" w:hAnsi="Calibri" w:cs="Calibri"/>
          <w:color w:val="1F497D"/>
        </w:rPr>
      </w:pPr>
    </w:p>
    <w:p w14:paraId="3F612669" w14:textId="77777777" w:rsidR="003B7AE0" w:rsidRPr="0009100B" w:rsidRDefault="003B7AE0" w:rsidP="00C00530">
      <w:pPr>
        <w:spacing w:after="40" w:line="360" w:lineRule="auto"/>
        <w:rPr>
          <w:rFonts w:ascii="Calibri" w:eastAsia="MS Mincho" w:hAnsi="Calibri" w:cs="Calibri"/>
          <w:color w:val="1F497D"/>
        </w:rPr>
      </w:pPr>
    </w:p>
    <w:sectPr w:rsidR="003B7AE0" w:rsidRPr="0009100B" w:rsidSect="00365B85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E57B1" w14:textId="77777777" w:rsidR="000F572F" w:rsidRPr="00430ECF" w:rsidRDefault="000F572F" w:rsidP="00AB02F2">
      <w:pPr>
        <w:spacing w:after="0" w:line="240" w:lineRule="auto"/>
      </w:pPr>
      <w:r w:rsidRPr="00430ECF">
        <w:separator/>
      </w:r>
    </w:p>
  </w:endnote>
  <w:endnote w:type="continuationSeparator" w:id="0">
    <w:p w14:paraId="75477EBF" w14:textId="77777777" w:rsidR="000F572F" w:rsidRPr="00430ECF" w:rsidRDefault="000F572F" w:rsidP="00AB02F2">
      <w:pPr>
        <w:spacing w:after="0" w:line="240" w:lineRule="auto"/>
      </w:pPr>
      <w:r w:rsidRPr="00430E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832263"/>
      <w:docPartObj>
        <w:docPartGallery w:val="Page Numbers (Bottom of Page)"/>
        <w:docPartUnique/>
      </w:docPartObj>
    </w:sdtPr>
    <w:sdtContent>
      <w:p w14:paraId="099B4206" w14:textId="45BD9B26" w:rsidR="001F5BDF" w:rsidRPr="00430ECF" w:rsidRDefault="001F5BDF">
        <w:pPr>
          <w:pStyle w:val="Pidipagina"/>
          <w:jc w:val="right"/>
        </w:pPr>
        <w:r w:rsidRPr="00430ECF">
          <w:fldChar w:fldCharType="begin"/>
        </w:r>
        <w:r w:rsidRPr="00430ECF">
          <w:instrText>PAGE   \* MERGEFORMAT</w:instrText>
        </w:r>
        <w:r w:rsidRPr="00430ECF">
          <w:fldChar w:fldCharType="separate"/>
        </w:r>
        <w:r w:rsidRPr="00430ECF">
          <w:t>2</w:t>
        </w:r>
        <w:r w:rsidRPr="00430ECF">
          <w:fldChar w:fldCharType="end"/>
        </w:r>
      </w:p>
    </w:sdtContent>
  </w:sdt>
  <w:p w14:paraId="18C429A8" w14:textId="77777777" w:rsidR="00DD0A9B" w:rsidRPr="00430ECF" w:rsidRDefault="00DD0A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7E713" w14:textId="77777777" w:rsidR="000F572F" w:rsidRPr="00430ECF" w:rsidRDefault="000F572F" w:rsidP="00AB02F2">
      <w:pPr>
        <w:spacing w:after="0" w:line="240" w:lineRule="auto"/>
      </w:pPr>
      <w:r w:rsidRPr="00430ECF">
        <w:separator/>
      </w:r>
    </w:p>
  </w:footnote>
  <w:footnote w:type="continuationSeparator" w:id="0">
    <w:p w14:paraId="32488DEF" w14:textId="77777777" w:rsidR="000F572F" w:rsidRPr="00430ECF" w:rsidRDefault="000F572F" w:rsidP="00AB02F2">
      <w:pPr>
        <w:spacing w:after="0" w:line="240" w:lineRule="auto"/>
      </w:pPr>
      <w:r w:rsidRPr="00430E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00C0" w14:textId="5728754A" w:rsidR="001279D9" w:rsidRPr="00430ECF" w:rsidRDefault="00DD0A9B" w:rsidP="001279D9">
    <w:pPr>
      <w:pStyle w:val="Intestazione"/>
    </w:pPr>
    <w:r w:rsidRPr="008319CE">
      <w:rPr>
        <w:noProof/>
      </w:rPr>
      <w:drawing>
        <wp:inline distT="0" distB="0" distL="0" distR="0" wp14:anchorId="46288AE6" wp14:editId="4F46E9D6">
          <wp:extent cx="5486400" cy="374015"/>
          <wp:effectExtent l="0" t="0" r="0" b="6985"/>
          <wp:docPr id="30952957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1EACE4" w14:textId="77777777" w:rsidR="00AB02F2" w:rsidRPr="00430ECF" w:rsidRDefault="00AB02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D40E3F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2950D2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3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4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F847FC"/>
    <w:multiLevelType w:val="multilevel"/>
    <w:tmpl w:val="C6FA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1D56674"/>
    <w:multiLevelType w:val="multilevel"/>
    <w:tmpl w:val="6FC0B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CC1E18"/>
    <w:multiLevelType w:val="multilevel"/>
    <w:tmpl w:val="8D6C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6910C8F"/>
    <w:multiLevelType w:val="hybridMultilevel"/>
    <w:tmpl w:val="DC58B00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882F3E"/>
    <w:multiLevelType w:val="multilevel"/>
    <w:tmpl w:val="1382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88218EE"/>
    <w:multiLevelType w:val="multilevel"/>
    <w:tmpl w:val="327A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8F7584"/>
    <w:multiLevelType w:val="multilevel"/>
    <w:tmpl w:val="5E1E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A6B6346"/>
    <w:multiLevelType w:val="multilevel"/>
    <w:tmpl w:val="6914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D936E62"/>
    <w:multiLevelType w:val="multilevel"/>
    <w:tmpl w:val="C576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D937F11"/>
    <w:multiLevelType w:val="multilevel"/>
    <w:tmpl w:val="1EF8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DB46E62"/>
    <w:multiLevelType w:val="multilevel"/>
    <w:tmpl w:val="DEF6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1D13D7A"/>
    <w:multiLevelType w:val="hybridMultilevel"/>
    <w:tmpl w:val="844CD85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AD2EDA"/>
    <w:multiLevelType w:val="multilevel"/>
    <w:tmpl w:val="3750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E62D45"/>
    <w:multiLevelType w:val="multilevel"/>
    <w:tmpl w:val="D778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7652E72"/>
    <w:multiLevelType w:val="hybridMultilevel"/>
    <w:tmpl w:val="E5B02F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7E4BF2"/>
    <w:multiLevelType w:val="multilevel"/>
    <w:tmpl w:val="774E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A7527D6"/>
    <w:multiLevelType w:val="hybridMultilevel"/>
    <w:tmpl w:val="1C682172"/>
    <w:lvl w:ilvl="0" w:tplc="9FE49382">
      <w:start w:val="1"/>
      <w:numFmt w:val="bullet"/>
      <w:lvlText w:val="-"/>
      <w:lvlJc w:val="left"/>
      <w:pPr>
        <w:ind w:left="774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8" w15:restartNumberingAfterBreak="0">
    <w:nsid w:val="1A753796"/>
    <w:multiLevelType w:val="hybridMultilevel"/>
    <w:tmpl w:val="558686D6"/>
    <w:lvl w:ilvl="0" w:tplc="04100017">
      <w:start w:val="1"/>
      <w:numFmt w:val="lowerLetter"/>
      <w:lvlText w:val="%1)"/>
      <w:lvlJc w:val="left"/>
      <w:pPr>
        <w:ind w:left="764" w:hanging="360"/>
      </w:p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9" w15:restartNumberingAfterBreak="0">
    <w:nsid w:val="1BD90745"/>
    <w:multiLevelType w:val="multilevel"/>
    <w:tmpl w:val="2BAC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E584E59"/>
    <w:multiLevelType w:val="hybridMultilevel"/>
    <w:tmpl w:val="D3FE7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E205DF"/>
    <w:multiLevelType w:val="multilevel"/>
    <w:tmpl w:val="E032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EF43201"/>
    <w:multiLevelType w:val="multilevel"/>
    <w:tmpl w:val="F908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2BD7091"/>
    <w:multiLevelType w:val="hybridMultilevel"/>
    <w:tmpl w:val="5940731C"/>
    <w:lvl w:ilvl="0" w:tplc="04100017">
      <w:start w:val="1"/>
      <w:numFmt w:val="lowerLetter"/>
      <w:lvlText w:val="%1)"/>
      <w:lvlJc w:val="left"/>
      <w:pPr>
        <w:ind w:left="773" w:hanging="360"/>
      </w:pPr>
    </w:lvl>
    <w:lvl w:ilvl="1" w:tplc="04100019" w:tentative="1">
      <w:start w:val="1"/>
      <w:numFmt w:val="lowerLetter"/>
      <w:lvlText w:val="%2."/>
      <w:lvlJc w:val="left"/>
      <w:pPr>
        <w:ind w:left="1493" w:hanging="360"/>
      </w:pPr>
    </w:lvl>
    <w:lvl w:ilvl="2" w:tplc="0410001B" w:tentative="1">
      <w:start w:val="1"/>
      <w:numFmt w:val="lowerRoman"/>
      <w:lvlText w:val="%3."/>
      <w:lvlJc w:val="right"/>
      <w:pPr>
        <w:ind w:left="2213" w:hanging="180"/>
      </w:pPr>
    </w:lvl>
    <w:lvl w:ilvl="3" w:tplc="0410000F" w:tentative="1">
      <w:start w:val="1"/>
      <w:numFmt w:val="decimal"/>
      <w:lvlText w:val="%4."/>
      <w:lvlJc w:val="left"/>
      <w:pPr>
        <w:ind w:left="2933" w:hanging="360"/>
      </w:pPr>
    </w:lvl>
    <w:lvl w:ilvl="4" w:tplc="04100019" w:tentative="1">
      <w:start w:val="1"/>
      <w:numFmt w:val="lowerLetter"/>
      <w:lvlText w:val="%5."/>
      <w:lvlJc w:val="left"/>
      <w:pPr>
        <w:ind w:left="3653" w:hanging="360"/>
      </w:pPr>
    </w:lvl>
    <w:lvl w:ilvl="5" w:tplc="0410001B" w:tentative="1">
      <w:start w:val="1"/>
      <w:numFmt w:val="lowerRoman"/>
      <w:lvlText w:val="%6."/>
      <w:lvlJc w:val="right"/>
      <w:pPr>
        <w:ind w:left="4373" w:hanging="180"/>
      </w:pPr>
    </w:lvl>
    <w:lvl w:ilvl="6" w:tplc="0410000F" w:tentative="1">
      <w:start w:val="1"/>
      <w:numFmt w:val="decimal"/>
      <w:lvlText w:val="%7."/>
      <w:lvlJc w:val="left"/>
      <w:pPr>
        <w:ind w:left="5093" w:hanging="360"/>
      </w:pPr>
    </w:lvl>
    <w:lvl w:ilvl="7" w:tplc="04100019" w:tentative="1">
      <w:start w:val="1"/>
      <w:numFmt w:val="lowerLetter"/>
      <w:lvlText w:val="%8."/>
      <w:lvlJc w:val="left"/>
      <w:pPr>
        <w:ind w:left="5813" w:hanging="360"/>
      </w:pPr>
    </w:lvl>
    <w:lvl w:ilvl="8" w:tplc="0410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4" w15:restartNumberingAfterBreak="0">
    <w:nsid w:val="24B61376"/>
    <w:multiLevelType w:val="hybridMultilevel"/>
    <w:tmpl w:val="C2AA74A2"/>
    <w:lvl w:ilvl="0" w:tplc="086C93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4517CA"/>
    <w:multiLevelType w:val="hybridMultilevel"/>
    <w:tmpl w:val="75B8AF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542460"/>
    <w:multiLevelType w:val="hybridMultilevel"/>
    <w:tmpl w:val="3D185028"/>
    <w:lvl w:ilvl="0" w:tplc="6FA44DAE">
      <w:numFmt w:val="bullet"/>
      <w:pStyle w:val="Elencoacolori-Colore11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E0B2554"/>
    <w:multiLevelType w:val="multilevel"/>
    <w:tmpl w:val="60F29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6D5076"/>
    <w:multiLevelType w:val="hybridMultilevel"/>
    <w:tmpl w:val="F2E6EF22"/>
    <w:lvl w:ilvl="0" w:tplc="C2E45B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0F55B92"/>
    <w:multiLevelType w:val="multilevel"/>
    <w:tmpl w:val="70D0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3B67CC4"/>
    <w:multiLevelType w:val="multilevel"/>
    <w:tmpl w:val="813C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5E303CD"/>
    <w:multiLevelType w:val="multilevel"/>
    <w:tmpl w:val="ED42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61D2D52"/>
    <w:multiLevelType w:val="hybridMultilevel"/>
    <w:tmpl w:val="79588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79D3590"/>
    <w:multiLevelType w:val="multilevel"/>
    <w:tmpl w:val="1420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8055E88"/>
    <w:multiLevelType w:val="multilevel"/>
    <w:tmpl w:val="B0EC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9011419"/>
    <w:multiLevelType w:val="multilevel"/>
    <w:tmpl w:val="5DB0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9E5370E"/>
    <w:multiLevelType w:val="hybridMultilevel"/>
    <w:tmpl w:val="C23AC37A"/>
    <w:lvl w:ilvl="0" w:tplc="9FE49382">
      <w:start w:val="1"/>
      <w:numFmt w:val="bullet"/>
      <w:lvlText w:val="-"/>
      <w:lvlJc w:val="left"/>
      <w:pPr>
        <w:ind w:left="2213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47" w15:restartNumberingAfterBreak="0">
    <w:nsid w:val="43B53BE2"/>
    <w:multiLevelType w:val="multilevel"/>
    <w:tmpl w:val="0EA2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6A14CA4"/>
    <w:multiLevelType w:val="multilevel"/>
    <w:tmpl w:val="C520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78503E9"/>
    <w:multiLevelType w:val="multilevel"/>
    <w:tmpl w:val="5E1E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CDC55AC"/>
    <w:multiLevelType w:val="multilevel"/>
    <w:tmpl w:val="87763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34C5D57"/>
    <w:multiLevelType w:val="hybridMultilevel"/>
    <w:tmpl w:val="5C547B9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C3471B"/>
    <w:multiLevelType w:val="hybridMultilevel"/>
    <w:tmpl w:val="CC22B3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8E333C7"/>
    <w:multiLevelType w:val="multilevel"/>
    <w:tmpl w:val="5E4C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9E03CF8"/>
    <w:multiLevelType w:val="hybridMultilevel"/>
    <w:tmpl w:val="8446F8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59E4584F"/>
    <w:multiLevelType w:val="multilevel"/>
    <w:tmpl w:val="25D0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A3038C0"/>
    <w:multiLevelType w:val="multilevel"/>
    <w:tmpl w:val="D19CC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BEF303B"/>
    <w:multiLevelType w:val="multilevel"/>
    <w:tmpl w:val="1548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0016299"/>
    <w:multiLevelType w:val="multilevel"/>
    <w:tmpl w:val="AFD4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0380CC5"/>
    <w:multiLevelType w:val="multilevel"/>
    <w:tmpl w:val="4106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0C37337"/>
    <w:multiLevelType w:val="hybridMultilevel"/>
    <w:tmpl w:val="C7D0256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1194636"/>
    <w:multiLevelType w:val="hybridMultilevel"/>
    <w:tmpl w:val="4AC61D5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2812" w:hanging="360"/>
      </w:pPr>
    </w:lvl>
    <w:lvl w:ilvl="2" w:tplc="FFFFFFFF" w:tentative="1">
      <w:start w:val="1"/>
      <w:numFmt w:val="lowerRoman"/>
      <w:lvlText w:val="%3."/>
      <w:lvlJc w:val="right"/>
      <w:pPr>
        <w:ind w:left="-2092" w:hanging="180"/>
      </w:pPr>
    </w:lvl>
    <w:lvl w:ilvl="3" w:tplc="FFFFFFFF" w:tentative="1">
      <w:start w:val="1"/>
      <w:numFmt w:val="decimal"/>
      <w:lvlText w:val="%4."/>
      <w:lvlJc w:val="left"/>
      <w:pPr>
        <w:ind w:left="-1372" w:hanging="360"/>
      </w:pPr>
    </w:lvl>
    <w:lvl w:ilvl="4" w:tplc="FFFFFFFF" w:tentative="1">
      <w:start w:val="1"/>
      <w:numFmt w:val="lowerLetter"/>
      <w:lvlText w:val="%5."/>
      <w:lvlJc w:val="left"/>
      <w:pPr>
        <w:ind w:left="-652" w:hanging="360"/>
      </w:pPr>
    </w:lvl>
    <w:lvl w:ilvl="5" w:tplc="FFFFFFFF" w:tentative="1">
      <w:start w:val="1"/>
      <w:numFmt w:val="lowerRoman"/>
      <w:lvlText w:val="%6."/>
      <w:lvlJc w:val="right"/>
      <w:pPr>
        <w:ind w:left="68" w:hanging="180"/>
      </w:pPr>
    </w:lvl>
    <w:lvl w:ilvl="6" w:tplc="FFFFFFFF" w:tentative="1">
      <w:start w:val="1"/>
      <w:numFmt w:val="decimal"/>
      <w:lvlText w:val="%7."/>
      <w:lvlJc w:val="left"/>
      <w:pPr>
        <w:ind w:left="788" w:hanging="360"/>
      </w:pPr>
    </w:lvl>
    <w:lvl w:ilvl="7" w:tplc="FFFFFFFF" w:tentative="1">
      <w:start w:val="1"/>
      <w:numFmt w:val="lowerLetter"/>
      <w:lvlText w:val="%8."/>
      <w:lvlJc w:val="left"/>
      <w:pPr>
        <w:ind w:left="1508" w:hanging="360"/>
      </w:pPr>
    </w:lvl>
    <w:lvl w:ilvl="8" w:tplc="FFFFFFFF" w:tentative="1">
      <w:start w:val="1"/>
      <w:numFmt w:val="lowerRoman"/>
      <w:lvlText w:val="%9."/>
      <w:lvlJc w:val="right"/>
      <w:pPr>
        <w:ind w:left="2228" w:hanging="180"/>
      </w:pPr>
    </w:lvl>
  </w:abstractNum>
  <w:abstractNum w:abstractNumId="62" w15:restartNumberingAfterBreak="0">
    <w:nsid w:val="61833B3C"/>
    <w:multiLevelType w:val="multilevel"/>
    <w:tmpl w:val="6726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1BF199A"/>
    <w:multiLevelType w:val="multilevel"/>
    <w:tmpl w:val="D2D4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2273E63"/>
    <w:multiLevelType w:val="hybridMultilevel"/>
    <w:tmpl w:val="393654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3E63CF8"/>
    <w:multiLevelType w:val="multilevel"/>
    <w:tmpl w:val="902E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5FB07E3"/>
    <w:multiLevelType w:val="hybridMultilevel"/>
    <w:tmpl w:val="E3C23D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78F1BE1"/>
    <w:multiLevelType w:val="multilevel"/>
    <w:tmpl w:val="7DEE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8BD7296"/>
    <w:multiLevelType w:val="hybridMultilevel"/>
    <w:tmpl w:val="72BE452C"/>
    <w:lvl w:ilvl="0" w:tplc="2EA82936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9C86B01"/>
    <w:multiLevelType w:val="multilevel"/>
    <w:tmpl w:val="AD3C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B8C303B"/>
    <w:multiLevelType w:val="hybridMultilevel"/>
    <w:tmpl w:val="6088C044"/>
    <w:lvl w:ilvl="0" w:tplc="9FE49382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DB1636E"/>
    <w:multiLevelType w:val="multilevel"/>
    <w:tmpl w:val="7590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DF354C0"/>
    <w:multiLevelType w:val="multilevel"/>
    <w:tmpl w:val="3A8C7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277189B"/>
    <w:multiLevelType w:val="hybridMultilevel"/>
    <w:tmpl w:val="4AC61D5E"/>
    <w:lvl w:ilvl="0" w:tplc="0410000F">
      <w:start w:val="1"/>
      <w:numFmt w:val="decimal"/>
      <w:lvlText w:val="%1."/>
      <w:lvlJc w:val="left"/>
      <w:pPr>
        <w:ind w:left="48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9A453A1"/>
    <w:multiLevelType w:val="hybridMultilevel"/>
    <w:tmpl w:val="9CD633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A445DE"/>
    <w:multiLevelType w:val="multilevel"/>
    <w:tmpl w:val="4196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3939577">
    <w:abstractNumId w:val="10"/>
  </w:num>
  <w:num w:numId="2" w16cid:durableId="370227308">
    <w:abstractNumId w:val="8"/>
  </w:num>
  <w:num w:numId="3" w16cid:durableId="605036704">
    <w:abstractNumId w:val="7"/>
  </w:num>
  <w:num w:numId="4" w16cid:durableId="1574125808">
    <w:abstractNumId w:val="6"/>
  </w:num>
  <w:num w:numId="5" w16cid:durableId="733234846">
    <w:abstractNumId w:val="9"/>
  </w:num>
  <w:num w:numId="6" w16cid:durableId="1865629218">
    <w:abstractNumId w:val="5"/>
  </w:num>
  <w:num w:numId="7" w16cid:durableId="1205170547">
    <w:abstractNumId w:val="4"/>
  </w:num>
  <w:num w:numId="8" w16cid:durableId="1216627894">
    <w:abstractNumId w:val="3"/>
  </w:num>
  <w:num w:numId="9" w16cid:durableId="693844798">
    <w:abstractNumId w:val="2"/>
  </w:num>
  <w:num w:numId="10" w16cid:durableId="63258475">
    <w:abstractNumId w:val="30"/>
  </w:num>
  <w:num w:numId="11" w16cid:durableId="1201164701">
    <w:abstractNumId w:val="36"/>
  </w:num>
  <w:num w:numId="12" w16cid:durableId="86970802">
    <w:abstractNumId w:val="34"/>
  </w:num>
  <w:num w:numId="13" w16cid:durableId="373889948">
    <w:abstractNumId w:val="73"/>
  </w:num>
  <w:num w:numId="14" w16cid:durableId="2049379542">
    <w:abstractNumId w:val="49"/>
  </w:num>
  <w:num w:numId="15" w16cid:durableId="123886961">
    <w:abstractNumId w:val="21"/>
  </w:num>
  <w:num w:numId="16" w16cid:durableId="547760579">
    <w:abstractNumId w:val="72"/>
  </w:num>
  <w:num w:numId="17" w16cid:durableId="1137063168">
    <w:abstractNumId w:val="48"/>
  </w:num>
  <w:num w:numId="18" w16cid:durableId="1424304681">
    <w:abstractNumId w:val="20"/>
  </w:num>
  <w:num w:numId="19" w16cid:durableId="1087188278">
    <w:abstractNumId w:val="19"/>
  </w:num>
  <w:num w:numId="20" w16cid:durableId="1805073819">
    <w:abstractNumId w:val="13"/>
  </w:num>
  <w:num w:numId="21" w16cid:durableId="2108384123">
    <w:abstractNumId w:val="31"/>
  </w:num>
  <w:num w:numId="22" w16cid:durableId="2001956202">
    <w:abstractNumId w:val="57"/>
  </w:num>
  <w:num w:numId="23" w16cid:durableId="951277702">
    <w:abstractNumId w:val="45"/>
  </w:num>
  <w:num w:numId="24" w16cid:durableId="1701929286">
    <w:abstractNumId w:val="29"/>
  </w:num>
  <w:num w:numId="25" w16cid:durableId="1578637878">
    <w:abstractNumId w:val="53"/>
  </w:num>
  <w:num w:numId="26" w16cid:durableId="837424812">
    <w:abstractNumId w:val="71"/>
  </w:num>
  <w:num w:numId="27" w16cid:durableId="1896357977">
    <w:abstractNumId w:val="62"/>
  </w:num>
  <w:num w:numId="28" w16cid:durableId="975529011">
    <w:abstractNumId w:val="69"/>
  </w:num>
  <w:num w:numId="29" w16cid:durableId="1489904814">
    <w:abstractNumId w:val="43"/>
  </w:num>
  <w:num w:numId="30" w16cid:durableId="1264142231">
    <w:abstractNumId w:val="44"/>
  </w:num>
  <w:num w:numId="31" w16cid:durableId="1652757443">
    <w:abstractNumId w:val="16"/>
  </w:num>
  <w:num w:numId="32" w16cid:durableId="1807776074">
    <w:abstractNumId w:val="18"/>
  </w:num>
  <w:num w:numId="33" w16cid:durableId="1520463864">
    <w:abstractNumId w:val="65"/>
  </w:num>
  <w:num w:numId="34" w16cid:durableId="549654873">
    <w:abstractNumId w:val="67"/>
  </w:num>
  <w:num w:numId="35" w16cid:durableId="390810936">
    <w:abstractNumId w:val="50"/>
  </w:num>
  <w:num w:numId="36" w16cid:durableId="1735198603">
    <w:abstractNumId w:val="39"/>
  </w:num>
  <w:num w:numId="37" w16cid:durableId="1080102943">
    <w:abstractNumId w:val="26"/>
  </w:num>
  <w:num w:numId="38" w16cid:durableId="287130668">
    <w:abstractNumId w:val="41"/>
  </w:num>
  <w:num w:numId="39" w16cid:durableId="1314990549">
    <w:abstractNumId w:val="23"/>
  </w:num>
  <w:num w:numId="40" w16cid:durableId="1660648760">
    <w:abstractNumId w:val="32"/>
  </w:num>
  <w:num w:numId="41" w16cid:durableId="285159322">
    <w:abstractNumId w:val="37"/>
  </w:num>
  <w:num w:numId="42" w16cid:durableId="375083576">
    <w:abstractNumId w:val="75"/>
  </w:num>
  <w:num w:numId="43" w16cid:durableId="1154296196">
    <w:abstractNumId w:val="15"/>
  </w:num>
  <w:num w:numId="44" w16cid:durableId="1262569244">
    <w:abstractNumId w:val="55"/>
  </w:num>
  <w:num w:numId="45" w16cid:durableId="1991253951">
    <w:abstractNumId w:val="68"/>
  </w:num>
  <w:num w:numId="46" w16cid:durableId="1275556141">
    <w:abstractNumId w:val="17"/>
  </w:num>
  <w:num w:numId="47" w16cid:durableId="673652978">
    <w:abstractNumId w:val="11"/>
  </w:num>
  <w:num w:numId="48" w16cid:durableId="704987138">
    <w:abstractNumId w:val="63"/>
  </w:num>
  <w:num w:numId="49" w16cid:durableId="1004283196">
    <w:abstractNumId w:val="35"/>
  </w:num>
  <w:num w:numId="50" w16cid:durableId="1608804213">
    <w:abstractNumId w:val="70"/>
  </w:num>
  <w:num w:numId="51" w16cid:durableId="387345673">
    <w:abstractNumId w:val="42"/>
  </w:num>
  <w:num w:numId="52" w16cid:durableId="264272280">
    <w:abstractNumId w:val="14"/>
  </w:num>
  <w:num w:numId="53" w16cid:durableId="1610550230">
    <w:abstractNumId w:val="74"/>
  </w:num>
  <w:num w:numId="54" w16cid:durableId="445538977">
    <w:abstractNumId w:val="25"/>
  </w:num>
  <w:num w:numId="55" w16cid:durableId="190342923">
    <w:abstractNumId w:val="51"/>
  </w:num>
  <w:num w:numId="56" w16cid:durableId="1732656775">
    <w:abstractNumId w:val="22"/>
  </w:num>
  <w:num w:numId="57" w16cid:durableId="2130391186">
    <w:abstractNumId w:val="27"/>
  </w:num>
  <w:num w:numId="58" w16cid:durableId="1229026502">
    <w:abstractNumId w:val="38"/>
  </w:num>
  <w:num w:numId="59" w16cid:durableId="1058672356">
    <w:abstractNumId w:val="60"/>
  </w:num>
  <w:num w:numId="60" w16cid:durableId="455877042">
    <w:abstractNumId w:val="66"/>
  </w:num>
  <w:num w:numId="61" w16cid:durableId="413282912">
    <w:abstractNumId w:val="46"/>
  </w:num>
  <w:num w:numId="62" w16cid:durableId="1372613073">
    <w:abstractNumId w:val="59"/>
  </w:num>
  <w:num w:numId="63" w16cid:durableId="87119870">
    <w:abstractNumId w:val="52"/>
  </w:num>
  <w:num w:numId="64" w16cid:durableId="1438527421">
    <w:abstractNumId w:val="61"/>
  </w:num>
  <w:num w:numId="65" w16cid:durableId="1197814485">
    <w:abstractNumId w:val="47"/>
  </w:num>
  <w:num w:numId="66" w16cid:durableId="1530488358">
    <w:abstractNumId w:val="58"/>
  </w:num>
  <w:num w:numId="67" w16cid:durableId="1179462542">
    <w:abstractNumId w:val="40"/>
  </w:num>
  <w:num w:numId="68" w16cid:durableId="342979393">
    <w:abstractNumId w:val="54"/>
  </w:num>
  <w:num w:numId="69" w16cid:durableId="140848089">
    <w:abstractNumId w:val="12"/>
  </w:num>
  <w:num w:numId="70" w16cid:durableId="409694623">
    <w:abstractNumId w:val="24"/>
  </w:num>
  <w:num w:numId="71" w16cid:durableId="1274750868">
    <w:abstractNumId w:val="56"/>
  </w:num>
  <w:num w:numId="72" w16cid:durableId="1893540925">
    <w:abstractNumId w:val="1"/>
  </w:num>
  <w:num w:numId="73" w16cid:durableId="839658320">
    <w:abstractNumId w:val="0"/>
  </w:num>
  <w:num w:numId="74" w16cid:durableId="2081438514">
    <w:abstractNumId w:val="28"/>
  </w:num>
  <w:num w:numId="75" w16cid:durableId="1218513602">
    <w:abstractNumId w:val="64"/>
  </w:num>
  <w:num w:numId="76" w16cid:durableId="2070954822">
    <w:abstractNumId w:val="33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11BC"/>
    <w:rsid w:val="00002193"/>
    <w:rsid w:val="00002717"/>
    <w:rsid w:val="00002735"/>
    <w:rsid w:val="00002BF4"/>
    <w:rsid w:val="000034BC"/>
    <w:rsid w:val="00003E0A"/>
    <w:rsid w:val="00004C3D"/>
    <w:rsid w:val="00005026"/>
    <w:rsid w:val="0000586D"/>
    <w:rsid w:val="00005CA1"/>
    <w:rsid w:val="00005E55"/>
    <w:rsid w:val="00006100"/>
    <w:rsid w:val="00006327"/>
    <w:rsid w:val="000066E6"/>
    <w:rsid w:val="0000682E"/>
    <w:rsid w:val="00006A27"/>
    <w:rsid w:val="00007155"/>
    <w:rsid w:val="00007616"/>
    <w:rsid w:val="0000798A"/>
    <w:rsid w:val="00007C9C"/>
    <w:rsid w:val="00010042"/>
    <w:rsid w:val="000138A5"/>
    <w:rsid w:val="0001433E"/>
    <w:rsid w:val="00014BFD"/>
    <w:rsid w:val="000153FB"/>
    <w:rsid w:val="00015DB2"/>
    <w:rsid w:val="00016067"/>
    <w:rsid w:val="0001632B"/>
    <w:rsid w:val="00016CB5"/>
    <w:rsid w:val="0001703F"/>
    <w:rsid w:val="00017765"/>
    <w:rsid w:val="00017A82"/>
    <w:rsid w:val="00017B2A"/>
    <w:rsid w:val="00017EA5"/>
    <w:rsid w:val="000202F5"/>
    <w:rsid w:val="00021229"/>
    <w:rsid w:val="00021B25"/>
    <w:rsid w:val="000221B8"/>
    <w:rsid w:val="00022F99"/>
    <w:rsid w:val="000238D5"/>
    <w:rsid w:val="0002413D"/>
    <w:rsid w:val="0002598A"/>
    <w:rsid w:val="00026042"/>
    <w:rsid w:val="00026929"/>
    <w:rsid w:val="000270A4"/>
    <w:rsid w:val="00027F68"/>
    <w:rsid w:val="0003036A"/>
    <w:rsid w:val="0003040F"/>
    <w:rsid w:val="0003055B"/>
    <w:rsid w:val="000307CD"/>
    <w:rsid w:val="000309C6"/>
    <w:rsid w:val="00030A67"/>
    <w:rsid w:val="00030F3C"/>
    <w:rsid w:val="00031187"/>
    <w:rsid w:val="00031532"/>
    <w:rsid w:val="00031905"/>
    <w:rsid w:val="00031C46"/>
    <w:rsid w:val="00031D29"/>
    <w:rsid w:val="00032DD3"/>
    <w:rsid w:val="00033FED"/>
    <w:rsid w:val="000341E7"/>
    <w:rsid w:val="00034616"/>
    <w:rsid w:val="000348D6"/>
    <w:rsid w:val="0003591A"/>
    <w:rsid w:val="000359D3"/>
    <w:rsid w:val="00035DA1"/>
    <w:rsid w:val="000363B6"/>
    <w:rsid w:val="00036DFD"/>
    <w:rsid w:val="00037D8A"/>
    <w:rsid w:val="00037E6A"/>
    <w:rsid w:val="000404FA"/>
    <w:rsid w:val="00040775"/>
    <w:rsid w:val="00041005"/>
    <w:rsid w:val="000414A7"/>
    <w:rsid w:val="00042E4B"/>
    <w:rsid w:val="00043F4F"/>
    <w:rsid w:val="0004405D"/>
    <w:rsid w:val="00045114"/>
    <w:rsid w:val="000457DF"/>
    <w:rsid w:val="00045A10"/>
    <w:rsid w:val="00045A4B"/>
    <w:rsid w:val="000461FD"/>
    <w:rsid w:val="000468EA"/>
    <w:rsid w:val="00046AF5"/>
    <w:rsid w:val="00046BC8"/>
    <w:rsid w:val="000500DC"/>
    <w:rsid w:val="00050152"/>
    <w:rsid w:val="00050728"/>
    <w:rsid w:val="000508DD"/>
    <w:rsid w:val="00051097"/>
    <w:rsid w:val="00051683"/>
    <w:rsid w:val="000521A3"/>
    <w:rsid w:val="00052A55"/>
    <w:rsid w:val="00052DA8"/>
    <w:rsid w:val="00052F7E"/>
    <w:rsid w:val="00053260"/>
    <w:rsid w:val="00053B8F"/>
    <w:rsid w:val="0005439E"/>
    <w:rsid w:val="00054C1E"/>
    <w:rsid w:val="000567FA"/>
    <w:rsid w:val="00056A9B"/>
    <w:rsid w:val="00057580"/>
    <w:rsid w:val="0006063C"/>
    <w:rsid w:val="00061366"/>
    <w:rsid w:val="00062220"/>
    <w:rsid w:val="00062A5E"/>
    <w:rsid w:val="00063C1A"/>
    <w:rsid w:val="00063EAC"/>
    <w:rsid w:val="0006406F"/>
    <w:rsid w:val="00064248"/>
    <w:rsid w:val="00064A4C"/>
    <w:rsid w:val="00064E13"/>
    <w:rsid w:val="000659E7"/>
    <w:rsid w:val="00065CA8"/>
    <w:rsid w:val="00066247"/>
    <w:rsid w:val="000664EC"/>
    <w:rsid w:val="00066623"/>
    <w:rsid w:val="00066A37"/>
    <w:rsid w:val="00066C7A"/>
    <w:rsid w:val="0006753B"/>
    <w:rsid w:val="00067AE8"/>
    <w:rsid w:val="00067BFF"/>
    <w:rsid w:val="00070F15"/>
    <w:rsid w:val="000716BF"/>
    <w:rsid w:val="000719BE"/>
    <w:rsid w:val="00072C80"/>
    <w:rsid w:val="00073240"/>
    <w:rsid w:val="00073595"/>
    <w:rsid w:val="000738B8"/>
    <w:rsid w:val="0007441B"/>
    <w:rsid w:val="000747D3"/>
    <w:rsid w:val="000748E2"/>
    <w:rsid w:val="00075258"/>
    <w:rsid w:val="00075388"/>
    <w:rsid w:val="000755B2"/>
    <w:rsid w:val="0007589B"/>
    <w:rsid w:val="000759B2"/>
    <w:rsid w:val="00075A0E"/>
    <w:rsid w:val="0007665E"/>
    <w:rsid w:val="000766D8"/>
    <w:rsid w:val="00076E8A"/>
    <w:rsid w:val="0007751A"/>
    <w:rsid w:val="00077589"/>
    <w:rsid w:val="00077B2F"/>
    <w:rsid w:val="00077F61"/>
    <w:rsid w:val="00080E03"/>
    <w:rsid w:val="00081575"/>
    <w:rsid w:val="00081C3A"/>
    <w:rsid w:val="00081F94"/>
    <w:rsid w:val="00082256"/>
    <w:rsid w:val="0008239B"/>
    <w:rsid w:val="0008370A"/>
    <w:rsid w:val="00084377"/>
    <w:rsid w:val="00084DCD"/>
    <w:rsid w:val="00084FE2"/>
    <w:rsid w:val="0008502E"/>
    <w:rsid w:val="00085204"/>
    <w:rsid w:val="000855C4"/>
    <w:rsid w:val="000873FE"/>
    <w:rsid w:val="000904F4"/>
    <w:rsid w:val="00090C27"/>
    <w:rsid w:val="0009100B"/>
    <w:rsid w:val="000914DD"/>
    <w:rsid w:val="00091AAF"/>
    <w:rsid w:val="00092BC9"/>
    <w:rsid w:val="00093A33"/>
    <w:rsid w:val="00093B53"/>
    <w:rsid w:val="000943CE"/>
    <w:rsid w:val="000954BE"/>
    <w:rsid w:val="0009551C"/>
    <w:rsid w:val="00095CF6"/>
    <w:rsid w:val="00096271"/>
    <w:rsid w:val="000966B5"/>
    <w:rsid w:val="000967DD"/>
    <w:rsid w:val="000968C4"/>
    <w:rsid w:val="00096B6C"/>
    <w:rsid w:val="00097A3D"/>
    <w:rsid w:val="00097D8E"/>
    <w:rsid w:val="00097F2D"/>
    <w:rsid w:val="000A09E6"/>
    <w:rsid w:val="000A0C88"/>
    <w:rsid w:val="000A0D63"/>
    <w:rsid w:val="000A1334"/>
    <w:rsid w:val="000A227B"/>
    <w:rsid w:val="000A27DE"/>
    <w:rsid w:val="000A3906"/>
    <w:rsid w:val="000A55EC"/>
    <w:rsid w:val="000A584A"/>
    <w:rsid w:val="000A5A48"/>
    <w:rsid w:val="000A5DEF"/>
    <w:rsid w:val="000A6E7E"/>
    <w:rsid w:val="000A7CF2"/>
    <w:rsid w:val="000B013F"/>
    <w:rsid w:val="000B0D05"/>
    <w:rsid w:val="000B18AD"/>
    <w:rsid w:val="000B2087"/>
    <w:rsid w:val="000B3FE4"/>
    <w:rsid w:val="000B5346"/>
    <w:rsid w:val="000B5671"/>
    <w:rsid w:val="000B5C83"/>
    <w:rsid w:val="000B5CFB"/>
    <w:rsid w:val="000B5DB9"/>
    <w:rsid w:val="000B5F5F"/>
    <w:rsid w:val="000B61DD"/>
    <w:rsid w:val="000B69BF"/>
    <w:rsid w:val="000B6F4D"/>
    <w:rsid w:val="000B7F4D"/>
    <w:rsid w:val="000C0574"/>
    <w:rsid w:val="000C0842"/>
    <w:rsid w:val="000C0CFF"/>
    <w:rsid w:val="000C1ACA"/>
    <w:rsid w:val="000C1BF2"/>
    <w:rsid w:val="000C2088"/>
    <w:rsid w:val="000C286F"/>
    <w:rsid w:val="000C2A69"/>
    <w:rsid w:val="000C2DE6"/>
    <w:rsid w:val="000C3645"/>
    <w:rsid w:val="000C3FC2"/>
    <w:rsid w:val="000C4D8A"/>
    <w:rsid w:val="000C67FA"/>
    <w:rsid w:val="000C6831"/>
    <w:rsid w:val="000C6BA7"/>
    <w:rsid w:val="000C7E8B"/>
    <w:rsid w:val="000D05B0"/>
    <w:rsid w:val="000D0692"/>
    <w:rsid w:val="000D08EF"/>
    <w:rsid w:val="000D1974"/>
    <w:rsid w:val="000D236E"/>
    <w:rsid w:val="000D24A3"/>
    <w:rsid w:val="000D26E2"/>
    <w:rsid w:val="000D29AB"/>
    <w:rsid w:val="000D32E8"/>
    <w:rsid w:val="000D403A"/>
    <w:rsid w:val="000D408C"/>
    <w:rsid w:val="000D4DE7"/>
    <w:rsid w:val="000D6162"/>
    <w:rsid w:val="000D629B"/>
    <w:rsid w:val="000D6401"/>
    <w:rsid w:val="000D6A5B"/>
    <w:rsid w:val="000D6B0D"/>
    <w:rsid w:val="000D6C3F"/>
    <w:rsid w:val="000D7597"/>
    <w:rsid w:val="000D7AD5"/>
    <w:rsid w:val="000E0241"/>
    <w:rsid w:val="000E03D2"/>
    <w:rsid w:val="000E068F"/>
    <w:rsid w:val="000E09BB"/>
    <w:rsid w:val="000E2C57"/>
    <w:rsid w:val="000E3300"/>
    <w:rsid w:val="000E3B3D"/>
    <w:rsid w:val="000E3FB3"/>
    <w:rsid w:val="000E42C4"/>
    <w:rsid w:val="000E46E7"/>
    <w:rsid w:val="000E487B"/>
    <w:rsid w:val="000E4B60"/>
    <w:rsid w:val="000E4F37"/>
    <w:rsid w:val="000E5059"/>
    <w:rsid w:val="000E522C"/>
    <w:rsid w:val="000E5A15"/>
    <w:rsid w:val="000E63CD"/>
    <w:rsid w:val="000E6473"/>
    <w:rsid w:val="000E64A0"/>
    <w:rsid w:val="000E6A67"/>
    <w:rsid w:val="000E6D6F"/>
    <w:rsid w:val="000E74C3"/>
    <w:rsid w:val="000E756F"/>
    <w:rsid w:val="000E7962"/>
    <w:rsid w:val="000E7A57"/>
    <w:rsid w:val="000F0B75"/>
    <w:rsid w:val="000F1290"/>
    <w:rsid w:val="000F1374"/>
    <w:rsid w:val="000F1468"/>
    <w:rsid w:val="000F153C"/>
    <w:rsid w:val="000F16F6"/>
    <w:rsid w:val="000F222C"/>
    <w:rsid w:val="000F2773"/>
    <w:rsid w:val="000F296A"/>
    <w:rsid w:val="000F29CE"/>
    <w:rsid w:val="000F326B"/>
    <w:rsid w:val="000F3D31"/>
    <w:rsid w:val="000F506D"/>
    <w:rsid w:val="000F5341"/>
    <w:rsid w:val="000F53CD"/>
    <w:rsid w:val="000F55C1"/>
    <w:rsid w:val="000F572F"/>
    <w:rsid w:val="000F5820"/>
    <w:rsid w:val="000F6214"/>
    <w:rsid w:val="000F6807"/>
    <w:rsid w:val="000F6959"/>
    <w:rsid w:val="000F6BB9"/>
    <w:rsid w:val="000F6F96"/>
    <w:rsid w:val="00101DBB"/>
    <w:rsid w:val="0010220F"/>
    <w:rsid w:val="00102670"/>
    <w:rsid w:val="001026C7"/>
    <w:rsid w:val="00102A2E"/>
    <w:rsid w:val="0010345D"/>
    <w:rsid w:val="001049CE"/>
    <w:rsid w:val="00104FDB"/>
    <w:rsid w:val="001050AC"/>
    <w:rsid w:val="0011023C"/>
    <w:rsid w:val="001105B4"/>
    <w:rsid w:val="0011067D"/>
    <w:rsid w:val="00110A40"/>
    <w:rsid w:val="00110CF0"/>
    <w:rsid w:val="00110E9F"/>
    <w:rsid w:val="00111001"/>
    <w:rsid w:val="001110FA"/>
    <w:rsid w:val="00114ED5"/>
    <w:rsid w:val="00115705"/>
    <w:rsid w:val="001161D9"/>
    <w:rsid w:val="001161FB"/>
    <w:rsid w:val="001166B8"/>
    <w:rsid w:val="00116E79"/>
    <w:rsid w:val="00117071"/>
    <w:rsid w:val="001175ED"/>
    <w:rsid w:val="00120156"/>
    <w:rsid w:val="001227DB"/>
    <w:rsid w:val="00122D75"/>
    <w:rsid w:val="0012329D"/>
    <w:rsid w:val="001232AA"/>
    <w:rsid w:val="0012391F"/>
    <w:rsid w:val="00123D21"/>
    <w:rsid w:val="001245AB"/>
    <w:rsid w:val="00125564"/>
    <w:rsid w:val="00125A57"/>
    <w:rsid w:val="00125BFE"/>
    <w:rsid w:val="001265AF"/>
    <w:rsid w:val="0012676F"/>
    <w:rsid w:val="00126FD2"/>
    <w:rsid w:val="001279D9"/>
    <w:rsid w:val="00130FC4"/>
    <w:rsid w:val="0013255F"/>
    <w:rsid w:val="001325A4"/>
    <w:rsid w:val="00132626"/>
    <w:rsid w:val="00133234"/>
    <w:rsid w:val="001333DE"/>
    <w:rsid w:val="0013343A"/>
    <w:rsid w:val="00133554"/>
    <w:rsid w:val="00133C97"/>
    <w:rsid w:val="0013426D"/>
    <w:rsid w:val="00135B1E"/>
    <w:rsid w:val="00135BB4"/>
    <w:rsid w:val="0013722B"/>
    <w:rsid w:val="001372AC"/>
    <w:rsid w:val="001373EF"/>
    <w:rsid w:val="001376CA"/>
    <w:rsid w:val="00137CE6"/>
    <w:rsid w:val="00140732"/>
    <w:rsid w:val="0014133C"/>
    <w:rsid w:val="00142020"/>
    <w:rsid w:val="00142C35"/>
    <w:rsid w:val="00143D32"/>
    <w:rsid w:val="00144CC0"/>
    <w:rsid w:val="001455F1"/>
    <w:rsid w:val="00145622"/>
    <w:rsid w:val="00146063"/>
    <w:rsid w:val="00146E77"/>
    <w:rsid w:val="001475D7"/>
    <w:rsid w:val="0015074B"/>
    <w:rsid w:val="00150DFC"/>
    <w:rsid w:val="001514D6"/>
    <w:rsid w:val="00151BDC"/>
    <w:rsid w:val="00151D43"/>
    <w:rsid w:val="00152739"/>
    <w:rsid w:val="001527DB"/>
    <w:rsid w:val="00152F0B"/>
    <w:rsid w:val="00154622"/>
    <w:rsid w:val="001547E1"/>
    <w:rsid w:val="00154B61"/>
    <w:rsid w:val="00154EFE"/>
    <w:rsid w:val="00155041"/>
    <w:rsid w:val="001554D6"/>
    <w:rsid w:val="001554D8"/>
    <w:rsid w:val="00155F3A"/>
    <w:rsid w:val="00156EEE"/>
    <w:rsid w:val="00157447"/>
    <w:rsid w:val="001608E2"/>
    <w:rsid w:val="00160B6E"/>
    <w:rsid w:val="00161015"/>
    <w:rsid w:val="00161D94"/>
    <w:rsid w:val="00162474"/>
    <w:rsid w:val="001624FE"/>
    <w:rsid w:val="00162A0D"/>
    <w:rsid w:val="00163C75"/>
    <w:rsid w:val="00164144"/>
    <w:rsid w:val="0016464B"/>
    <w:rsid w:val="00164FA8"/>
    <w:rsid w:val="001654FE"/>
    <w:rsid w:val="00166232"/>
    <w:rsid w:val="00166A49"/>
    <w:rsid w:val="00167CDA"/>
    <w:rsid w:val="001705F3"/>
    <w:rsid w:val="00170B9C"/>
    <w:rsid w:val="00170EDB"/>
    <w:rsid w:val="001710AA"/>
    <w:rsid w:val="00172572"/>
    <w:rsid w:val="00172ED4"/>
    <w:rsid w:val="001733DD"/>
    <w:rsid w:val="0017345F"/>
    <w:rsid w:val="001746C4"/>
    <w:rsid w:val="00174854"/>
    <w:rsid w:val="001751C7"/>
    <w:rsid w:val="00175537"/>
    <w:rsid w:val="00175DFF"/>
    <w:rsid w:val="00175F54"/>
    <w:rsid w:val="0017693D"/>
    <w:rsid w:val="00176D6C"/>
    <w:rsid w:val="00176F38"/>
    <w:rsid w:val="001773E0"/>
    <w:rsid w:val="0017741B"/>
    <w:rsid w:val="0017761F"/>
    <w:rsid w:val="001779BF"/>
    <w:rsid w:val="00177D47"/>
    <w:rsid w:val="001804FB"/>
    <w:rsid w:val="00180553"/>
    <w:rsid w:val="001813F8"/>
    <w:rsid w:val="001819B3"/>
    <w:rsid w:val="00181C46"/>
    <w:rsid w:val="00181CB8"/>
    <w:rsid w:val="001833BF"/>
    <w:rsid w:val="001836C4"/>
    <w:rsid w:val="0018378F"/>
    <w:rsid w:val="00184259"/>
    <w:rsid w:val="001843E9"/>
    <w:rsid w:val="00184879"/>
    <w:rsid w:val="0018593C"/>
    <w:rsid w:val="00186163"/>
    <w:rsid w:val="00186E2E"/>
    <w:rsid w:val="00186F36"/>
    <w:rsid w:val="001900A6"/>
    <w:rsid w:val="001914AF"/>
    <w:rsid w:val="00191B55"/>
    <w:rsid w:val="00192634"/>
    <w:rsid w:val="001937DB"/>
    <w:rsid w:val="00193D69"/>
    <w:rsid w:val="00193DE6"/>
    <w:rsid w:val="00193FE4"/>
    <w:rsid w:val="001945BB"/>
    <w:rsid w:val="00196630"/>
    <w:rsid w:val="00196A79"/>
    <w:rsid w:val="00196EA0"/>
    <w:rsid w:val="00197B4D"/>
    <w:rsid w:val="001A00E2"/>
    <w:rsid w:val="001A0CA0"/>
    <w:rsid w:val="001A0EBA"/>
    <w:rsid w:val="001A1891"/>
    <w:rsid w:val="001A1D6D"/>
    <w:rsid w:val="001A2888"/>
    <w:rsid w:val="001A353A"/>
    <w:rsid w:val="001A3BAC"/>
    <w:rsid w:val="001A445E"/>
    <w:rsid w:val="001A5358"/>
    <w:rsid w:val="001A5792"/>
    <w:rsid w:val="001A5AC0"/>
    <w:rsid w:val="001A6B34"/>
    <w:rsid w:val="001A6D73"/>
    <w:rsid w:val="001A6E15"/>
    <w:rsid w:val="001A71D2"/>
    <w:rsid w:val="001A76C9"/>
    <w:rsid w:val="001B0FB3"/>
    <w:rsid w:val="001B1BCC"/>
    <w:rsid w:val="001B1BED"/>
    <w:rsid w:val="001B1D1E"/>
    <w:rsid w:val="001B201B"/>
    <w:rsid w:val="001B2438"/>
    <w:rsid w:val="001B2888"/>
    <w:rsid w:val="001B2DA7"/>
    <w:rsid w:val="001B3C34"/>
    <w:rsid w:val="001B3F5C"/>
    <w:rsid w:val="001B4017"/>
    <w:rsid w:val="001B4B32"/>
    <w:rsid w:val="001B64CF"/>
    <w:rsid w:val="001B6674"/>
    <w:rsid w:val="001B6937"/>
    <w:rsid w:val="001B7D9A"/>
    <w:rsid w:val="001C07E4"/>
    <w:rsid w:val="001C0D39"/>
    <w:rsid w:val="001C1528"/>
    <w:rsid w:val="001C15C3"/>
    <w:rsid w:val="001C181C"/>
    <w:rsid w:val="001C18FE"/>
    <w:rsid w:val="001C1CC4"/>
    <w:rsid w:val="001C2C63"/>
    <w:rsid w:val="001C3AB7"/>
    <w:rsid w:val="001C3B5C"/>
    <w:rsid w:val="001C3E70"/>
    <w:rsid w:val="001C428B"/>
    <w:rsid w:val="001C4950"/>
    <w:rsid w:val="001C4C9B"/>
    <w:rsid w:val="001C5184"/>
    <w:rsid w:val="001C5386"/>
    <w:rsid w:val="001C5883"/>
    <w:rsid w:val="001C6474"/>
    <w:rsid w:val="001C6476"/>
    <w:rsid w:val="001C6A1E"/>
    <w:rsid w:val="001D0B6D"/>
    <w:rsid w:val="001D16C9"/>
    <w:rsid w:val="001D1F9B"/>
    <w:rsid w:val="001D2AF7"/>
    <w:rsid w:val="001D2CB5"/>
    <w:rsid w:val="001D2DB0"/>
    <w:rsid w:val="001D3266"/>
    <w:rsid w:val="001D3267"/>
    <w:rsid w:val="001D350F"/>
    <w:rsid w:val="001D37B6"/>
    <w:rsid w:val="001D3AA2"/>
    <w:rsid w:val="001D3D8D"/>
    <w:rsid w:val="001D5D54"/>
    <w:rsid w:val="001D65A8"/>
    <w:rsid w:val="001D759D"/>
    <w:rsid w:val="001D7827"/>
    <w:rsid w:val="001D7A99"/>
    <w:rsid w:val="001D7DA3"/>
    <w:rsid w:val="001E1B49"/>
    <w:rsid w:val="001E1BF0"/>
    <w:rsid w:val="001E3648"/>
    <w:rsid w:val="001E452F"/>
    <w:rsid w:val="001E479C"/>
    <w:rsid w:val="001E5F5B"/>
    <w:rsid w:val="001E6143"/>
    <w:rsid w:val="001E72DE"/>
    <w:rsid w:val="001E72F4"/>
    <w:rsid w:val="001E78A2"/>
    <w:rsid w:val="001E7992"/>
    <w:rsid w:val="001E79DA"/>
    <w:rsid w:val="001E7B78"/>
    <w:rsid w:val="001F068B"/>
    <w:rsid w:val="001F24CB"/>
    <w:rsid w:val="001F27B2"/>
    <w:rsid w:val="001F2995"/>
    <w:rsid w:val="001F336B"/>
    <w:rsid w:val="001F38D2"/>
    <w:rsid w:val="001F413B"/>
    <w:rsid w:val="001F4EE8"/>
    <w:rsid w:val="001F56BE"/>
    <w:rsid w:val="001F5BDF"/>
    <w:rsid w:val="001F5FAB"/>
    <w:rsid w:val="001F6097"/>
    <w:rsid w:val="001F63B9"/>
    <w:rsid w:val="001F6691"/>
    <w:rsid w:val="001F66CA"/>
    <w:rsid w:val="001F7450"/>
    <w:rsid w:val="001F7D45"/>
    <w:rsid w:val="00200557"/>
    <w:rsid w:val="00201AAC"/>
    <w:rsid w:val="00202DF1"/>
    <w:rsid w:val="00202F91"/>
    <w:rsid w:val="0020322A"/>
    <w:rsid w:val="00203E42"/>
    <w:rsid w:val="00206114"/>
    <w:rsid w:val="0020626A"/>
    <w:rsid w:val="00206711"/>
    <w:rsid w:val="00206DAC"/>
    <w:rsid w:val="00207B73"/>
    <w:rsid w:val="00210225"/>
    <w:rsid w:val="00212218"/>
    <w:rsid w:val="00212B5A"/>
    <w:rsid w:val="0021330A"/>
    <w:rsid w:val="0021387D"/>
    <w:rsid w:val="00214FE8"/>
    <w:rsid w:val="00216591"/>
    <w:rsid w:val="00217840"/>
    <w:rsid w:val="0021789E"/>
    <w:rsid w:val="00217D70"/>
    <w:rsid w:val="00220635"/>
    <w:rsid w:val="00220650"/>
    <w:rsid w:val="002206DB"/>
    <w:rsid w:val="0022179F"/>
    <w:rsid w:val="00222DB2"/>
    <w:rsid w:val="00224156"/>
    <w:rsid w:val="002242EE"/>
    <w:rsid w:val="002247A6"/>
    <w:rsid w:val="002252FB"/>
    <w:rsid w:val="00225842"/>
    <w:rsid w:val="002262F3"/>
    <w:rsid w:val="002265F6"/>
    <w:rsid w:val="0022687C"/>
    <w:rsid w:val="00227106"/>
    <w:rsid w:val="0023033A"/>
    <w:rsid w:val="00230AAC"/>
    <w:rsid w:val="00231083"/>
    <w:rsid w:val="0023150A"/>
    <w:rsid w:val="0023198F"/>
    <w:rsid w:val="00231EC1"/>
    <w:rsid w:val="0023243C"/>
    <w:rsid w:val="00232751"/>
    <w:rsid w:val="00233155"/>
    <w:rsid w:val="0023404D"/>
    <w:rsid w:val="00234CAE"/>
    <w:rsid w:val="00235041"/>
    <w:rsid w:val="00235F62"/>
    <w:rsid w:val="002360E3"/>
    <w:rsid w:val="002369CB"/>
    <w:rsid w:val="00236AD0"/>
    <w:rsid w:val="00236DDF"/>
    <w:rsid w:val="00237B88"/>
    <w:rsid w:val="002408C3"/>
    <w:rsid w:val="00240B1B"/>
    <w:rsid w:val="00240F64"/>
    <w:rsid w:val="002419EA"/>
    <w:rsid w:val="00241BC8"/>
    <w:rsid w:val="00241FDC"/>
    <w:rsid w:val="00242BFF"/>
    <w:rsid w:val="00242DE2"/>
    <w:rsid w:val="002433E4"/>
    <w:rsid w:val="00243A69"/>
    <w:rsid w:val="00243B90"/>
    <w:rsid w:val="002444A9"/>
    <w:rsid w:val="0024473A"/>
    <w:rsid w:val="002449DB"/>
    <w:rsid w:val="00244E4A"/>
    <w:rsid w:val="002452CD"/>
    <w:rsid w:val="002454D6"/>
    <w:rsid w:val="0024556F"/>
    <w:rsid w:val="00245D34"/>
    <w:rsid w:val="00245E38"/>
    <w:rsid w:val="00245F48"/>
    <w:rsid w:val="002460BD"/>
    <w:rsid w:val="00246618"/>
    <w:rsid w:val="0024680D"/>
    <w:rsid w:val="00246A67"/>
    <w:rsid w:val="00246F66"/>
    <w:rsid w:val="002471C2"/>
    <w:rsid w:val="002472B0"/>
    <w:rsid w:val="00250668"/>
    <w:rsid w:val="00250D67"/>
    <w:rsid w:val="00250F24"/>
    <w:rsid w:val="002516E3"/>
    <w:rsid w:val="0025198A"/>
    <w:rsid w:val="00251C7B"/>
    <w:rsid w:val="00251CA0"/>
    <w:rsid w:val="00251F7E"/>
    <w:rsid w:val="002526A4"/>
    <w:rsid w:val="002529D5"/>
    <w:rsid w:val="00253324"/>
    <w:rsid w:val="002539AF"/>
    <w:rsid w:val="00253DDE"/>
    <w:rsid w:val="00254F67"/>
    <w:rsid w:val="002555F2"/>
    <w:rsid w:val="0025586B"/>
    <w:rsid w:val="00255DDF"/>
    <w:rsid w:val="00255F2D"/>
    <w:rsid w:val="002562EB"/>
    <w:rsid w:val="002566E4"/>
    <w:rsid w:val="002567DC"/>
    <w:rsid w:val="00256F5A"/>
    <w:rsid w:val="00257041"/>
    <w:rsid w:val="00257383"/>
    <w:rsid w:val="002613CF"/>
    <w:rsid w:val="002628B4"/>
    <w:rsid w:val="00262903"/>
    <w:rsid w:val="00262F02"/>
    <w:rsid w:val="00263A52"/>
    <w:rsid w:val="00263C97"/>
    <w:rsid w:val="002642DE"/>
    <w:rsid w:val="0026549F"/>
    <w:rsid w:val="00265764"/>
    <w:rsid w:val="002709A9"/>
    <w:rsid w:val="002709D1"/>
    <w:rsid w:val="00270D49"/>
    <w:rsid w:val="002712AC"/>
    <w:rsid w:val="00271F09"/>
    <w:rsid w:val="00272507"/>
    <w:rsid w:val="0027282C"/>
    <w:rsid w:val="002737A6"/>
    <w:rsid w:val="00274214"/>
    <w:rsid w:val="00274327"/>
    <w:rsid w:val="002746B7"/>
    <w:rsid w:val="00274CCC"/>
    <w:rsid w:val="00274F11"/>
    <w:rsid w:val="00276329"/>
    <w:rsid w:val="00276745"/>
    <w:rsid w:val="0027689F"/>
    <w:rsid w:val="00276FF1"/>
    <w:rsid w:val="00277B60"/>
    <w:rsid w:val="00277C87"/>
    <w:rsid w:val="002802AE"/>
    <w:rsid w:val="00280350"/>
    <w:rsid w:val="00281910"/>
    <w:rsid w:val="002822DF"/>
    <w:rsid w:val="002842A7"/>
    <w:rsid w:val="002844A4"/>
    <w:rsid w:val="0028462D"/>
    <w:rsid w:val="00284A36"/>
    <w:rsid w:val="0028501E"/>
    <w:rsid w:val="00285A7C"/>
    <w:rsid w:val="00286AE6"/>
    <w:rsid w:val="00286D9B"/>
    <w:rsid w:val="00287120"/>
    <w:rsid w:val="002879A7"/>
    <w:rsid w:val="00287CDC"/>
    <w:rsid w:val="00287F1B"/>
    <w:rsid w:val="002900EF"/>
    <w:rsid w:val="00290CF2"/>
    <w:rsid w:val="00291882"/>
    <w:rsid w:val="0029196A"/>
    <w:rsid w:val="00291AA5"/>
    <w:rsid w:val="002921A8"/>
    <w:rsid w:val="002923EA"/>
    <w:rsid w:val="00294DAE"/>
    <w:rsid w:val="00294E61"/>
    <w:rsid w:val="002950DF"/>
    <w:rsid w:val="002953C4"/>
    <w:rsid w:val="0029639D"/>
    <w:rsid w:val="0029775F"/>
    <w:rsid w:val="002977BD"/>
    <w:rsid w:val="002A0516"/>
    <w:rsid w:val="002A0A36"/>
    <w:rsid w:val="002A118C"/>
    <w:rsid w:val="002A1776"/>
    <w:rsid w:val="002A1B55"/>
    <w:rsid w:val="002A1BC8"/>
    <w:rsid w:val="002A1CF3"/>
    <w:rsid w:val="002A398E"/>
    <w:rsid w:val="002A42E1"/>
    <w:rsid w:val="002A441E"/>
    <w:rsid w:val="002A478C"/>
    <w:rsid w:val="002A540A"/>
    <w:rsid w:val="002A618A"/>
    <w:rsid w:val="002A6776"/>
    <w:rsid w:val="002A6DF1"/>
    <w:rsid w:val="002A77ED"/>
    <w:rsid w:val="002A7F83"/>
    <w:rsid w:val="002B0274"/>
    <w:rsid w:val="002B0390"/>
    <w:rsid w:val="002B2415"/>
    <w:rsid w:val="002B2B78"/>
    <w:rsid w:val="002B363B"/>
    <w:rsid w:val="002B38A0"/>
    <w:rsid w:val="002B39D3"/>
    <w:rsid w:val="002B4325"/>
    <w:rsid w:val="002B43E9"/>
    <w:rsid w:val="002B4F1E"/>
    <w:rsid w:val="002B502E"/>
    <w:rsid w:val="002B54B3"/>
    <w:rsid w:val="002B6628"/>
    <w:rsid w:val="002B6B2B"/>
    <w:rsid w:val="002B6D35"/>
    <w:rsid w:val="002B773C"/>
    <w:rsid w:val="002B7A7D"/>
    <w:rsid w:val="002B7AF7"/>
    <w:rsid w:val="002B7B78"/>
    <w:rsid w:val="002C041B"/>
    <w:rsid w:val="002C04F9"/>
    <w:rsid w:val="002C0A0C"/>
    <w:rsid w:val="002C0D84"/>
    <w:rsid w:val="002C17B6"/>
    <w:rsid w:val="002C1CFD"/>
    <w:rsid w:val="002C1F6B"/>
    <w:rsid w:val="002C20F4"/>
    <w:rsid w:val="002C21D5"/>
    <w:rsid w:val="002C23B0"/>
    <w:rsid w:val="002C241E"/>
    <w:rsid w:val="002C253F"/>
    <w:rsid w:val="002C2888"/>
    <w:rsid w:val="002C30B2"/>
    <w:rsid w:val="002C3294"/>
    <w:rsid w:val="002C3814"/>
    <w:rsid w:val="002C38C0"/>
    <w:rsid w:val="002C3C54"/>
    <w:rsid w:val="002C4135"/>
    <w:rsid w:val="002C52D8"/>
    <w:rsid w:val="002C5A9F"/>
    <w:rsid w:val="002C65E8"/>
    <w:rsid w:val="002C7197"/>
    <w:rsid w:val="002C7545"/>
    <w:rsid w:val="002C79AD"/>
    <w:rsid w:val="002D02FC"/>
    <w:rsid w:val="002D09FA"/>
    <w:rsid w:val="002D1E20"/>
    <w:rsid w:val="002D2FD4"/>
    <w:rsid w:val="002D402B"/>
    <w:rsid w:val="002D4273"/>
    <w:rsid w:val="002D478B"/>
    <w:rsid w:val="002D4844"/>
    <w:rsid w:val="002D4CE6"/>
    <w:rsid w:val="002D4FEB"/>
    <w:rsid w:val="002D51CA"/>
    <w:rsid w:val="002D5649"/>
    <w:rsid w:val="002D634A"/>
    <w:rsid w:val="002D65FF"/>
    <w:rsid w:val="002D6843"/>
    <w:rsid w:val="002D6B47"/>
    <w:rsid w:val="002D6DEE"/>
    <w:rsid w:val="002D7638"/>
    <w:rsid w:val="002D766C"/>
    <w:rsid w:val="002E11CE"/>
    <w:rsid w:val="002E14A6"/>
    <w:rsid w:val="002E1BED"/>
    <w:rsid w:val="002E3CC5"/>
    <w:rsid w:val="002E473C"/>
    <w:rsid w:val="002E515C"/>
    <w:rsid w:val="002E5990"/>
    <w:rsid w:val="002E5B1E"/>
    <w:rsid w:val="002E6418"/>
    <w:rsid w:val="002E663D"/>
    <w:rsid w:val="002E68D5"/>
    <w:rsid w:val="002E6AB1"/>
    <w:rsid w:val="002E6DC0"/>
    <w:rsid w:val="002E7939"/>
    <w:rsid w:val="002F0359"/>
    <w:rsid w:val="002F0ABF"/>
    <w:rsid w:val="002F1AC3"/>
    <w:rsid w:val="002F1F43"/>
    <w:rsid w:val="002F2268"/>
    <w:rsid w:val="002F22CF"/>
    <w:rsid w:val="002F23B9"/>
    <w:rsid w:val="002F2735"/>
    <w:rsid w:val="002F3179"/>
    <w:rsid w:val="002F36D7"/>
    <w:rsid w:val="002F3BC2"/>
    <w:rsid w:val="002F460F"/>
    <w:rsid w:val="002F476E"/>
    <w:rsid w:val="002F4876"/>
    <w:rsid w:val="002F4CF7"/>
    <w:rsid w:val="002F5694"/>
    <w:rsid w:val="002F5BF0"/>
    <w:rsid w:val="002F5F75"/>
    <w:rsid w:val="002F66D9"/>
    <w:rsid w:val="002F6B0B"/>
    <w:rsid w:val="002F6B41"/>
    <w:rsid w:val="002F6D02"/>
    <w:rsid w:val="002F71F7"/>
    <w:rsid w:val="002F72C5"/>
    <w:rsid w:val="002F7372"/>
    <w:rsid w:val="002F7B00"/>
    <w:rsid w:val="002F7F20"/>
    <w:rsid w:val="00300C15"/>
    <w:rsid w:val="00300E48"/>
    <w:rsid w:val="00301E30"/>
    <w:rsid w:val="003023E7"/>
    <w:rsid w:val="00302BE5"/>
    <w:rsid w:val="00304704"/>
    <w:rsid w:val="003047B1"/>
    <w:rsid w:val="003047DA"/>
    <w:rsid w:val="003065F4"/>
    <w:rsid w:val="00306651"/>
    <w:rsid w:val="00306AC6"/>
    <w:rsid w:val="00306FFC"/>
    <w:rsid w:val="0030769A"/>
    <w:rsid w:val="00307EFA"/>
    <w:rsid w:val="003102C0"/>
    <w:rsid w:val="003104BD"/>
    <w:rsid w:val="00310CF0"/>
    <w:rsid w:val="003110A0"/>
    <w:rsid w:val="0031281C"/>
    <w:rsid w:val="00312B6F"/>
    <w:rsid w:val="003135C2"/>
    <w:rsid w:val="00313A84"/>
    <w:rsid w:val="00313DB3"/>
    <w:rsid w:val="00315294"/>
    <w:rsid w:val="003158F1"/>
    <w:rsid w:val="003160B3"/>
    <w:rsid w:val="003179A8"/>
    <w:rsid w:val="00317FF1"/>
    <w:rsid w:val="00320C03"/>
    <w:rsid w:val="00320F4B"/>
    <w:rsid w:val="00321046"/>
    <w:rsid w:val="0032110E"/>
    <w:rsid w:val="00321852"/>
    <w:rsid w:val="003221C4"/>
    <w:rsid w:val="003227C3"/>
    <w:rsid w:val="003248D4"/>
    <w:rsid w:val="00324945"/>
    <w:rsid w:val="00324CAF"/>
    <w:rsid w:val="00325EE1"/>
    <w:rsid w:val="00325F2C"/>
    <w:rsid w:val="00326375"/>
    <w:rsid w:val="0032687D"/>
    <w:rsid w:val="00326F90"/>
    <w:rsid w:val="003278BA"/>
    <w:rsid w:val="00327B1C"/>
    <w:rsid w:val="00330343"/>
    <w:rsid w:val="0033108B"/>
    <w:rsid w:val="00331740"/>
    <w:rsid w:val="003323EE"/>
    <w:rsid w:val="0033340F"/>
    <w:rsid w:val="00333C70"/>
    <w:rsid w:val="00334B9D"/>
    <w:rsid w:val="00334C83"/>
    <w:rsid w:val="0033549E"/>
    <w:rsid w:val="00335523"/>
    <w:rsid w:val="00335919"/>
    <w:rsid w:val="0033676E"/>
    <w:rsid w:val="00337610"/>
    <w:rsid w:val="00337E65"/>
    <w:rsid w:val="003402F2"/>
    <w:rsid w:val="003402F8"/>
    <w:rsid w:val="00341468"/>
    <w:rsid w:val="00341712"/>
    <w:rsid w:val="00341A2E"/>
    <w:rsid w:val="003428C2"/>
    <w:rsid w:val="00342CD8"/>
    <w:rsid w:val="00343AEE"/>
    <w:rsid w:val="00344469"/>
    <w:rsid w:val="003446EB"/>
    <w:rsid w:val="00344810"/>
    <w:rsid w:val="0034544A"/>
    <w:rsid w:val="00345E13"/>
    <w:rsid w:val="00346250"/>
    <w:rsid w:val="00346606"/>
    <w:rsid w:val="00346DA6"/>
    <w:rsid w:val="00350213"/>
    <w:rsid w:val="00350612"/>
    <w:rsid w:val="003510E6"/>
    <w:rsid w:val="00351554"/>
    <w:rsid w:val="00351839"/>
    <w:rsid w:val="0035191D"/>
    <w:rsid w:val="00352401"/>
    <w:rsid w:val="00352D5B"/>
    <w:rsid w:val="003532DE"/>
    <w:rsid w:val="00353764"/>
    <w:rsid w:val="00353977"/>
    <w:rsid w:val="00353D5E"/>
    <w:rsid w:val="00353D89"/>
    <w:rsid w:val="00353E07"/>
    <w:rsid w:val="00353FC3"/>
    <w:rsid w:val="00354078"/>
    <w:rsid w:val="00354E64"/>
    <w:rsid w:val="003559CC"/>
    <w:rsid w:val="003571D3"/>
    <w:rsid w:val="0035795D"/>
    <w:rsid w:val="00357ED6"/>
    <w:rsid w:val="00360255"/>
    <w:rsid w:val="00360941"/>
    <w:rsid w:val="00360D5A"/>
    <w:rsid w:val="00361515"/>
    <w:rsid w:val="003618DC"/>
    <w:rsid w:val="00361E68"/>
    <w:rsid w:val="00362188"/>
    <w:rsid w:val="0036221A"/>
    <w:rsid w:val="0036267F"/>
    <w:rsid w:val="0036277B"/>
    <w:rsid w:val="0036294C"/>
    <w:rsid w:val="003633E5"/>
    <w:rsid w:val="0036431E"/>
    <w:rsid w:val="00364A03"/>
    <w:rsid w:val="00364AF6"/>
    <w:rsid w:val="00364DE9"/>
    <w:rsid w:val="00365B85"/>
    <w:rsid w:val="00365CBB"/>
    <w:rsid w:val="0036653C"/>
    <w:rsid w:val="00366B77"/>
    <w:rsid w:val="00367A27"/>
    <w:rsid w:val="00367B4B"/>
    <w:rsid w:val="00367E39"/>
    <w:rsid w:val="00367FB9"/>
    <w:rsid w:val="00370488"/>
    <w:rsid w:val="00370ADC"/>
    <w:rsid w:val="00370DB5"/>
    <w:rsid w:val="00370FEB"/>
    <w:rsid w:val="00371DCE"/>
    <w:rsid w:val="0037279C"/>
    <w:rsid w:val="00372F2C"/>
    <w:rsid w:val="00373130"/>
    <w:rsid w:val="0037455F"/>
    <w:rsid w:val="00375199"/>
    <w:rsid w:val="00375703"/>
    <w:rsid w:val="00375A5C"/>
    <w:rsid w:val="00375B35"/>
    <w:rsid w:val="00375D18"/>
    <w:rsid w:val="003768CD"/>
    <w:rsid w:val="00377168"/>
    <w:rsid w:val="0038016A"/>
    <w:rsid w:val="0038027A"/>
    <w:rsid w:val="00380619"/>
    <w:rsid w:val="00380FCE"/>
    <w:rsid w:val="0038151E"/>
    <w:rsid w:val="003817D8"/>
    <w:rsid w:val="00381834"/>
    <w:rsid w:val="00382B05"/>
    <w:rsid w:val="00384387"/>
    <w:rsid w:val="0038580B"/>
    <w:rsid w:val="003861B2"/>
    <w:rsid w:val="003862B0"/>
    <w:rsid w:val="00386940"/>
    <w:rsid w:val="00387C18"/>
    <w:rsid w:val="00391270"/>
    <w:rsid w:val="003915D4"/>
    <w:rsid w:val="00392838"/>
    <w:rsid w:val="00392D05"/>
    <w:rsid w:val="00392D9B"/>
    <w:rsid w:val="00392E56"/>
    <w:rsid w:val="003931A6"/>
    <w:rsid w:val="00393EF2"/>
    <w:rsid w:val="00394FE5"/>
    <w:rsid w:val="00395374"/>
    <w:rsid w:val="0039580F"/>
    <w:rsid w:val="00396249"/>
    <w:rsid w:val="003962E6"/>
    <w:rsid w:val="003968A5"/>
    <w:rsid w:val="00396FD2"/>
    <w:rsid w:val="00397582"/>
    <w:rsid w:val="00397785"/>
    <w:rsid w:val="003977FE"/>
    <w:rsid w:val="00397BD6"/>
    <w:rsid w:val="003A12FA"/>
    <w:rsid w:val="003A1310"/>
    <w:rsid w:val="003A1553"/>
    <w:rsid w:val="003A1C13"/>
    <w:rsid w:val="003A2112"/>
    <w:rsid w:val="003A2157"/>
    <w:rsid w:val="003A2C33"/>
    <w:rsid w:val="003A2FF0"/>
    <w:rsid w:val="003A31FB"/>
    <w:rsid w:val="003A3886"/>
    <w:rsid w:val="003A5193"/>
    <w:rsid w:val="003A623E"/>
    <w:rsid w:val="003A6363"/>
    <w:rsid w:val="003A654B"/>
    <w:rsid w:val="003A66C7"/>
    <w:rsid w:val="003B0064"/>
    <w:rsid w:val="003B0307"/>
    <w:rsid w:val="003B0436"/>
    <w:rsid w:val="003B06D2"/>
    <w:rsid w:val="003B090A"/>
    <w:rsid w:val="003B0C65"/>
    <w:rsid w:val="003B1358"/>
    <w:rsid w:val="003B13CB"/>
    <w:rsid w:val="003B2D77"/>
    <w:rsid w:val="003B38D1"/>
    <w:rsid w:val="003B421B"/>
    <w:rsid w:val="003B45F0"/>
    <w:rsid w:val="003B4FA5"/>
    <w:rsid w:val="003B513A"/>
    <w:rsid w:val="003B5922"/>
    <w:rsid w:val="003B5E4E"/>
    <w:rsid w:val="003B709A"/>
    <w:rsid w:val="003B7237"/>
    <w:rsid w:val="003B7538"/>
    <w:rsid w:val="003B75C8"/>
    <w:rsid w:val="003B75E8"/>
    <w:rsid w:val="003B7AE0"/>
    <w:rsid w:val="003B7EF7"/>
    <w:rsid w:val="003C0035"/>
    <w:rsid w:val="003C10D0"/>
    <w:rsid w:val="003C1917"/>
    <w:rsid w:val="003C1FB7"/>
    <w:rsid w:val="003C2291"/>
    <w:rsid w:val="003C2ECF"/>
    <w:rsid w:val="003C34ED"/>
    <w:rsid w:val="003C3A0D"/>
    <w:rsid w:val="003C41AB"/>
    <w:rsid w:val="003C44CB"/>
    <w:rsid w:val="003C47E4"/>
    <w:rsid w:val="003C4F68"/>
    <w:rsid w:val="003C514C"/>
    <w:rsid w:val="003C5C8A"/>
    <w:rsid w:val="003C5D3B"/>
    <w:rsid w:val="003C6066"/>
    <w:rsid w:val="003C6F31"/>
    <w:rsid w:val="003C750B"/>
    <w:rsid w:val="003D0F16"/>
    <w:rsid w:val="003D11D0"/>
    <w:rsid w:val="003D23A6"/>
    <w:rsid w:val="003D3433"/>
    <w:rsid w:val="003D3DFB"/>
    <w:rsid w:val="003D4E63"/>
    <w:rsid w:val="003D5F20"/>
    <w:rsid w:val="003D7314"/>
    <w:rsid w:val="003D7425"/>
    <w:rsid w:val="003D74C2"/>
    <w:rsid w:val="003D7566"/>
    <w:rsid w:val="003D782E"/>
    <w:rsid w:val="003D797F"/>
    <w:rsid w:val="003E014E"/>
    <w:rsid w:val="003E0D5F"/>
    <w:rsid w:val="003E0E7B"/>
    <w:rsid w:val="003E2211"/>
    <w:rsid w:val="003E243B"/>
    <w:rsid w:val="003E2B28"/>
    <w:rsid w:val="003E2B9B"/>
    <w:rsid w:val="003E2C99"/>
    <w:rsid w:val="003E30DA"/>
    <w:rsid w:val="003E3759"/>
    <w:rsid w:val="003E411E"/>
    <w:rsid w:val="003E42BF"/>
    <w:rsid w:val="003E4623"/>
    <w:rsid w:val="003E4974"/>
    <w:rsid w:val="003E513D"/>
    <w:rsid w:val="003E53AE"/>
    <w:rsid w:val="003E607B"/>
    <w:rsid w:val="003E66BD"/>
    <w:rsid w:val="003E67CE"/>
    <w:rsid w:val="003E6A66"/>
    <w:rsid w:val="003E6E44"/>
    <w:rsid w:val="003E6F42"/>
    <w:rsid w:val="003E7C88"/>
    <w:rsid w:val="003E7F71"/>
    <w:rsid w:val="003F014F"/>
    <w:rsid w:val="003F0304"/>
    <w:rsid w:val="003F1181"/>
    <w:rsid w:val="003F1688"/>
    <w:rsid w:val="003F20EB"/>
    <w:rsid w:val="003F2B1D"/>
    <w:rsid w:val="003F3413"/>
    <w:rsid w:val="003F3561"/>
    <w:rsid w:val="003F3963"/>
    <w:rsid w:val="003F4444"/>
    <w:rsid w:val="003F5FE9"/>
    <w:rsid w:val="003F66EC"/>
    <w:rsid w:val="003F7572"/>
    <w:rsid w:val="003F7BF5"/>
    <w:rsid w:val="0040173B"/>
    <w:rsid w:val="0040296C"/>
    <w:rsid w:val="0040297D"/>
    <w:rsid w:val="00402C88"/>
    <w:rsid w:val="00402E35"/>
    <w:rsid w:val="00402F0F"/>
    <w:rsid w:val="004032BE"/>
    <w:rsid w:val="00403A99"/>
    <w:rsid w:val="004059F9"/>
    <w:rsid w:val="00406180"/>
    <w:rsid w:val="0040642C"/>
    <w:rsid w:val="00406570"/>
    <w:rsid w:val="00406927"/>
    <w:rsid w:val="00406DEB"/>
    <w:rsid w:val="004078C4"/>
    <w:rsid w:val="00410684"/>
    <w:rsid w:val="00410BFD"/>
    <w:rsid w:val="00410E39"/>
    <w:rsid w:val="00411195"/>
    <w:rsid w:val="004114AC"/>
    <w:rsid w:val="00411642"/>
    <w:rsid w:val="00411CDE"/>
    <w:rsid w:val="004123E9"/>
    <w:rsid w:val="00412487"/>
    <w:rsid w:val="00412FE8"/>
    <w:rsid w:val="00413815"/>
    <w:rsid w:val="004138AB"/>
    <w:rsid w:val="0041404D"/>
    <w:rsid w:val="00414D0D"/>
    <w:rsid w:val="00414D10"/>
    <w:rsid w:val="00414F3F"/>
    <w:rsid w:val="0041528B"/>
    <w:rsid w:val="00416420"/>
    <w:rsid w:val="004167D1"/>
    <w:rsid w:val="00416B69"/>
    <w:rsid w:val="00417EA9"/>
    <w:rsid w:val="004205F6"/>
    <w:rsid w:val="004206D2"/>
    <w:rsid w:val="00420999"/>
    <w:rsid w:val="00420C98"/>
    <w:rsid w:val="00420F18"/>
    <w:rsid w:val="004216D4"/>
    <w:rsid w:val="00421B98"/>
    <w:rsid w:val="00422975"/>
    <w:rsid w:val="00422C56"/>
    <w:rsid w:val="004232B6"/>
    <w:rsid w:val="004233C5"/>
    <w:rsid w:val="004234CF"/>
    <w:rsid w:val="00423644"/>
    <w:rsid w:val="004252FD"/>
    <w:rsid w:val="004255C0"/>
    <w:rsid w:val="004259E0"/>
    <w:rsid w:val="00425E16"/>
    <w:rsid w:val="004264A7"/>
    <w:rsid w:val="00426E08"/>
    <w:rsid w:val="00427A2A"/>
    <w:rsid w:val="00427D43"/>
    <w:rsid w:val="00427EBA"/>
    <w:rsid w:val="00430AEF"/>
    <w:rsid w:val="00430ECF"/>
    <w:rsid w:val="00431C19"/>
    <w:rsid w:val="00433576"/>
    <w:rsid w:val="0043358F"/>
    <w:rsid w:val="00433AB1"/>
    <w:rsid w:val="00434CF1"/>
    <w:rsid w:val="00434EE4"/>
    <w:rsid w:val="0043516C"/>
    <w:rsid w:val="0043523B"/>
    <w:rsid w:val="0043622E"/>
    <w:rsid w:val="004370AF"/>
    <w:rsid w:val="0043713F"/>
    <w:rsid w:val="004374DA"/>
    <w:rsid w:val="00437D95"/>
    <w:rsid w:val="00437E6B"/>
    <w:rsid w:val="00437F7B"/>
    <w:rsid w:val="004406F8"/>
    <w:rsid w:val="004407D8"/>
    <w:rsid w:val="004408B2"/>
    <w:rsid w:val="00440E50"/>
    <w:rsid w:val="004411F7"/>
    <w:rsid w:val="00441A05"/>
    <w:rsid w:val="00441D51"/>
    <w:rsid w:val="00441D89"/>
    <w:rsid w:val="00441E7D"/>
    <w:rsid w:val="00442397"/>
    <w:rsid w:val="0044297F"/>
    <w:rsid w:val="00443731"/>
    <w:rsid w:val="00443D7F"/>
    <w:rsid w:val="00443FF5"/>
    <w:rsid w:val="00445BD0"/>
    <w:rsid w:val="0044655F"/>
    <w:rsid w:val="00446859"/>
    <w:rsid w:val="00446B5F"/>
    <w:rsid w:val="0044704B"/>
    <w:rsid w:val="00447667"/>
    <w:rsid w:val="004479A0"/>
    <w:rsid w:val="00447EB5"/>
    <w:rsid w:val="00450A56"/>
    <w:rsid w:val="00451340"/>
    <w:rsid w:val="0045156B"/>
    <w:rsid w:val="00451C01"/>
    <w:rsid w:val="00451FEF"/>
    <w:rsid w:val="0045206F"/>
    <w:rsid w:val="00452B19"/>
    <w:rsid w:val="004537CC"/>
    <w:rsid w:val="00453EA3"/>
    <w:rsid w:val="00454A3D"/>
    <w:rsid w:val="00455243"/>
    <w:rsid w:val="00455A71"/>
    <w:rsid w:val="004561A4"/>
    <w:rsid w:val="0045764D"/>
    <w:rsid w:val="004578AF"/>
    <w:rsid w:val="00457CC7"/>
    <w:rsid w:val="004602C8"/>
    <w:rsid w:val="0046076B"/>
    <w:rsid w:val="00460E14"/>
    <w:rsid w:val="00461223"/>
    <w:rsid w:val="00461FB8"/>
    <w:rsid w:val="00462335"/>
    <w:rsid w:val="0046387A"/>
    <w:rsid w:val="00464705"/>
    <w:rsid w:val="00464AA6"/>
    <w:rsid w:val="004650C4"/>
    <w:rsid w:val="00466575"/>
    <w:rsid w:val="00467498"/>
    <w:rsid w:val="00467DC1"/>
    <w:rsid w:val="00470078"/>
    <w:rsid w:val="004703DA"/>
    <w:rsid w:val="0047076C"/>
    <w:rsid w:val="00470783"/>
    <w:rsid w:val="004710B6"/>
    <w:rsid w:val="004715EB"/>
    <w:rsid w:val="00471631"/>
    <w:rsid w:val="00471F4E"/>
    <w:rsid w:val="0047217D"/>
    <w:rsid w:val="00472520"/>
    <w:rsid w:val="004733AC"/>
    <w:rsid w:val="004737BD"/>
    <w:rsid w:val="00474F1A"/>
    <w:rsid w:val="004754E3"/>
    <w:rsid w:val="00475689"/>
    <w:rsid w:val="00475832"/>
    <w:rsid w:val="00475949"/>
    <w:rsid w:val="00475962"/>
    <w:rsid w:val="00475C95"/>
    <w:rsid w:val="00475E13"/>
    <w:rsid w:val="00475F6A"/>
    <w:rsid w:val="004760A4"/>
    <w:rsid w:val="004777B2"/>
    <w:rsid w:val="00480213"/>
    <w:rsid w:val="004808A9"/>
    <w:rsid w:val="00481A26"/>
    <w:rsid w:val="00481E89"/>
    <w:rsid w:val="00482782"/>
    <w:rsid w:val="00482A8F"/>
    <w:rsid w:val="00482B87"/>
    <w:rsid w:val="00482BDD"/>
    <w:rsid w:val="00484095"/>
    <w:rsid w:val="0048410F"/>
    <w:rsid w:val="00484AD6"/>
    <w:rsid w:val="00484D94"/>
    <w:rsid w:val="00485968"/>
    <w:rsid w:val="004860AD"/>
    <w:rsid w:val="00486200"/>
    <w:rsid w:val="00486375"/>
    <w:rsid w:val="0048661F"/>
    <w:rsid w:val="004868A7"/>
    <w:rsid w:val="00487E66"/>
    <w:rsid w:val="00487FEC"/>
    <w:rsid w:val="00490E40"/>
    <w:rsid w:val="00491241"/>
    <w:rsid w:val="00494507"/>
    <w:rsid w:val="00494516"/>
    <w:rsid w:val="00494C87"/>
    <w:rsid w:val="0049582B"/>
    <w:rsid w:val="00495B8A"/>
    <w:rsid w:val="00495F4F"/>
    <w:rsid w:val="00496049"/>
    <w:rsid w:val="00496DC1"/>
    <w:rsid w:val="00497068"/>
    <w:rsid w:val="0049718A"/>
    <w:rsid w:val="004971D4"/>
    <w:rsid w:val="00497905"/>
    <w:rsid w:val="00497EDB"/>
    <w:rsid w:val="00497EE8"/>
    <w:rsid w:val="004A1929"/>
    <w:rsid w:val="004A1D36"/>
    <w:rsid w:val="004A2036"/>
    <w:rsid w:val="004A30F2"/>
    <w:rsid w:val="004A37C7"/>
    <w:rsid w:val="004A3D1E"/>
    <w:rsid w:val="004A436A"/>
    <w:rsid w:val="004A4421"/>
    <w:rsid w:val="004A463E"/>
    <w:rsid w:val="004A4E9F"/>
    <w:rsid w:val="004A5C50"/>
    <w:rsid w:val="004A6788"/>
    <w:rsid w:val="004A7C89"/>
    <w:rsid w:val="004A7DE5"/>
    <w:rsid w:val="004A7F14"/>
    <w:rsid w:val="004B0CFF"/>
    <w:rsid w:val="004B14E8"/>
    <w:rsid w:val="004B167C"/>
    <w:rsid w:val="004B18F0"/>
    <w:rsid w:val="004B1D34"/>
    <w:rsid w:val="004B3475"/>
    <w:rsid w:val="004B3636"/>
    <w:rsid w:val="004B375E"/>
    <w:rsid w:val="004B3B91"/>
    <w:rsid w:val="004B3B95"/>
    <w:rsid w:val="004B5861"/>
    <w:rsid w:val="004B6DEC"/>
    <w:rsid w:val="004B7159"/>
    <w:rsid w:val="004B7705"/>
    <w:rsid w:val="004B78EC"/>
    <w:rsid w:val="004B7A83"/>
    <w:rsid w:val="004C0210"/>
    <w:rsid w:val="004C04B2"/>
    <w:rsid w:val="004C0525"/>
    <w:rsid w:val="004C1314"/>
    <w:rsid w:val="004C13C1"/>
    <w:rsid w:val="004C3793"/>
    <w:rsid w:val="004C38AD"/>
    <w:rsid w:val="004C4333"/>
    <w:rsid w:val="004C4BE9"/>
    <w:rsid w:val="004C6296"/>
    <w:rsid w:val="004C6606"/>
    <w:rsid w:val="004C6CC8"/>
    <w:rsid w:val="004C7A5C"/>
    <w:rsid w:val="004C7A99"/>
    <w:rsid w:val="004C7C54"/>
    <w:rsid w:val="004D0319"/>
    <w:rsid w:val="004D0403"/>
    <w:rsid w:val="004D0E68"/>
    <w:rsid w:val="004D2093"/>
    <w:rsid w:val="004D2D22"/>
    <w:rsid w:val="004D505E"/>
    <w:rsid w:val="004D514F"/>
    <w:rsid w:val="004D5285"/>
    <w:rsid w:val="004D603E"/>
    <w:rsid w:val="004D66A2"/>
    <w:rsid w:val="004D79C5"/>
    <w:rsid w:val="004E1213"/>
    <w:rsid w:val="004E1B9C"/>
    <w:rsid w:val="004E1CED"/>
    <w:rsid w:val="004E2070"/>
    <w:rsid w:val="004E25FD"/>
    <w:rsid w:val="004E335E"/>
    <w:rsid w:val="004E404F"/>
    <w:rsid w:val="004E40B6"/>
    <w:rsid w:val="004E5A6E"/>
    <w:rsid w:val="004E5EFD"/>
    <w:rsid w:val="004E6344"/>
    <w:rsid w:val="004E6B88"/>
    <w:rsid w:val="004E78A3"/>
    <w:rsid w:val="004F0AC1"/>
    <w:rsid w:val="004F21DB"/>
    <w:rsid w:val="004F2C40"/>
    <w:rsid w:val="004F2F69"/>
    <w:rsid w:val="004F2FB9"/>
    <w:rsid w:val="004F2FE4"/>
    <w:rsid w:val="004F37A6"/>
    <w:rsid w:val="004F3F84"/>
    <w:rsid w:val="004F3FB5"/>
    <w:rsid w:val="004F4672"/>
    <w:rsid w:val="004F49FC"/>
    <w:rsid w:val="004F57AC"/>
    <w:rsid w:val="004F58E8"/>
    <w:rsid w:val="004F5BAF"/>
    <w:rsid w:val="004F61DB"/>
    <w:rsid w:val="004F62D1"/>
    <w:rsid w:val="004F6B72"/>
    <w:rsid w:val="004F6C1D"/>
    <w:rsid w:val="004F7464"/>
    <w:rsid w:val="004F7CFD"/>
    <w:rsid w:val="00500023"/>
    <w:rsid w:val="00500471"/>
    <w:rsid w:val="00500D92"/>
    <w:rsid w:val="00502838"/>
    <w:rsid w:val="00502A65"/>
    <w:rsid w:val="00502B99"/>
    <w:rsid w:val="00502B9D"/>
    <w:rsid w:val="00502C92"/>
    <w:rsid w:val="00503375"/>
    <w:rsid w:val="005035F1"/>
    <w:rsid w:val="00503C0B"/>
    <w:rsid w:val="0050475A"/>
    <w:rsid w:val="00504C24"/>
    <w:rsid w:val="00505507"/>
    <w:rsid w:val="005056AD"/>
    <w:rsid w:val="00505715"/>
    <w:rsid w:val="0050689D"/>
    <w:rsid w:val="005073A1"/>
    <w:rsid w:val="00507CCC"/>
    <w:rsid w:val="00507E36"/>
    <w:rsid w:val="0051007D"/>
    <w:rsid w:val="00510123"/>
    <w:rsid w:val="005101CA"/>
    <w:rsid w:val="005102CD"/>
    <w:rsid w:val="00510438"/>
    <w:rsid w:val="00511049"/>
    <w:rsid w:val="00511173"/>
    <w:rsid w:val="00512790"/>
    <w:rsid w:val="00512A5A"/>
    <w:rsid w:val="00512DE2"/>
    <w:rsid w:val="00513198"/>
    <w:rsid w:val="00514313"/>
    <w:rsid w:val="00514732"/>
    <w:rsid w:val="00515A8F"/>
    <w:rsid w:val="0051722D"/>
    <w:rsid w:val="00517340"/>
    <w:rsid w:val="0051758E"/>
    <w:rsid w:val="005209A5"/>
    <w:rsid w:val="00521146"/>
    <w:rsid w:val="005213C0"/>
    <w:rsid w:val="005218D0"/>
    <w:rsid w:val="00521A46"/>
    <w:rsid w:val="00522DD7"/>
    <w:rsid w:val="00523462"/>
    <w:rsid w:val="005239D6"/>
    <w:rsid w:val="00524317"/>
    <w:rsid w:val="0052439F"/>
    <w:rsid w:val="005245B9"/>
    <w:rsid w:val="005245CA"/>
    <w:rsid w:val="005247B6"/>
    <w:rsid w:val="005247D7"/>
    <w:rsid w:val="00524CE7"/>
    <w:rsid w:val="00525288"/>
    <w:rsid w:val="00525CC7"/>
    <w:rsid w:val="00525FBE"/>
    <w:rsid w:val="00526141"/>
    <w:rsid w:val="00526254"/>
    <w:rsid w:val="005262E5"/>
    <w:rsid w:val="00526F35"/>
    <w:rsid w:val="005274FF"/>
    <w:rsid w:val="00527A18"/>
    <w:rsid w:val="00530441"/>
    <w:rsid w:val="0053151E"/>
    <w:rsid w:val="00531819"/>
    <w:rsid w:val="00531837"/>
    <w:rsid w:val="0053245A"/>
    <w:rsid w:val="00532CF5"/>
    <w:rsid w:val="00532EBC"/>
    <w:rsid w:val="005335D9"/>
    <w:rsid w:val="005337B8"/>
    <w:rsid w:val="00533956"/>
    <w:rsid w:val="0053403E"/>
    <w:rsid w:val="00534453"/>
    <w:rsid w:val="0053456A"/>
    <w:rsid w:val="0053458A"/>
    <w:rsid w:val="0053475B"/>
    <w:rsid w:val="00534A24"/>
    <w:rsid w:val="00534BD0"/>
    <w:rsid w:val="00535036"/>
    <w:rsid w:val="00535651"/>
    <w:rsid w:val="00535A73"/>
    <w:rsid w:val="00535FFD"/>
    <w:rsid w:val="00536DB1"/>
    <w:rsid w:val="00537147"/>
    <w:rsid w:val="0053738F"/>
    <w:rsid w:val="0053776F"/>
    <w:rsid w:val="0053796B"/>
    <w:rsid w:val="00537DB0"/>
    <w:rsid w:val="00540552"/>
    <w:rsid w:val="00540863"/>
    <w:rsid w:val="00540C95"/>
    <w:rsid w:val="005414E6"/>
    <w:rsid w:val="005420B5"/>
    <w:rsid w:val="0054257E"/>
    <w:rsid w:val="0054289F"/>
    <w:rsid w:val="00543751"/>
    <w:rsid w:val="00543B2D"/>
    <w:rsid w:val="005440BF"/>
    <w:rsid w:val="005453D7"/>
    <w:rsid w:val="005454B2"/>
    <w:rsid w:val="0054677E"/>
    <w:rsid w:val="00547272"/>
    <w:rsid w:val="0054763A"/>
    <w:rsid w:val="00550D89"/>
    <w:rsid w:val="00550E8B"/>
    <w:rsid w:val="00551A70"/>
    <w:rsid w:val="00551EF1"/>
    <w:rsid w:val="00552A54"/>
    <w:rsid w:val="00553DD7"/>
    <w:rsid w:val="00554431"/>
    <w:rsid w:val="00555587"/>
    <w:rsid w:val="00555D6B"/>
    <w:rsid w:val="005571CF"/>
    <w:rsid w:val="005575CF"/>
    <w:rsid w:val="005611E5"/>
    <w:rsid w:val="005613D7"/>
    <w:rsid w:val="00561545"/>
    <w:rsid w:val="00561E2A"/>
    <w:rsid w:val="005620F9"/>
    <w:rsid w:val="0056271A"/>
    <w:rsid w:val="005629C8"/>
    <w:rsid w:val="00562C13"/>
    <w:rsid w:val="005641B1"/>
    <w:rsid w:val="005652F5"/>
    <w:rsid w:val="00566283"/>
    <w:rsid w:val="00566737"/>
    <w:rsid w:val="00566E88"/>
    <w:rsid w:val="00566EE0"/>
    <w:rsid w:val="00567C14"/>
    <w:rsid w:val="00571069"/>
    <w:rsid w:val="005719EF"/>
    <w:rsid w:val="00571E12"/>
    <w:rsid w:val="00572A33"/>
    <w:rsid w:val="00572E37"/>
    <w:rsid w:val="00573003"/>
    <w:rsid w:val="00573883"/>
    <w:rsid w:val="00573BA7"/>
    <w:rsid w:val="005741C3"/>
    <w:rsid w:val="005747B6"/>
    <w:rsid w:val="00574FC4"/>
    <w:rsid w:val="00575601"/>
    <w:rsid w:val="005765C2"/>
    <w:rsid w:val="005765EB"/>
    <w:rsid w:val="00576890"/>
    <w:rsid w:val="005778D7"/>
    <w:rsid w:val="00580D2D"/>
    <w:rsid w:val="00581999"/>
    <w:rsid w:val="00581E08"/>
    <w:rsid w:val="005821F2"/>
    <w:rsid w:val="0058259B"/>
    <w:rsid w:val="005834AD"/>
    <w:rsid w:val="005835D3"/>
    <w:rsid w:val="00583709"/>
    <w:rsid w:val="00583C66"/>
    <w:rsid w:val="00583F48"/>
    <w:rsid w:val="0058456B"/>
    <w:rsid w:val="005856BF"/>
    <w:rsid w:val="005859E8"/>
    <w:rsid w:val="00586364"/>
    <w:rsid w:val="0058788A"/>
    <w:rsid w:val="005905A3"/>
    <w:rsid w:val="00591579"/>
    <w:rsid w:val="005915AB"/>
    <w:rsid w:val="00591EF0"/>
    <w:rsid w:val="005922DA"/>
    <w:rsid w:val="005923AB"/>
    <w:rsid w:val="005926B1"/>
    <w:rsid w:val="00593B01"/>
    <w:rsid w:val="005942AD"/>
    <w:rsid w:val="00594C68"/>
    <w:rsid w:val="005956B9"/>
    <w:rsid w:val="005956E7"/>
    <w:rsid w:val="0059652B"/>
    <w:rsid w:val="00596669"/>
    <w:rsid w:val="00597018"/>
    <w:rsid w:val="0059721F"/>
    <w:rsid w:val="00597EA4"/>
    <w:rsid w:val="005A1E37"/>
    <w:rsid w:val="005A2323"/>
    <w:rsid w:val="005A2A2E"/>
    <w:rsid w:val="005A319D"/>
    <w:rsid w:val="005A3EEE"/>
    <w:rsid w:val="005A443A"/>
    <w:rsid w:val="005A4BA5"/>
    <w:rsid w:val="005A4C40"/>
    <w:rsid w:val="005A5507"/>
    <w:rsid w:val="005A6234"/>
    <w:rsid w:val="005A660F"/>
    <w:rsid w:val="005A6AD1"/>
    <w:rsid w:val="005A6AF4"/>
    <w:rsid w:val="005A79C6"/>
    <w:rsid w:val="005B0773"/>
    <w:rsid w:val="005B0A1A"/>
    <w:rsid w:val="005B0FC2"/>
    <w:rsid w:val="005B1456"/>
    <w:rsid w:val="005B1E3D"/>
    <w:rsid w:val="005B21BA"/>
    <w:rsid w:val="005B4457"/>
    <w:rsid w:val="005B49AA"/>
    <w:rsid w:val="005B50DB"/>
    <w:rsid w:val="005B53F7"/>
    <w:rsid w:val="005B5BEC"/>
    <w:rsid w:val="005B5D85"/>
    <w:rsid w:val="005B6396"/>
    <w:rsid w:val="005B69D6"/>
    <w:rsid w:val="005B6FD3"/>
    <w:rsid w:val="005B78FA"/>
    <w:rsid w:val="005B7D35"/>
    <w:rsid w:val="005C0335"/>
    <w:rsid w:val="005C0D20"/>
    <w:rsid w:val="005C0F39"/>
    <w:rsid w:val="005C1561"/>
    <w:rsid w:val="005C183C"/>
    <w:rsid w:val="005C19B8"/>
    <w:rsid w:val="005C1B04"/>
    <w:rsid w:val="005C20C9"/>
    <w:rsid w:val="005C2167"/>
    <w:rsid w:val="005C22C1"/>
    <w:rsid w:val="005C2311"/>
    <w:rsid w:val="005C2498"/>
    <w:rsid w:val="005C265D"/>
    <w:rsid w:val="005C2BF2"/>
    <w:rsid w:val="005C3021"/>
    <w:rsid w:val="005C3063"/>
    <w:rsid w:val="005C3537"/>
    <w:rsid w:val="005C43C0"/>
    <w:rsid w:val="005C476D"/>
    <w:rsid w:val="005C4CF6"/>
    <w:rsid w:val="005C4F50"/>
    <w:rsid w:val="005C5065"/>
    <w:rsid w:val="005C5A48"/>
    <w:rsid w:val="005C5BE8"/>
    <w:rsid w:val="005C66D2"/>
    <w:rsid w:val="005C7195"/>
    <w:rsid w:val="005C71F2"/>
    <w:rsid w:val="005C7715"/>
    <w:rsid w:val="005D00B2"/>
    <w:rsid w:val="005D0E55"/>
    <w:rsid w:val="005D124E"/>
    <w:rsid w:val="005D1F1D"/>
    <w:rsid w:val="005D205E"/>
    <w:rsid w:val="005D2572"/>
    <w:rsid w:val="005D2C05"/>
    <w:rsid w:val="005D345A"/>
    <w:rsid w:val="005D36AE"/>
    <w:rsid w:val="005D4088"/>
    <w:rsid w:val="005D4582"/>
    <w:rsid w:val="005D4A16"/>
    <w:rsid w:val="005D4A25"/>
    <w:rsid w:val="005D5956"/>
    <w:rsid w:val="005D5DD6"/>
    <w:rsid w:val="005D66AD"/>
    <w:rsid w:val="005D6901"/>
    <w:rsid w:val="005D7D93"/>
    <w:rsid w:val="005E013F"/>
    <w:rsid w:val="005E0395"/>
    <w:rsid w:val="005E126B"/>
    <w:rsid w:val="005E1B4E"/>
    <w:rsid w:val="005E2E19"/>
    <w:rsid w:val="005E40C7"/>
    <w:rsid w:val="005E472F"/>
    <w:rsid w:val="005E4EA7"/>
    <w:rsid w:val="005E592F"/>
    <w:rsid w:val="005E681A"/>
    <w:rsid w:val="005E6BC5"/>
    <w:rsid w:val="005E700A"/>
    <w:rsid w:val="005E72BF"/>
    <w:rsid w:val="005E7418"/>
    <w:rsid w:val="005E74A0"/>
    <w:rsid w:val="005E787A"/>
    <w:rsid w:val="005E7C0F"/>
    <w:rsid w:val="005E7DD6"/>
    <w:rsid w:val="005F0273"/>
    <w:rsid w:val="005F0430"/>
    <w:rsid w:val="005F079F"/>
    <w:rsid w:val="005F1C5C"/>
    <w:rsid w:val="005F24B8"/>
    <w:rsid w:val="005F2531"/>
    <w:rsid w:val="005F2935"/>
    <w:rsid w:val="005F2D1F"/>
    <w:rsid w:val="005F2EE8"/>
    <w:rsid w:val="005F3841"/>
    <w:rsid w:val="005F3B90"/>
    <w:rsid w:val="005F3BC2"/>
    <w:rsid w:val="005F56A7"/>
    <w:rsid w:val="005F58CC"/>
    <w:rsid w:val="005F592C"/>
    <w:rsid w:val="005F5CF1"/>
    <w:rsid w:val="005F652B"/>
    <w:rsid w:val="005F6E13"/>
    <w:rsid w:val="005F7DBD"/>
    <w:rsid w:val="00600576"/>
    <w:rsid w:val="0060064E"/>
    <w:rsid w:val="006018FD"/>
    <w:rsid w:val="00601B50"/>
    <w:rsid w:val="00601C9D"/>
    <w:rsid w:val="00602211"/>
    <w:rsid w:val="00603043"/>
    <w:rsid w:val="00603714"/>
    <w:rsid w:val="00603906"/>
    <w:rsid w:val="00603EB1"/>
    <w:rsid w:val="00604792"/>
    <w:rsid w:val="006048FE"/>
    <w:rsid w:val="0060534F"/>
    <w:rsid w:val="006057A6"/>
    <w:rsid w:val="00605F28"/>
    <w:rsid w:val="0060648F"/>
    <w:rsid w:val="00606622"/>
    <w:rsid w:val="00606C7F"/>
    <w:rsid w:val="00607273"/>
    <w:rsid w:val="00611462"/>
    <w:rsid w:val="00611549"/>
    <w:rsid w:val="006133AD"/>
    <w:rsid w:val="0061393A"/>
    <w:rsid w:val="00613A36"/>
    <w:rsid w:val="00614182"/>
    <w:rsid w:val="00614985"/>
    <w:rsid w:val="006155A7"/>
    <w:rsid w:val="006157EA"/>
    <w:rsid w:val="0061691B"/>
    <w:rsid w:val="006173A8"/>
    <w:rsid w:val="00617CB5"/>
    <w:rsid w:val="006201C1"/>
    <w:rsid w:val="0062054F"/>
    <w:rsid w:val="00620F76"/>
    <w:rsid w:val="00620FDD"/>
    <w:rsid w:val="0062158E"/>
    <w:rsid w:val="006217BB"/>
    <w:rsid w:val="006217E8"/>
    <w:rsid w:val="00621873"/>
    <w:rsid w:val="006219FC"/>
    <w:rsid w:val="00621EBF"/>
    <w:rsid w:val="0062274D"/>
    <w:rsid w:val="006230CF"/>
    <w:rsid w:val="006230D3"/>
    <w:rsid w:val="00623465"/>
    <w:rsid w:val="00623F7C"/>
    <w:rsid w:val="0062427B"/>
    <w:rsid w:val="006242F4"/>
    <w:rsid w:val="006247E7"/>
    <w:rsid w:val="00624907"/>
    <w:rsid w:val="0062495C"/>
    <w:rsid w:val="00624991"/>
    <w:rsid w:val="00625801"/>
    <w:rsid w:val="0062590F"/>
    <w:rsid w:val="00625CF6"/>
    <w:rsid w:val="006268B6"/>
    <w:rsid w:val="00627F0B"/>
    <w:rsid w:val="00630923"/>
    <w:rsid w:val="00630A19"/>
    <w:rsid w:val="0063102A"/>
    <w:rsid w:val="006318FB"/>
    <w:rsid w:val="00631BD2"/>
    <w:rsid w:val="00631CE4"/>
    <w:rsid w:val="00631E12"/>
    <w:rsid w:val="006324E0"/>
    <w:rsid w:val="00632869"/>
    <w:rsid w:val="00632A53"/>
    <w:rsid w:val="0063376E"/>
    <w:rsid w:val="006338E2"/>
    <w:rsid w:val="00635135"/>
    <w:rsid w:val="00635B95"/>
    <w:rsid w:val="00635D3A"/>
    <w:rsid w:val="00635D59"/>
    <w:rsid w:val="00637044"/>
    <w:rsid w:val="00637167"/>
    <w:rsid w:val="00637976"/>
    <w:rsid w:val="00637E3E"/>
    <w:rsid w:val="006408ED"/>
    <w:rsid w:val="00640D8B"/>
    <w:rsid w:val="00641203"/>
    <w:rsid w:val="0064152F"/>
    <w:rsid w:val="00641C16"/>
    <w:rsid w:val="006425F6"/>
    <w:rsid w:val="00642898"/>
    <w:rsid w:val="00643115"/>
    <w:rsid w:val="0064357F"/>
    <w:rsid w:val="00644C2F"/>
    <w:rsid w:val="00644DB2"/>
    <w:rsid w:val="00646200"/>
    <w:rsid w:val="00646CE3"/>
    <w:rsid w:val="00647044"/>
    <w:rsid w:val="0065057C"/>
    <w:rsid w:val="006511FA"/>
    <w:rsid w:val="00651277"/>
    <w:rsid w:val="006512B1"/>
    <w:rsid w:val="00652084"/>
    <w:rsid w:val="006520DE"/>
    <w:rsid w:val="00652E6E"/>
    <w:rsid w:val="00652F07"/>
    <w:rsid w:val="00652F3C"/>
    <w:rsid w:val="006536BA"/>
    <w:rsid w:val="00654C46"/>
    <w:rsid w:val="00655425"/>
    <w:rsid w:val="006560B8"/>
    <w:rsid w:val="00656B68"/>
    <w:rsid w:val="0066280E"/>
    <w:rsid w:val="00662EDE"/>
    <w:rsid w:val="0066357F"/>
    <w:rsid w:val="00664A4E"/>
    <w:rsid w:val="00664B32"/>
    <w:rsid w:val="00664BFB"/>
    <w:rsid w:val="00665595"/>
    <w:rsid w:val="00666A81"/>
    <w:rsid w:val="006673A0"/>
    <w:rsid w:val="00667425"/>
    <w:rsid w:val="00667EF1"/>
    <w:rsid w:val="0067063D"/>
    <w:rsid w:val="0067083D"/>
    <w:rsid w:val="00670A59"/>
    <w:rsid w:val="0067102B"/>
    <w:rsid w:val="006714B8"/>
    <w:rsid w:val="00671723"/>
    <w:rsid w:val="0067212C"/>
    <w:rsid w:val="0067250E"/>
    <w:rsid w:val="00672559"/>
    <w:rsid w:val="00673859"/>
    <w:rsid w:val="0067393E"/>
    <w:rsid w:val="006742B0"/>
    <w:rsid w:val="00674CDB"/>
    <w:rsid w:val="00675BC4"/>
    <w:rsid w:val="00675D60"/>
    <w:rsid w:val="006764DB"/>
    <w:rsid w:val="0067664B"/>
    <w:rsid w:val="00676C9C"/>
    <w:rsid w:val="00680B64"/>
    <w:rsid w:val="00680B8F"/>
    <w:rsid w:val="0068155C"/>
    <w:rsid w:val="00681FDC"/>
    <w:rsid w:val="00683301"/>
    <w:rsid w:val="006833E0"/>
    <w:rsid w:val="00683527"/>
    <w:rsid w:val="00684035"/>
    <w:rsid w:val="00684497"/>
    <w:rsid w:val="0068469D"/>
    <w:rsid w:val="00685856"/>
    <w:rsid w:val="00685CF5"/>
    <w:rsid w:val="00685D71"/>
    <w:rsid w:val="00685F2C"/>
    <w:rsid w:val="00686C3A"/>
    <w:rsid w:val="00690177"/>
    <w:rsid w:val="006916EC"/>
    <w:rsid w:val="0069186E"/>
    <w:rsid w:val="00691F15"/>
    <w:rsid w:val="00692CF5"/>
    <w:rsid w:val="00692DBF"/>
    <w:rsid w:val="00693330"/>
    <w:rsid w:val="00693CC0"/>
    <w:rsid w:val="006946F2"/>
    <w:rsid w:val="0069476A"/>
    <w:rsid w:val="0069523D"/>
    <w:rsid w:val="00696461"/>
    <w:rsid w:val="006966E5"/>
    <w:rsid w:val="006967C7"/>
    <w:rsid w:val="0069736E"/>
    <w:rsid w:val="0069775F"/>
    <w:rsid w:val="006A0363"/>
    <w:rsid w:val="006A075C"/>
    <w:rsid w:val="006A081D"/>
    <w:rsid w:val="006A0930"/>
    <w:rsid w:val="006A1692"/>
    <w:rsid w:val="006A2286"/>
    <w:rsid w:val="006A27D6"/>
    <w:rsid w:val="006A2BE1"/>
    <w:rsid w:val="006A3750"/>
    <w:rsid w:val="006A3A06"/>
    <w:rsid w:val="006A408B"/>
    <w:rsid w:val="006A4235"/>
    <w:rsid w:val="006A449A"/>
    <w:rsid w:val="006A4A4B"/>
    <w:rsid w:val="006A4D24"/>
    <w:rsid w:val="006A50D2"/>
    <w:rsid w:val="006A59D3"/>
    <w:rsid w:val="006A6284"/>
    <w:rsid w:val="006A7884"/>
    <w:rsid w:val="006B0166"/>
    <w:rsid w:val="006B065B"/>
    <w:rsid w:val="006B0810"/>
    <w:rsid w:val="006B0E77"/>
    <w:rsid w:val="006B0FF9"/>
    <w:rsid w:val="006B1216"/>
    <w:rsid w:val="006B1703"/>
    <w:rsid w:val="006B2141"/>
    <w:rsid w:val="006B26F7"/>
    <w:rsid w:val="006B29DF"/>
    <w:rsid w:val="006B32CD"/>
    <w:rsid w:val="006B34A6"/>
    <w:rsid w:val="006B3B2B"/>
    <w:rsid w:val="006B3EB9"/>
    <w:rsid w:val="006B4567"/>
    <w:rsid w:val="006B45B1"/>
    <w:rsid w:val="006B5B24"/>
    <w:rsid w:val="006B62FD"/>
    <w:rsid w:val="006B63BF"/>
    <w:rsid w:val="006B74B2"/>
    <w:rsid w:val="006B7676"/>
    <w:rsid w:val="006B7D08"/>
    <w:rsid w:val="006C1257"/>
    <w:rsid w:val="006C1BFB"/>
    <w:rsid w:val="006C3488"/>
    <w:rsid w:val="006C3B04"/>
    <w:rsid w:val="006C3CED"/>
    <w:rsid w:val="006C4658"/>
    <w:rsid w:val="006C4F2D"/>
    <w:rsid w:val="006C592C"/>
    <w:rsid w:val="006C63F7"/>
    <w:rsid w:val="006C659F"/>
    <w:rsid w:val="006C66AD"/>
    <w:rsid w:val="006C6921"/>
    <w:rsid w:val="006C7306"/>
    <w:rsid w:val="006C7574"/>
    <w:rsid w:val="006C7B0F"/>
    <w:rsid w:val="006C7DCE"/>
    <w:rsid w:val="006D0591"/>
    <w:rsid w:val="006D2D58"/>
    <w:rsid w:val="006D2F76"/>
    <w:rsid w:val="006D31F6"/>
    <w:rsid w:val="006D35BC"/>
    <w:rsid w:val="006D3A2C"/>
    <w:rsid w:val="006D442C"/>
    <w:rsid w:val="006D4E5F"/>
    <w:rsid w:val="006D56A1"/>
    <w:rsid w:val="006D5B9C"/>
    <w:rsid w:val="006D5CAB"/>
    <w:rsid w:val="006D6B3F"/>
    <w:rsid w:val="006D72C8"/>
    <w:rsid w:val="006D72EE"/>
    <w:rsid w:val="006D7D45"/>
    <w:rsid w:val="006D7F3A"/>
    <w:rsid w:val="006D7FAF"/>
    <w:rsid w:val="006E1362"/>
    <w:rsid w:val="006E2085"/>
    <w:rsid w:val="006E209C"/>
    <w:rsid w:val="006E2142"/>
    <w:rsid w:val="006E2BA2"/>
    <w:rsid w:val="006E2E12"/>
    <w:rsid w:val="006E3412"/>
    <w:rsid w:val="006E4781"/>
    <w:rsid w:val="006E4840"/>
    <w:rsid w:val="006E5028"/>
    <w:rsid w:val="006E5440"/>
    <w:rsid w:val="006E67DA"/>
    <w:rsid w:val="006E6981"/>
    <w:rsid w:val="006E6D6A"/>
    <w:rsid w:val="006E73AE"/>
    <w:rsid w:val="006E7793"/>
    <w:rsid w:val="006E79CD"/>
    <w:rsid w:val="006E7A78"/>
    <w:rsid w:val="006E7CCD"/>
    <w:rsid w:val="006F09BF"/>
    <w:rsid w:val="006F0B5F"/>
    <w:rsid w:val="006F0C81"/>
    <w:rsid w:val="006F0E1E"/>
    <w:rsid w:val="006F1966"/>
    <w:rsid w:val="006F19BD"/>
    <w:rsid w:val="006F20D4"/>
    <w:rsid w:val="006F2532"/>
    <w:rsid w:val="006F437B"/>
    <w:rsid w:val="006F487C"/>
    <w:rsid w:val="006F4FAA"/>
    <w:rsid w:val="006F55A4"/>
    <w:rsid w:val="006F5701"/>
    <w:rsid w:val="006F5B9F"/>
    <w:rsid w:val="006F61AD"/>
    <w:rsid w:val="006F6DE6"/>
    <w:rsid w:val="006F6FE9"/>
    <w:rsid w:val="006F70F7"/>
    <w:rsid w:val="006F7398"/>
    <w:rsid w:val="006F7673"/>
    <w:rsid w:val="006F7DA3"/>
    <w:rsid w:val="0070007B"/>
    <w:rsid w:val="00700439"/>
    <w:rsid w:val="007009B1"/>
    <w:rsid w:val="00701C51"/>
    <w:rsid w:val="00701F6C"/>
    <w:rsid w:val="007020AC"/>
    <w:rsid w:val="0070322D"/>
    <w:rsid w:val="00703990"/>
    <w:rsid w:val="00703BD7"/>
    <w:rsid w:val="00703CD0"/>
    <w:rsid w:val="0070430E"/>
    <w:rsid w:val="00704917"/>
    <w:rsid w:val="00704C00"/>
    <w:rsid w:val="00704C8D"/>
    <w:rsid w:val="0070514B"/>
    <w:rsid w:val="00705209"/>
    <w:rsid w:val="007052F3"/>
    <w:rsid w:val="007063D0"/>
    <w:rsid w:val="0070659D"/>
    <w:rsid w:val="00706B1E"/>
    <w:rsid w:val="00706F76"/>
    <w:rsid w:val="00707F10"/>
    <w:rsid w:val="00710311"/>
    <w:rsid w:val="0071138C"/>
    <w:rsid w:val="00711C12"/>
    <w:rsid w:val="00714265"/>
    <w:rsid w:val="007156D1"/>
    <w:rsid w:val="00715CC9"/>
    <w:rsid w:val="00715E67"/>
    <w:rsid w:val="007176E1"/>
    <w:rsid w:val="0071787E"/>
    <w:rsid w:val="00717CFF"/>
    <w:rsid w:val="007216E5"/>
    <w:rsid w:val="00721772"/>
    <w:rsid w:val="00722D4B"/>
    <w:rsid w:val="0072326A"/>
    <w:rsid w:val="007232C3"/>
    <w:rsid w:val="00723748"/>
    <w:rsid w:val="00723899"/>
    <w:rsid w:val="00723DCE"/>
    <w:rsid w:val="007245F4"/>
    <w:rsid w:val="007246BF"/>
    <w:rsid w:val="0072573A"/>
    <w:rsid w:val="00725833"/>
    <w:rsid w:val="007269E5"/>
    <w:rsid w:val="00726D24"/>
    <w:rsid w:val="00726ECA"/>
    <w:rsid w:val="00727024"/>
    <w:rsid w:val="00730219"/>
    <w:rsid w:val="00731972"/>
    <w:rsid w:val="00732167"/>
    <w:rsid w:val="0073248F"/>
    <w:rsid w:val="00733059"/>
    <w:rsid w:val="00733801"/>
    <w:rsid w:val="00734C9D"/>
    <w:rsid w:val="00734EAC"/>
    <w:rsid w:val="00735790"/>
    <w:rsid w:val="00735CD1"/>
    <w:rsid w:val="00736195"/>
    <w:rsid w:val="00736653"/>
    <w:rsid w:val="00736DF0"/>
    <w:rsid w:val="00737A7D"/>
    <w:rsid w:val="00737C4E"/>
    <w:rsid w:val="007404D7"/>
    <w:rsid w:val="007407D1"/>
    <w:rsid w:val="00740F80"/>
    <w:rsid w:val="007410C3"/>
    <w:rsid w:val="00741497"/>
    <w:rsid w:val="0074164B"/>
    <w:rsid w:val="0074165B"/>
    <w:rsid w:val="00741B08"/>
    <w:rsid w:val="00741EFC"/>
    <w:rsid w:val="007420EB"/>
    <w:rsid w:val="00742861"/>
    <w:rsid w:val="0074310B"/>
    <w:rsid w:val="0074315A"/>
    <w:rsid w:val="00743496"/>
    <w:rsid w:val="007437E0"/>
    <w:rsid w:val="00744D72"/>
    <w:rsid w:val="00745146"/>
    <w:rsid w:val="00745FED"/>
    <w:rsid w:val="007460D9"/>
    <w:rsid w:val="007464FA"/>
    <w:rsid w:val="00746CA8"/>
    <w:rsid w:val="00746D59"/>
    <w:rsid w:val="007503A8"/>
    <w:rsid w:val="00750B97"/>
    <w:rsid w:val="007510D0"/>
    <w:rsid w:val="007513DE"/>
    <w:rsid w:val="00752087"/>
    <w:rsid w:val="007529C4"/>
    <w:rsid w:val="0075356C"/>
    <w:rsid w:val="007535AA"/>
    <w:rsid w:val="00753619"/>
    <w:rsid w:val="00753A6D"/>
    <w:rsid w:val="00753EB8"/>
    <w:rsid w:val="00754154"/>
    <w:rsid w:val="00754537"/>
    <w:rsid w:val="00755130"/>
    <w:rsid w:val="00755A62"/>
    <w:rsid w:val="00755B36"/>
    <w:rsid w:val="00756AD1"/>
    <w:rsid w:val="00757825"/>
    <w:rsid w:val="00757B37"/>
    <w:rsid w:val="00757B97"/>
    <w:rsid w:val="00760B23"/>
    <w:rsid w:val="00760D7C"/>
    <w:rsid w:val="00760E00"/>
    <w:rsid w:val="00760EEF"/>
    <w:rsid w:val="0076134C"/>
    <w:rsid w:val="007613AB"/>
    <w:rsid w:val="00762250"/>
    <w:rsid w:val="007629FA"/>
    <w:rsid w:val="00763804"/>
    <w:rsid w:val="00764BE1"/>
    <w:rsid w:val="00764FAF"/>
    <w:rsid w:val="0076568B"/>
    <w:rsid w:val="0076578C"/>
    <w:rsid w:val="00765DF6"/>
    <w:rsid w:val="00766763"/>
    <w:rsid w:val="007668F3"/>
    <w:rsid w:val="00766BA7"/>
    <w:rsid w:val="007670A6"/>
    <w:rsid w:val="0076794B"/>
    <w:rsid w:val="00770187"/>
    <w:rsid w:val="00770906"/>
    <w:rsid w:val="00770E71"/>
    <w:rsid w:val="0077108B"/>
    <w:rsid w:val="00771210"/>
    <w:rsid w:val="00771B4B"/>
    <w:rsid w:val="00771D19"/>
    <w:rsid w:val="007729AE"/>
    <w:rsid w:val="00772C9B"/>
    <w:rsid w:val="007738F5"/>
    <w:rsid w:val="00774B47"/>
    <w:rsid w:val="00774CDA"/>
    <w:rsid w:val="007751F0"/>
    <w:rsid w:val="0077552B"/>
    <w:rsid w:val="0077638E"/>
    <w:rsid w:val="0077769D"/>
    <w:rsid w:val="00780185"/>
    <w:rsid w:val="00780761"/>
    <w:rsid w:val="00780C4F"/>
    <w:rsid w:val="00780F9D"/>
    <w:rsid w:val="00781A95"/>
    <w:rsid w:val="007836F4"/>
    <w:rsid w:val="00784015"/>
    <w:rsid w:val="00785633"/>
    <w:rsid w:val="007861E5"/>
    <w:rsid w:val="00786699"/>
    <w:rsid w:val="00787176"/>
    <w:rsid w:val="00787430"/>
    <w:rsid w:val="00787A32"/>
    <w:rsid w:val="00791E20"/>
    <w:rsid w:val="007927B8"/>
    <w:rsid w:val="00792F86"/>
    <w:rsid w:val="00793328"/>
    <w:rsid w:val="00794A4F"/>
    <w:rsid w:val="00794EFA"/>
    <w:rsid w:val="00795276"/>
    <w:rsid w:val="00795FF1"/>
    <w:rsid w:val="0079610B"/>
    <w:rsid w:val="00797917"/>
    <w:rsid w:val="0079795C"/>
    <w:rsid w:val="007A1022"/>
    <w:rsid w:val="007A17AA"/>
    <w:rsid w:val="007A1C00"/>
    <w:rsid w:val="007A1DBC"/>
    <w:rsid w:val="007A2255"/>
    <w:rsid w:val="007A25B4"/>
    <w:rsid w:val="007A2FA6"/>
    <w:rsid w:val="007A3502"/>
    <w:rsid w:val="007A3560"/>
    <w:rsid w:val="007A4B32"/>
    <w:rsid w:val="007A4CE2"/>
    <w:rsid w:val="007A5483"/>
    <w:rsid w:val="007A5595"/>
    <w:rsid w:val="007A58EC"/>
    <w:rsid w:val="007A5A42"/>
    <w:rsid w:val="007A7236"/>
    <w:rsid w:val="007B0AAB"/>
    <w:rsid w:val="007B1BD0"/>
    <w:rsid w:val="007B1F24"/>
    <w:rsid w:val="007B2D47"/>
    <w:rsid w:val="007B395D"/>
    <w:rsid w:val="007B3DC8"/>
    <w:rsid w:val="007B3F10"/>
    <w:rsid w:val="007B40BC"/>
    <w:rsid w:val="007B579A"/>
    <w:rsid w:val="007B581F"/>
    <w:rsid w:val="007C0637"/>
    <w:rsid w:val="007C06CE"/>
    <w:rsid w:val="007C07AB"/>
    <w:rsid w:val="007C0885"/>
    <w:rsid w:val="007C21D7"/>
    <w:rsid w:val="007C2963"/>
    <w:rsid w:val="007C29A3"/>
    <w:rsid w:val="007C3067"/>
    <w:rsid w:val="007C3719"/>
    <w:rsid w:val="007C51B6"/>
    <w:rsid w:val="007C574C"/>
    <w:rsid w:val="007C5A5C"/>
    <w:rsid w:val="007C5F8E"/>
    <w:rsid w:val="007C6B05"/>
    <w:rsid w:val="007C76B9"/>
    <w:rsid w:val="007C7937"/>
    <w:rsid w:val="007D0615"/>
    <w:rsid w:val="007D10E6"/>
    <w:rsid w:val="007D132E"/>
    <w:rsid w:val="007D140C"/>
    <w:rsid w:val="007D1554"/>
    <w:rsid w:val="007D1A4C"/>
    <w:rsid w:val="007D1BE7"/>
    <w:rsid w:val="007D1E70"/>
    <w:rsid w:val="007D20BD"/>
    <w:rsid w:val="007D3047"/>
    <w:rsid w:val="007D3AA1"/>
    <w:rsid w:val="007D3C45"/>
    <w:rsid w:val="007D44E9"/>
    <w:rsid w:val="007D497A"/>
    <w:rsid w:val="007D5D4E"/>
    <w:rsid w:val="007D6406"/>
    <w:rsid w:val="007D6BF8"/>
    <w:rsid w:val="007D6D5A"/>
    <w:rsid w:val="007D6E74"/>
    <w:rsid w:val="007D75F4"/>
    <w:rsid w:val="007D76D0"/>
    <w:rsid w:val="007D7A35"/>
    <w:rsid w:val="007D7E44"/>
    <w:rsid w:val="007E0446"/>
    <w:rsid w:val="007E0F16"/>
    <w:rsid w:val="007E131D"/>
    <w:rsid w:val="007E16B4"/>
    <w:rsid w:val="007E1EE7"/>
    <w:rsid w:val="007E21D3"/>
    <w:rsid w:val="007E252B"/>
    <w:rsid w:val="007E374D"/>
    <w:rsid w:val="007E3DD1"/>
    <w:rsid w:val="007E473A"/>
    <w:rsid w:val="007E55DA"/>
    <w:rsid w:val="007E6C0A"/>
    <w:rsid w:val="007E6F1E"/>
    <w:rsid w:val="007E74A5"/>
    <w:rsid w:val="007E775E"/>
    <w:rsid w:val="007E7761"/>
    <w:rsid w:val="007E7CA5"/>
    <w:rsid w:val="007E7D1C"/>
    <w:rsid w:val="007E7E30"/>
    <w:rsid w:val="007F0296"/>
    <w:rsid w:val="007F0A3A"/>
    <w:rsid w:val="007F0F91"/>
    <w:rsid w:val="007F1853"/>
    <w:rsid w:val="007F19FD"/>
    <w:rsid w:val="007F2228"/>
    <w:rsid w:val="007F289E"/>
    <w:rsid w:val="007F343D"/>
    <w:rsid w:val="007F358D"/>
    <w:rsid w:val="007F367E"/>
    <w:rsid w:val="007F3DD0"/>
    <w:rsid w:val="007F409B"/>
    <w:rsid w:val="007F457E"/>
    <w:rsid w:val="007F4FB7"/>
    <w:rsid w:val="007F5246"/>
    <w:rsid w:val="007F6C74"/>
    <w:rsid w:val="007F7B24"/>
    <w:rsid w:val="007F7CB0"/>
    <w:rsid w:val="00800779"/>
    <w:rsid w:val="00800DFC"/>
    <w:rsid w:val="0080192D"/>
    <w:rsid w:val="00801C0B"/>
    <w:rsid w:val="008038B3"/>
    <w:rsid w:val="008039FB"/>
    <w:rsid w:val="00803AF5"/>
    <w:rsid w:val="00803E29"/>
    <w:rsid w:val="00804AF3"/>
    <w:rsid w:val="00804E4B"/>
    <w:rsid w:val="00805F98"/>
    <w:rsid w:val="0080629B"/>
    <w:rsid w:val="0080664C"/>
    <w:rsid w:val="00806DF8"/>
    <w:rsid w:val="00807C55"/>
    <w:rsid w:val="00807E5F"/>
    <w:rsid w:val="0081050D"/>
    <w:rsid w:val="00810915"/>
    <w:rsid w:val="00811534"/>
    <w:rsid w:val="00811744"/>
    <w:rsid w:val="00811F72"/>
    <w:rsid w:val="00812566"/>
    <w:rsid w:val="00812BC3"/>
    <w:rsid w:val="00813176"/>
    <w:rsid w:val="008133A9"/>
    <w:rsid w:val="008147E9"/>
    <w:rsid w:val="00814CA7"/>
    <w:rsid w:val="0081512A"/>
    <w:rsid w:val="00816563"/>
    <w:rsid w:val="00816BA4"/>
    <w:rsid w:val="00817A62"/>
    <w:rsid w:val="0082048D"/>
    <w:rsid w:val="00820B2B"/>
    <w:rsid w:val="0082139B"/>
    <w:rsid w:val="00821505"/>
    <w:rsid w:val="00821BB7"/>
    <w:rsid w:val="00821C03"/>
    <w:rsid w:val="008222D3"/>
    <w:rsid w:val="00823C60"/>
    <w:rsid w:val="0082422B"/>
    <w:rsid w:val="00824EEB"/>
    <w:rsid w:val="00824FF1"/>
    <w:rsid w:val="00825091"/>
    <w:rsid w:val="0082524A"/>
    <w:rsid w:val="00825B68"/>
    <w:rsid w:val="008268F2"/>
    <w:rsid w:val="0082697C"/>
    <w:rsid w:val="0083061B"/>
    <w:rsid w:val="008319CE"/>
    <w:rsid w:val="00831AFC"/>
    <w:rsid w:val="00833637"/>
    <w:rsid w:val="00833E5B"/>
    <w:rsid w:val="00833FA7"/>
    <w:rsid w:val="008342F8"/>
    <w:rsid w:val="008344F9"/>
    <w:rsid w:val="00834814"/>
    <w:rsid w:val="00834939"/>
    <w:rsid w:val="00834BCB"/>
    <w:rsid w:val="00835D2C"/>
    <w:rsid w:val="008360BE"/>
    <w:rsid w:val="0083643D"/>
    <w:rsid w:val="00837258"/>
    <w:rsid w:val="008375EB"/>
    <w:rsid w:val="00837C33"/>
    <w:rsid w:val="008401C8"/>
    <w:rsid w:val="00840A95"/>
    <w:rsid w:val="00840B82"/>
    <w:rsid w:val="00841D1F"/>
    <w:rsid w:val="00841EE4"/>
    <w:rsid w:val="008426A0"/>
    <w:rsid w:val="00842C7F"/>
    <w:rsid w:val="00843439"/>
    <w:rsid w:val="008435C2"/>
    <w:rsid w:val="008437EB"/>
    <w:rsid w:val="00844126"/>
    <w:rsid w:val="00844373"/>
    <w:rsid w:val="008443C1"/>
    <w:rsid w:val="008443D4"/>
    <w:rsid w:val="00844A9B"/>
    <w:rsid w:val="00845310"/>
    <w:rsid w:val="00845C1F"/>
    <w:rsid w:val="00845EF9"/>
    <w:rsid w:val="008462B4"/>
    <w:rsid w:val="00846834"/>
    <w:rsid w:val="0084720F"/>
    <w:rsid w:val="00847687"/>
    <w:rsid w:val="00847D0E"/>
    <w:rsid w:val="00851AFA"/>
    <w:rsid w:val="008523D0"/>
    <w:rsid w:val="008526DB"/>
    <w:rsid w:val="00852F54"/>
    <w:rsid w:val="00853115"/>
    <w:rsid w:val="008532DE"/>
    <w:rsid w:val="008534F4"/>
    <w:rsid w:val="00853A15"/>
    <w:rsid w:val="00853AC3"/>
    <w:rsid w:val="008541F7"/>
    <w:rsid w:val="0085444D"/>
    <w:rsid w:val="00854FAE"/>
    <w:rsid w:val="00855398"/>
    <w:rsid w:val="008559C9"/>
    <w:rsid w:val="00856676"/>
    <w:rsid w:val="00856857"/>
    <w:rsid w:val="00856904"/>
    <w:rsid w:val="00856EAC"/>
    <w:rsid w:val="00857660"/>
    <w:rsid w:val="00857950"/>
    <w:rsid w:val="00860E87"/>
    <w:rsid w:val="00861282"/>
    <w:rsid w:val="00861294"/>
    <w:rsid w:val="00861555"/>
    <w:rsid w:val="00861DBA"/>
    <w:rsid w:val="00861EC3"/>
    <w:rsid w:val="00861F88"/>
    <w:rsid w:val="008647C9"/>
    <w:rsid w:val="008649CD"/>
    <w:rsid w:val="00865797"/>
    <w:rsid w:val="00865B56"/>
    <w:rsid w:val="00866A37"/>
    <w:rsid w:val="00866A75"/>
    <w:rsid w:val="00867106"/>
    <w:rsid w:val="008678E0"/>
    <w:rsid w:val="0087011C"/>
    <w:rsid w:val="008701D0"/>
    <w:rsid w:val="00870234"/>
    <w:rsid w:val="008704D7"/>
    <w:rsid w:val="008708D0"/>
    <w:rsid w:val="008717C4"/>
    <w:rsid w:val="00871F6C"/>
    <w:rsid w:val="00873488"/>
    <w:rsid w:val="00873DD2"/>
    <w:rsid w:val="00874417"/>
    <w:rsid w:val="008744B2"/>
    <w:rsid w:val="00874886"/>
    <w:rsid w:val="008755C9"/>
    <w:rsid w:val="00875A5A"/>
    <w:rsid w:val="008762F8"/>
    <w:rsid w:val="0087671D"/>
    <w:rsid w:val="00876B5A"/>
    <w:rsid w:val="00876B84"/>
    <w:rsid w:val="00876EF1"/>
    <w:rsid w:val="00877620"/>
    <w:rsid w:val="00877CAF"/>
    <w:rsid w:val="00877CF6"/>
    <w:rsid w:val="00880777"/>
    <w:rsid w:val="0088247B"/>
    <w:rsid w:val="00882D1A"/>
    <w:rsid w:val="00884466"/>
    <w:rsid w:val="00884EBA"/>
    <w:rsid w:val="00884FE6"/>
    <w:rsid w:val="008859E0"/>
    <w:rsid w:val="00885E81"/>
    <w:rsid w:val="008863FC"/>
    <w:rsid w:val="008866AF"/>
    <w:rsid w:val="00886E61"/>
    <w:rsid w:val="00887B6A"/>
    <w:rsid w:val="00887FAF"/>
    <w:rsid w:val="008919D6"/>
    <w:rsid w:val="00891FBF"/>
    <w:rsid w:val="0089299D"/>
    <w:rsid w:val="0089357D"/>
    <w:rsid w:val="008935A9"/>
    <w:rsid w:val="008937A9"/>
    <w:rsid w:val="00893B82"/>
    <w:rsid w:val="0089435D"/>
    <w:rsid w:val="00894458"/>
    <w:rsid w:val="008950BC"/>
    <w:rsid w:val="0089695C"/>
    <w:rsid w:val="0089771E"/>
    <w:rsid w:val="008A0ADC"/>
    <w:rsid w:val="008A0B64"/>
    <w:rsid w:val="008A0E8C"/>
    <w:rsid w:val="008A1730"/>
    <w:rsid w:val="008A1B26"/>
    <w:rsid w:val="008A1C2E"/>
    <w:rsid w:val="008A1E92"/>
    <w:rsid w:val="008A1F87"/>
    <w:rsid w:val="008A263B"/>
    <w:rsid w:val="008A287F"/>
    <w:rsid w:val="008A298C"/>
    <w:rsid w:val="008A2EF4"/>
    <w:rsid w:val="008A2FCB"/>
    <w:rsid w:val="008A3A55"/>
    <w:rsid w:val="008A3D98"/>
    <w:rsid w:val="008A42D5"/>
    <w:rsid w:val="008A4530"/>
    <w:rsid w:val="008A67A0"/>
    <w:rsid w:val="008A69D1"/>
    <w:rsid w:val="008A75EB"/>
    <w:rsid w:val="008A795C"/>
    <w:rsid w:val="008A7A05"/>
    <w:rsid w:val="008B0A5E"/>
    <w:rsid w:val="008B0BA6"/>
    <w:rsid w:val="008B0D96"/>
    <w:rsid w:val="008B17B3"/>
    <w:rsid w:val="008B1A5B"/>
    <w:rsid w:val="008B22A4"/>
    <w:rsid w:val="008B3227"/>
    <w:rsid w:val="008B38F2"/>
    <w:rsid w:val="008B3AE1"/>
    <w:rsid w:val="008B5428"/>
    <w:rsid w:val="008B6985"/>
    <w:rsid w:val="008C030A"/>
    <w:rsid w:val="008C0CA6"/>
    <w:rsid w:val="008C0E35"/>
    <w:rsid w:val="008C1275"/>
    <w:rsid w:val="008C225D"/>
    <w:rsid w:val="008C26F5"/>
    <w:rsid w:val="008C38C6"/>
    <w:rsid w:val="008C481C"/>
    <w:rsid w:val="008C4E3B"/>
    <w:rsid w:val="008C509C"/>
    <w:rsid w:val="008C51AF"/>
    <w:rsid w:val="008C6B54"/>
    <w:rsid w:val="008C6B6A"/>
    <w:rsid w:val="008C75C7"/>
    <w:rsid w:val="008C772A"/>
    <w:rsid w:val="008C7D8E"/>
    <w:rsid w:val="008C7E49"/>
    <w:rsid w:val="008D099D"/>
    <w:rsid w:val="008D0BCB"/>
    <w:rsid w:val="008D0E2B"/>
    <w:rsid w:val="008D12AD"/>
    <w:rsid w:val="008D1324"/>
    <w:rsid w:val="008D1654"/>
    <w:rsid w:val="008D1784"/>
    <w:rsid w:val="008D1996"/>
    <w:rsid w:val="008D1DBF"/>
    <w:rsid w:val="008D2127"/>
    <w:rsid w:val="008D24B6"/>
    <w:rsid w:val="008D2C69"/>
    <w:rsid w:val="008D3180"/>
    <w:rsid w:val="008D3331"/>
    <w:rsid w:val="008D3B3E"/>
    <w:rsid w:val="008D4114"/>
    <w:rsid w:val="008D4D23"/>
    <w:rsid w:val="008D527F"/>
    <w:rsid w:val="008D59C2"/>
    <w:rsid w:val="008D5A13"/>
    <w:rsid w:val="008D6108"/>
    <w:rsid w:val="008D6663"/>
    <w:rsid w:val="008D6858"/>
    <w:rsid w:val="008D7288"/>
    <w:rsid w:val="008D732F"/>
    <w:rsid w:val="008D7355"/>
    <w:rsid w:val="008E056E"/>
    <w:rsid w:val="008E088C"/>
    <w:rsid w:val="008E0FCD"/>
    <w:rsid w:val="008E1203"/>
    <w:rsid w:val="008E17B0"/>
    <w:rsid w:val="008E223F"/>
    <w:rsid w:val="008E2DAD"/>
    <w:rsid w:val="008E3A2F"/>
    <w:rsid w:val="008E402B"/>
    <w:rsid w:val="008E4221"/>
    <w:rsid w:val="008E449F"/>
    <w:rsid w:val="008E4787"/>
    <w:rsid w:val="008E48AE"/>
    <w:rsid w:val="008E4E03"/>
    <w:rsid w:val="008E519C"/>
    <w:rsid w:val="008E5D72"/>
    <w:rsid w:val="008E5EEC"/>
    <w:rsid w:val="008E676F"/>
    <w:rsid w:val="008E6ED6"/>
    <w:rsid w:val="008E74BD"/>
    <w:rsid w:val="008F0680"/>
    <w:rsid w:val="008F113C"/>
    <w:rsid w:val="008F177C"/>
    <w:rsid w:val="008F18DC"/>
    <w:rsid w:val="008F1B2D"/>
    <w:rsid w:val="008F1BC1"/>
    <w:rsid w:val="008F24DA"/>
    <w:rsid w:val="008F26B9"/>
    <w:rsid w:val="008F309F"/>
    <w:rsid w:val="008F34A0"/>
    <w:rsid w:val="008F3A65"/>
    <w:rsid w:val="008F41DA"/>
    <w:rsid w:val="008F472A"/>
    <w:rsid w:val="008F4AC2"/>
    <w:rsid w:val="008F67D4"/>
    <w:rsid w:val="008F6C8D"/>
    <w:rsid w:val="008F6DA9"/>
    <w:rsid w:val="008F77B1"/>
    <w:rsid w:val="008F7B85"/>
    <w:rsid w:val="0090000B"/>
    <w:rsid w:val="00900334"/>
    <w:rsid w:val="0090039F"/>
    <w:rsid w:val="00900846"/>
    <w:rsid w:val="00900AA9"/>
    <w:rsid w:val="00901BC7"/>
    <w:rsid w:val="00901E36"/>
    <w:rsid w:val="009021E5"/>
    <w:rsid w:val="009025C9"/>
    <w:rsid w:val="009042B5"/>
    <w:rsid w:val="00904323"/>
    <w:rsid w:val="00904E3B"/>
    <w:rsid w:val="00905185"/>
    <w:rsid w:val="009053CA"/>
    <w:rsid w:val="00906AEB"/>
    <w:rsid w:val="00907ABF"/>
    <w:rsid w:val="0091150E"/>
    <w:rsid w:val="0091360D"/>
    <w:rsid w:val="00913D29"/>
    <w:rsid w:val="00915523"/>
    <w:rsid w:val="00915FE5"/>
    <w:rsid w:val="009162FE"/>
    <w:rsid w:val="00916323"/>
    <w:rsid w:val="00916837"/>
    <w:rsid w:val="009174CA"/>
    <w:rsid w:val="00920411"/>
    <w:rsid w:val="0092041F"/>
    <w:rsid w:val="00920B86"/>
    <w:rsid w:val="00921238"/>
    <w:rsid w:val="009212E8"/>
    <w:rsid w:val="009220FE"/>
    <w:rsid w:val="0092247F"/>
    <w:rsid w:val="00922A13"/>
    <w:rsid w:val="00922A59"/>
    <w:rsid w:val="009247AD"/>
    <w:rsid w:val="009250AC"/>
    <w:rsid w:val="00926074"/>
    <w:rsid w:val="009264C8"/>
    <w:rsid w:val="009277A7"/>
    <w:rsid w:val="00927CB3"/>
    <w:rsid w:val="00931188"/>
    <w:rsid w:val="009311A9"/>
    <w:rsid w:val="009321D2"/>
    <w:rsid w:val="00932CAB"/>
    <w:rsid w:val="00932D0A"/>
    <w:rsid w:val="009340CA"/>
    <w:rsid w:val="00934EF3"/>
    <w:rsid w:val="00935A9F"/>
    <w:rsid w:val="009369DB"/>
    <w:rsid w:val="00940337"/>
    <w:rsid w:val="00940853"/>
    <w:rsid w:val="00940C89"/>
    <w:rsid w:val="00940CAB"/>
    <w:rsid w:val="00941336"/>
    <w:rsid w:val="00941CD7"/>
    <w:rsid w:val="00941EAE"/>
    <w:rsid w:val="00942FC9"/>
    <w:rsid w:val="0094366D"/>
    <w:rsid w:val="00944A1B"/>
    <w:rsid w:val="00944C96"/>
    <w:rsid w:val="00944FFB"/>
    <w:rsid w:val="00945078"/>
    <w:rsid w:val="0094724D"/>
    <w:rsid w:val="00947583"/>
    <w:rsid w:val="0095011E"/>
    <w:rsid w:val="009507A2"/>
    <w:rsid w:val="00950834"/>
    <w:rsid w:val="00951BC2"/>
    <w:rsid w:val="00952F10"/>
    <w:rsid w:val="00953A2B"/>
    <w:rsid w:val="00953DAE"/>
    <w:rsid w:val="0095400C"/>
    <w:rsid w:val="00954CDF"/>
    <w:rsid w:val="00954EAE"/>
    <w:rsid w:val="00955CB4"/>
    <w:rsid w:val="00955CDF"/>
    <w:rsid w:val="009561C6"/>
    <w:rsid w:val="00956203"/>
    <w:rsid w:val="00956EE4"/>
    <w:rsid w:val="0095764B"/>
    <w:rsid w:val="0096010C"/>
    <w:rsid w:val="0096094C"/>
    <w:rsid w:val="00960E0F"/>
    <w:rsid w:val="009612E9"/>
    <w:rsid w:val="00961F66"/>
    <w:rsid w:val="00962B99"/>
    <w:rsid w:val="00962DC8"/>
    <w:rsid w:val="00963115"/>
    <w:rsid w:val="00964743"/>
    <w:rsid w:val="00965147"/>
    <w:rsid w:val="00966D5A"/>
    <w:rsid w:val="009678ED"/>
    <w:rsid w:val="00967D18"/>
    <w:rsid w:val="00970073"/>
    <w:rsid w:val="00970EF0"/>
    <w:rsid w:val="00970F74"/>
    <w:rsid w:val="00972994"/>
    <w:rsid w:val="00972DD7"/>
    <w:rsid w:val="00973728"/>
    <w:rsid w:val="009739D0"/>
    <w:rsid w:val="00974208"/>
    <w:rsid w:val="009747E9"/>
    <w:rsid w:val="00975AB8"/>
    <w:rsid w:val="00975E33"/>
    <w:rsid w:val="009761A6"/>
    <w:rsid w:val="009767BE"/>
    <w:rsid w:val="00976AC8"/>
    <w:rsid w:val="00977237"/>
    <w:rsid w:val="00977715"/>
    <w:rsid w:val="00977D1F"/>
    <w:rsid w:val="00977E09"/>
    <w:rsid w:val="00977E4F"/>
    <w:rsid w:val="00977EE4"/>
    <w:rsid w:val="00980306"/>
    <w:rsid w:val="0098039F"/>
    <w:rsid w:val="009803D5"/>
    <w:rsid w:val="009807FC"/>
    <w:rsid w:val="00980993"/>
    <w:rsid w:val="00980B36"/>
    <w:rsid w:val="00980D60"/>
    <w:rsid w:val="00981530"/>
    <w:rsid w:val="0098238D"/>
    <w:rsid w:val="0098309D"/>
    <w:rsid w:val="00983970"/>
    <w:rsid w:val="00983C05"/>
    <w:rsid w:val="00984B96"/>
    <w:rsid w:val="00984DD1"/>
    <w:rsid w:val="00985006"/>
    <w:rsid w:val="00985D05"/>
    <w:rsid w:val="00985EEF"/>
    <w:rsid w:val="0098635F"/>
    <w:rsid w:val="00986534"/>
    <w:rsid w:val="00987332"/>
    <w:rsid w:val="0098748E"/>
    <w:rsid w:val="009874F1"/>
    <w:rsid w:val="009878F6"/>
    <w:rsid w:val="00987ECE"/>
    <w:rsid w:val="0099012C"/>
    <w:rsid w:val="009908BE"/>
    <w:rsid w:val="00990D7B"/>
    <w:rsid w:val="00990E6F"/>
    <w:rsid w:val="00990EF4"/>
    <w:rsid w:val="009926C1"/>
    <w:rsid w:val="0099307D"/>
    <w:rsid w:val="009936F6"/>
    <w:rsid w:val="00993EF4"/>
    <w:rsid w:val="00994066"/>
    <w:rsid w:val="00994F83"/>
    <w:rsid w:val="00995604"/>
    <w:rsid w:val="009956B9"/>
    <w:rsid w:val="00995AD1"/>
    <w:rsid w:val="00995DB7"/>
    <w:rsid w:val="00995F09"/>
    <w:rsid w:val="00996413"/>
    <w:rsid w:val="009967CF"/>
    <w:rsid w:val="009A0434"/>
    <w:rsid w:val="009A1361"/>
    <w:rsid w:val="009A1F06"/>
    <w:rsid w:val="009A22DC"/>
    <w:rsid w:val="009A2676"/>
    <w:rsid w:val="009A2D2E"/>
    <w:rsid w:val="009A2FDA"/>
    <w:rsid w:val="009A4918"/>
    <w:rsid w:val="009A5151"/>
    <w:rsid w:val="009A6A92"/>
    <w:rsid w:val="009A6DA1"/>
    <w:rsid w:val="009A7904"/>
    <w:rsid w:val="009A7A39"/>
    <w:rsid w:val="009A7CF9"/>
    <w:rsid w:val="009B050B"/>
    <w:rsid w:val="009B168C"/>
    <w:rsid w:val="009B202E"/>
    <w:rsid w:val="009B34FD"/>
    <w:rsid w:val="009B3A37"/>
    <w:rsid w:val="009B428E"/>
    <w:rsid w:val="009B4317"/>
    <w:rsid w:val="009B4E68"/>
    <w:rsid w:val="009B5062"/>
    <w:rsid w:val="009B5113"/>
    <w:rsid w:val="009B553F"/>
    <w:rsid w:val="009B5AE7"/>
    <w:rsid w:val="009B6708"/>
    <w:rsid w:val="009B78D1"/>
    <w:rsid w:val="009B7AB2"/>
    <w:rsid w:val="009B7FAC"/>
    <w:rsid w:val="009C0315"/>
    <w:rsid w:val="009C0799"/>
    <w:rsid w:val="009C0C9E"/>
    <w:rsid w:val="009C10CA"/>
    <w:rsid w:val="009C1CD8"/>
    <w:rsid w:val="009C23A2"/>
    <w:rsid w:val="009C2896"/>
    <w:rsid w:val="009C2BAF"/>
    <w:rsid w:val="009C30FE"/>
    <w:rsid w:val="009C3373"/>
    <w:rsid w:val="009C34DB"/>
    <w:rsid w:val="009C3C88"/>
    <w:rsid w:val="009C5B2D"/>
    <w:rsid w:val="009C5F0E"/>
    <w:rsid w:val="009C60B7"/>
    <w:rsid w:val="009C630E"/>
    <w:rsid w:val="009C63B0"/>
    <w:rsid w:val="009D11BE"/>
    <w:rsid w:val="009D1621"/>
    <w:rsid w:val="009D1B96"/>
    <w:rsid w:val="009D21DB"/>
    <w:rsid w:val="009D275D"/>
    <w:rsid w:val="009D2DBB"/>
    <w:rsid w:val="009D3766"/>
    <w:rsid w:val="009D4411"/>
    <w:rsid w:val="009D447B"/>
    <w:rsid w:val="009D6244"/>
    <w:rsid w:val="009D6629"/>
    <w:rsid w:val="009D6C83"/>
    <w:rsid w:val="009D706B"/>
    <w:rsid w:val="009E0420"/>
    <w:rsid w:val="009E0709"/>
    <w:rsid w:val="009E08DB"/>
    <w:rsid w:val="009E0D13"/>
    <w:rsid w:val="009E1659"/>
    <w:rsid w:val="009E1FB5"/>
    <w:rsid w:val="009E21FD"/>
    <w:rsid w:val="009E2504"/>
    <w:rsid w:val="009E25C2"/>
    <w:rsid w:val="009E272C"/>
    <w:rsid w:val="009E430B"/>
    <w:rsid w:val="009E44A8"/>
    <w:rsid w:val="009E463D"/>
    <w:rsid w:val="009E52C8"/>
    <w:rsid w:val="009E5607"/>
    <w:rsid w:val="009E5A79"/>
    <w:rsid w:val="009E5E9C"/>
    <w:rsid w:val="009E68CB"/>
    <w:rsid w:val="009E697D"/>
    <w:rsid w:val="009E6CE0"/>
    <w:rsid w:val="009E759E"/>
    <w:rsid w:val="009E7757"/>
    <w:rsid w:val="009E7D4A"/>
    <w:rsid w:val="009E7EF6"/>
    <w:rsid w:val="009F03F5"/>
    <w:rsid w:val="009F0846"/>
    <w:rsid w:val="009F093E"/>
    <w:rsid w:val="009F102F"/>
    <w:rsid w:val="009F1606"/>
    <w:rsid w:val="009F1E46"/>
    <w:rsid w:val="009F41C1"/>
    <w:rsid w:val="009F4E98"/>
    <w:rsid w:val="009F5988"/>
    <w:rsid w:val="009F5BC3"/>
    <w:rsid w:val="009F5C4A"/>
    <w:rsid w:val="009F64A4"/>
    <w:rsid w:val="009F6C94"/>
    <w:rsid w:val="009F7B1A"/>
    <w:rsid w:val="00A004B3"/>
    <w:rsid w:val="00A005C0"/>
    <w:rsid w:val="00A00AC5"/>
    <w:rsid w:val="00A00B2B"/>
    <w:rsid w:val="00A01094"/>
    <w:rsid w:val="00A011A7"/>
    <w:rsid w:val="00A01A3B"/>
    <w:rsid w:val="00A02587"/>
    <w:rsid w:val="00A02C77"/>
    <w:rsid w:val="00A035FE"/>
    <w:rsid w:val="00A04CDB"/>
    <w:rsid w:val="00A0556F"/>
    <w:rsid w:val="00A060C7"/>
    <w:rsid w:val="00A06FED"/>
    <w:rsid w:val="00A07377"/>
    <w:rsid w:val="00A07AB3"/>
    <w:rsid w:val="00A07DCC"/>
    <w:rsid w:val="00A10714"/>
    <w:rsid w:val="00A10F9D"/>
    <w:rsid w:val="00A11658"/>
    <w:rsid w:val="00A117F3"/>
    <w:rsid w:val="00A11932"/>
    <w:rsid w:val="00A123D5"/>
    <w:rsid w:val="00A12765"/>
    <w:rsid w:val="00A12846"/>
    <w:rsid w:val="00A13549"/>
    <w:rsid w:val="00A13AC4"/>
    <w:rsid w:val="00A1435C"/>
    <w:rsid w:val="00A14635"/>
    <w:rsid w:val="00A15D8C"/>
    <w:rsid w:val="00A15FD1"/>
    <w:rsid w:val="00A169D0"/>
    <w:rsid w:val="00A17180"/>
    <w:rsid w:val="00A17680"/>
    <w:rsid w:val="00A206F5"/>
    <w:rsid w:val="00A21919"/>
    <w:rsid w:val="00A2225E"/>
    <w:rsid w:val="00A22309"/>
    <w:rsid w:val="00A22506"/>
    <w:rsid w:val="00A22986"/>
    <w:rsid w:val="00A22DF3"/>
    <w:rsid w:val="00A230CD"/>
    <w:rsid w:val="00A23A19"/>
    <w:rsid w:val="00A24090"/>
    <w:rsid w:val="00A2449C"/>
    <w:rsid w:val="00A249AD"/>
    <w:rsid w:val="00A26C93"/>
    <w:rsid w:val="00A2724A"/>
    <w:rsid w:val="00A306C4"/>
    <w:rsid w:val="00A30917"/>
    <w:rsid w:val="00A30FF1"/>
    <w:rsid w:val="00A31589"/>
    <w:rsid w:val="00A32E53"/>
    <w:rsid w:val="00A33090"/>
    <w:rsid w:val="00A34C1C"/>
    <w:rsid w:val="00A34DBD"/>
    <w:rsid w:val="00A35034"/>
    <w:rsid w:val="00A354ED"/>
    <w:rsid w:val="00A357B7"/>
    <w:rsid w:val="00A364FC"/>
    <w:rsid w:val="00A374DC"/>
    <w:rsid w:val="00A37F2F"/>
    <w:rsid w:val="00A4063B"/>
    <w:rsid w:val="00A40661"/>
    <w:rsid w:val="00A409D5"/>
    <w:rsid w:val="00A40F6A"/>
    <w:rsid w:val="00A41152"/>
    <w:rsid w:val="00A4140B"/>
    <w:rsid w:val="00A41563"/>
    <w:rsid w:val="00A417BC"/>
    <w:rsid w:val="00A4210F"/>
    <w:rsid w:val="00A42112"/>
    <w:rsid w:val="00A4216C"/>
    <w:rsid w:val="00A42421"/>
    <w:rsid w:val="00A429B1"/>
    <w:rsid w:val="00A429E4"/>
    <w:rsid w:val="00A429E9"/>
    <w:rsid w:val="00A42AC8"/>
    <w:rsid w:val="00A44624"/>
    <w:rsid w:val="00A45593"/>
    <w:rsid w:val="00A45778"/>
    <w:rsid w:val="00A46182"/>
    <w:rsid w:val="00A469F8"/>
    <w:rsid w:val="00A47167"/>
    <w:rsid w:val="00A501A8"/>
    <w:rsid w:val="00A50222"/>
    <w:rsid w:val="00A50756"/>
    <w:rsid w:val="00A50D4B"/>
    <w:rsid w:val="00A50ED9"/>
    <w:rsid w:val="00A51A2A"/>
    <w:rsid w:val="00A5222D"/>
    <w:rsid w:val="00A543FA"/>
    <w:rsid w:val="00A548E4"/>
    <w:rsid w:val="00A5563C"/>
    <w:rsid w:val="00A568D6"/>
    <w:rsid w:val="00A578E9"/>
    <w:rsid w:val="00A609C3"/>
    <w:rsid w:val="00A60E3F"/>
    <w:rsid w:val="00A610F6"/>
    <w:rsid w:val="00A61504"/>
    <w:rsid w:val="00A61D7F"/>
    <w:rsid w:val="00A61EB2"/>
    <w:rsid w:val="00A62A22"/>
    <w:rsid w:val="00A6492E"/>
    <w:rsid w:val="00A65977"/>
    <w:rsid w:val="00A66502"/>
    <w:rsid w:val="00A67325"/>
    <w:rsid w:val="00A6744F"/>
    <w:rsid w:val="00A702C9"/>
    <w:rsid w:val="00A70356"/>
    <w:rsid w:val="00A70DD3"/>
    <w:rsid w:val="00A71570"/>
    <w:rsid w:val="00A71B7E"/>
    <w:rsid w:val="00A72570"/>
    <w:rsid w:val="00A72668"/>
    <w:rsid w:val="00A728FA"/>
    <w:rsid w:val="00A72CF9"/>
    <w:rsid w:val="00A73FDA"/>
    <w:rsid w:val="00A76035"/>
    <w:rsid w:val="00A761FC"/>
    <w:rsid w:val="00A77189"/>
    <w:rsid w:val="00A77492"/>
    <w:rsid w:val="00A774FE"/>
    <w:rsid w:val="00A805D8"/>
    <w:rsid w:val="00A81411"/>
    <w:rsid w:val="00A81677"/>
    <w:rsid w:val="00A8178C"/>
    <w:rsid w:val="00A83653"/>
    <w:rsid w:val="00A83C58"/>
    <w:rsid w:val="00A84608"/>
    <w:rsid w:val="00A849E4"/>
    <w:rsid w:val="00A84AC5"/>
    <w:rsid w:val="00A85320"/>
    <w:rsid w:val="00A85DC3"/>
    <w:rsid w:val="00A85EC1"/>
    <w:rsid w:val="00A86CE4"/>
    <w:rsid w:val="00A90FD3"/>
    <w:rsid w:val="00A91094"/>
    <w:rsid w:val="00A9141D"/>
    <w:rsid w:val="00A91FEF"/>
    <w:rsid w:val="00A920BD"/>
    <w:rsid w:val="00A92714"/>
    <w:rsid w:val="00A94077"/>
    <w:rsid w:val="00A94FAF"/>
    <w:rsid w:val="00A95390"/>
    <w:rsid w:val="00A96306"/>
    <w:rsid w:val="00A97D94"/>
    <w:rsid w:val="00AA1885"/>
    <w:rsid w:val="00AA1D8D"/>
    <w:rsid w:val="00AA2286"/>
    <w:rsid w:val="00AA26CE"/>
    <w:rsid w:val="00AA2729"/>
    <w:rsid w:val="00AA2A07"/>
    <w:rsid w:val="00AA304F"/>
    <w:rsid w:val="00AA339C"/>
    <w:rsid w:val="00AA4B50"/>
    <w:rsid w:val="00AA51F4"/>
    <w:rsid w:val="00AA6596"/>
    <w:rsid w:val="00AA67C0"/>
    <w:rsid w:val="00AA6CCB"/>
    <w:rsid w:val="00AA7B98"/>
    <w:rsid w:val="00AA7E86"/>
    <w:rsid w:val="00AB02F2"/>
    <w:rsid w:val="00AB08C3"/>
    <w:rsid w:val="00AB0F1F"/>
    <w:rsid w:val="00AB10A9"/>
    <w:rsid w:val="00AB1413"/>
    <w:rsid w:val="00AB1B28"/>
    <w:rsid w:val="00AB1D9A"/>
    <w:rsid w:val="00AB2387"/>
    <w:rsid w:val="00AB2D11"/>
    <w:rsid w:val="00AB4A80"/>
    <w:rsid w:val="00AB4AAA"/>
    <w:rsid w:val="00AB5C3B"/>
    <w:rsid w:val="00AB5EF3"/>
    <w:rsid w:val="00AB6271"/>
    <w:rsid w:val="00AB7717"/>
    <w:rsid w:val="00AB7C63"/>
    <w:rsid w:val="00AC0A8D"/>
    <w:rsid w:val="00AC1C92"/>
    <w:rsid w:val="00AC1FBB"/>
    <w:rsid w:val="00AC31B8"/>
    <w:rsid w:val="00AC334B"/>
    <w:rsid w:val="00AC4C4A"/>
    <w:rsid w:val="00AC51C4"/>
    <w:rsid w:val="00AC52FE"/>
    <w:rsid w:val="00AC571C"/>
    <w:rsid w:val="00AC5987"/>
    <w:rsid w:val="00AC6F27"/>
    <w:rsid w:val="00AC7098"/>
    <w:rsid w:val="00AC73A4"/>
    <w:rsid w:val="00AC7821"/>
    <w:rsid w:val="00AC79FF"/>
    <w:rsid w:val="00AD09A5"/>
    <w:rsid w:val="00AD0FA7"/>
    <w:rsid w:val="00AD1844"/>
    <w:rsid w:val="00AD1AEF"/>
    <w:rsid w:val="00AD21E5"/>
    <w:rsid w:val="00AD244B"/>
    <w:rsid w:val="00AD2696"/>
    <w:rsid w:val="00AD2AEC"/>
    <w:rsid w:val="00AD2D9C"/>
    <w:rsid w:val="00AD2E39"/>
    <w:rsid w:val="00AD3173"/>
    <w:rsid w:val="00AD3395"/>
    <w:rsid w:val="00AD3873"/>
    <w:rsid w:val="00AD3FE0"/>
    <w:rsid w:val="00AD4348"/>
    <w:rsid w:val="00AD44DB"/>
    <w:rsid w:val="00AD4ADC"/>
    <w:rsid w:val="00AD4ED0"/>
    <w:rsid w:val="00AD5415"/>
    <w:rsid w:val="00AD5835"/>
    <w:rsid w:val="00AD5E02"/>
    <w:rsid w:val="00AD5FAC"/>
    <w:rsid w:val="00AD67CE"/>
    <w:rsid w:val="00AD72A4"/>
    <w:rsid w:val="00AD76D5"/>
    <w:rsid w:val="00AD781C"/>
    <w:rsid w:val="00AE0A7A"/>
    <w:rsid w:val="00AE15BA"/>
    <w:rsid w:val="00AE1AC1"/>
    <w:rsid w:val="00AE1D15"/>
    <w:rsid w:val="00AE1E6B"/>
    <w:rsid w:val="00AE290C"/>
    <w:rsid w:val="00AE361E"/>
    <w:rsid w:val="00AE3D0E"/>
    <w:rsid w:val="00AE53B4"/>
    <w:rsid w:val="00AE545D"/>
    <w:rsid w:val="00AE5AF1"/>
    <w:rsid w:val="00AE5E4A"/>
    <w:rsid w:val="00AE63D4"/>
    <w:rsid w:val="00AE6A2D"/>
    <w:rsid w:val="00AE6BFD"/>
    <w:rsid w:val="00AF12AB"/>
    <w:rsid w:val="00AF15AE"/>
    <w:rsid w:val="00AF1D26"/>
    <w:rsid w:val="00AF2BF1"/>
    <w:rsid w:val="00AF3241"/>
    <w:rsid w:val="00AF348C"/>
    <w:rsid w:val="00AF3715"/>
    <w:rsid w:val="00AF3D34"/>
    <w:rsid w:val="00AF4C94"/>
    <w:rsid w:val="00AF7140"/>
    <w:rsid w:val="00AF7E6C"/>
    <w:rsid w:val="00B00238"/>
    <w:rsid w:val="00B00B4D"/>
    <w:rsid w:val="00B00D4E"/>
    <w:rsid w:val="00B0177A"/>
    <w:rsid w:val="00B01871"/>
    <w:rsid w:val="00B01DC8"/>
    <w:rsid w:val="00B01E1D"/>
    <w:rsid w:val="00B01EDB"/>
    <w:rsid w:val="00B043A2"/>
    <w:rsid w:val="00B04CAD"/>
    <w:rsid w:val="00B04D8F"/>
    <w:rsid w:val="00B05081"/>
    <w:rsid w:val="00B05174"/>
    <w:rsid w:val="00B0538F"/>
    <w:rsid w:val="00B05620"/>
    <w:rsid w:val="00B05C35"/>
    <w:rsid w:val="00B06036"/>
    <w:rsid w:val="00B06488"/>
    <w:rsid w:val="00B06C4E"/>
    <w:rsid w:val="00B07A56"/>
    <w:rsid w:val="00B07AAE"/>
    <w:rsid w:val="00B1011D"/>
    <w:rsid w:val="00B103A4"/>
    <w:rsid w:val="00B1043F"/>
    <w:rsid w:val="00B104A1"/>
    <w:rsid w:val="00B10C5A"/>
    <w:rsid w:val="00B11164"/>
    <w:rsid w:val="00B116B1"/>
    <w:rsid w:val="00B11CEA"/>
    <w:rsid w:val="00B11F8C"/>
    <w:rsid w:val="00B1239B"/>
    <w:rsid w:val="00B149CF"/>
    <w:rsid w:val="00B15FD5"/>
    <w:rsid w:val="00B16559"/>
    <w:rsid w:val="00B16594"/>
    <w:rsid w:val="00B168A5"/>
    <w:rsid w:val="00B1709E"/>
    <w:rsid w:val="00B1768F"/>
    <w:rsid w:val="00B17F78"/>
    <w:rsid w:val="00B20775"/>
    <w:rsid w:val="00B20864"/>
    <w:rsid w:val="00B20BE3"/>
    <w:rsid w:val="00B20BEA"/>
    <w:rsid w:val="00B20FA0"/>
    <w:rsid w:val="00B218BD"/>
    <w:rsid w:val="00B21D38"/>
    <w:rsid w:val="00B22BBC"/>
    <w:rsid w:val="00B22EC7"/>
    <w:rsid w:val="00B2377F"/>
    <w:rsid w:val="00B2387D"/>
    <w:rsid w:val="00B240A1"/>
    <w:rsid w:val="00B24D45"/>
    <w:rsid w:val="00B25477"/>
    <w:rsid w:val="00B2570E"/>
    <w:rsid w:val="00B25A96"/>
    <w:rsid w:val="00B26CD4"/>
    <w:rsid w:val="00B276D5"/>
    <w:rsid w:val="00B27BC8"/>
    <w:rsid w:val="00B3056D"/>
    <w:rsid w:val="00B30D16"/>
    <w:rsid w:val="00B31203"/>
    <w:rsid w:val="00B316ED"/>
    <w:rsid w:val="00B32E91"/>
    <w:rsid w:val="00B32EF9"/>
    <w:rsid w:val="00B338F6"/>
    <w:rsid w:val="00B33AC1"/>
    <w:rsid w:val="00B33B58"/>
    <w:rsid w:val="00B33E49"/>
    <w:rsid w:val="00B34281"/>
    <w:rsid w:val="00B34FF9"/>
    <w:rsid w:val="00B355FB"/>
    <w:rsid w:val="00B35B6F"/>
    <w:rsid w:val="00B3695F"/>
    <w:rsid w:val="00B36CCA"/>
    <w:rsid w:val="00B375CB"/>
    <w:rsid w:val="00B37629"/>
    <w:rsid w:val="00B37B65"/>
    <w:rsid w:val="00B37C10"/>
    <w:rsid w:val="00B40DD3"/>
    <w:rsid w:val="00B40EE3"/>
    <w:rsid w:val="00B41297"/>
    <w:rsid w:val="00B41AFE"/>
    <w:rsid w:val="00B41E14"/>
    <w:rsid w:val="00B430F6"/>
    <w:rsid w:val="00B44978"/>
    <w:rsid w:val="00B4501B"/>
    <w:rsid w:val="00B4555D"/>
    <w:rsid w:val="00B45BE6"/>
    <w:rsid w:val="00B46187"/>
    <w:rsid w:val="00B464F0"/>
    <w:rsid w:val="00B46A36"/>
    <w:rsid w:val="00B470D1"/>
    <w:rsid w:val="00B471A0"/>
    <w:rsid w:val="00B4730B"/>
    <w:rsid w:val="00B4751B"/>
    <w:rsid w:val="00B47730"/>
    <w:rsid w:val="00B47811"/>
    <w:rsid w:val="00B518E1"/>
    <w:rsid w:val="00B51AAB"/>
    <w:rsid w:val="00B51C3F"/>
    <w:rsid w:val="00B5235A"/>
    <w:rsid w:val="00B52414"/>
    <w:rsid w:val="00B5280F"/>
    <w:rsid w:val="00B52BDF"/>
    <w:rsid w:val="00B52D67"/>
    <w:rsid w:val="00B53260"/>
    <w:rsid w:val="00B53457"/>
    <w:rsid w:val="00B53D45"/>
    <w:rsid w:val="00B53F69"/>
    <w:rsid w:val="00B5470E"/>
    <w:rsid w:val="00B5505F"/>
    <w:rsid w:val="00B552D8"/>
    <w:rsid w:val="00B5574A"/>
    <w:rsid w:val="00B55E13"/>
    <w:rsid w:val="00B56E4B"/>
    <w:rsid w:val="00B577B6"/>
    <w:rsid w:val="00B60412"/>
    <w:rsid w:val="00B60EBE"/>
    <w:rsid w:val="00B61F8A"/>
    <w:rsid w:val="00B625B2"/>
    <w:rsid w:val="00B62D79"/>
    <w:rsid w:val="00B63276"/>
    <w:rsid w:val="00B63303"/>
    <w:rsid w:val="00B633DF"/>
    <w:rsid w:val="00B6377A"/>
    <w:rsid w:val="00B64C13"/>
    <w:rsid w:val="00B6555B"/>
    <w:rsid w:val="00B65D04"/>
    <w:rsid w:val="00B6662B"/>
    <w:rsid w:val="00B669B6"/>
    <w:rsid w:val="00B67C2E"/>
    <w:rsid w:val="00B7027B"/>
    <w:rsid w:val="00B71307"/>
    <w:rsid w:val="00B720AE"/>
    <w:rsid w:val="00B72411"/>
    <w:rsid w:val="00B725A3"/>
    <w:rsid w:val="00B727FA"/>
    <w:rsid w:val="00B72EDF"/>
    <w:rsid w:val="00B73CE2"/>
    <w:rsid w:val="00B74144"/>
    <w:rsid w:val="00B74F3F"/>
    <w:rsid w:val="00B762F3"/>
    <w:rsid w:val="00B7673E"/>
    <w:rsid w:val="00B76B87"/>
    <w:rsid w:val="00B76E7C"/>
    <w:rsid w:val="00B770B2"/>
    <w:rsid w:val="00B771B5"/>
    <w:rsid w:val="00B77810"/>
    <w:rsid w:val="00B77941"/>
    <w:rsid w:val="00B77C95"/>
    <w:rsid w:val="00B77ED7"/>
    <w:rsid w:val="00B77F2A"/>
    <w:rsid w:val="00B803C8"/>
    <w:rsid w:val="00B80CF1"/>
    <w:rsid w:val="00B80E5F"/>
    <w:rsid w:val="00B8109D"/>
    <w:rsid w:val="00B818D0"/>
    <w:rsid w:val="00B82863"/>
    <w:rsid w:val="00B82C56"/>
    <w:rsid w:val="00B83B48"/>
    <w:rsid w:val="00B83EE2"/>
    <w:rsid w:val="00B83F3E"/>
    <w:rsid w:val="00B84C85"/>
    <w:rsid w:val="00B84DD9"/>
    <w:rsid w:val="00B85F58"/>
    <w:rsid w:val="00B8602B"/>
    <w:rsid w:val="00B86193"/>
    <w:rsid w:val="00B862B0"/>
    <w:rsid w:val="00B87136"/>
    <w:rsid w:val="00B87843"/>
    <w:rsid w:val="00B87A48"/>
    <w:rsid w:val="00B9009B"/>
    <w:rsid w:val="00B90AA3"/>
    <w:rsid w:val="00B90ECC"/>
    <w:rsid w:val="00B910D6"/>
    <w:rsid w:val="00B912E5"/>
    <w:rsid w:val="00B91FBA"/>
    <w:rsid w:val="00B92193"/>
    <w:rsid w:val="00B9241D"/>
    <w:rsid w:val="00B93431"/>
    <w:rsid w:val="00B93C24"/>
    <w:rsid w:val="00B94365"/>
    <w:rsid w:val="00B94659"/>
    <w:rsid w:val="00B946CF"/>
    <w:rsid w:val="00B94803"/>
    <w:rsid w:val="00B9554C"/>
    <w:rsid w:val="00B955FE"/>
    <w:rsid w:val="00B96F17"/>
    <w:rsid w:val="00B9700F"/>
    <w:rsid w:val="00B97055"/>
    <w:rsid w:val="00B970FD"/>
    <w:rsid w:val="00BA026F"/>
    <w:rsid w:val="00BA0758"/>
    <w:rsid w:val="00BA1159"/>
    <w:rsid w:val="00BA2002"/>
    <w:rsid w:val="00BA20A3"/>
    <w:rsid w:val="00BA344F"/>
    <w:rsid w:val="00BA3619"/>
    <w:rsid w:val="00BA607E"/>
    <w:rsid w:val="00BA645E"/>
    <w:rsid w:val="00BA67A1"/>
    <w:rsid w:val="00BA6D22"/>
    <w:rsid w:val="00BB0708"/>
    <w:rsid w:val="00BB08C9"/>
    <w:rsid w:val="00BB1413"/>
    <w:rsid w:val="00BB1762"/>
    <w:rsid w:val="00BB199E"/>
    <w:rsid w:val="00BB1AFC"/>
    <w:rsid w:val="00BB1D9F"/>
    <w:rsid w:val="00BB4509"/>
    <w:rsid w:val="00BB45E0"/>
    <w:rsid w:val="00BB55DD"/>
    <w:rsid w:val="00BB6838"/>
    <w:rsid w:val="00BB7414"/>
    <w:rsid w:val="00BB7614"/>
    <w:rsid w:val="00BB7D7A"/>
    <w:rsid w:val="00BB7FF9"/>
    <w:rsid w:val="00BC04E4"/>
    <w:rsid w:val="00BC0D1F"/>
    <w:rsid w:val="00BC1637"/>
    <w:rsid w:val="00BC18F5"/>
    <w:rsid w:val="00BC2E64"/>
    <w:rsid w:val="00BC3103"/>
    <w:rsid w:val="00BC4369"/>
    <w:rsid w:val="00BC44DE"/>
    <w:rsid w:val="00BC4798"/>
    <w:rsid w:val="00BC4922"/>
    <w:rsid w:val="00BC4A10"/>
    <w:rsid w:val="00BC4E04"/>
    <w:rsid w:val="00BC4FEF"/>
    <w:rsid w:val="00BC6365"/>
    <w:rsid w:val="00BC687A"/>
    <w:rsid w:val="00BC6A07"/>
    <w:rsid w:val="00BC707E"/>
    <w:rsid w:val="00BC7583"/>
    <w:rsid w:val="00BC7742"/>
    <w:rsid w:val="00BC7896"/>
    <w:rsid w:val="00BC78B4"/>
    <w:rsid w:val="00BC7AF7"/>
    <w:rsid w:val="00BC7EC9"/>
    <w:rsid w:val="00BC7EDB"/>
    <w:rsid w:val="00BD075B"/>
    <w:rsid w:val="00BD09CB"/>
    <w:rsid w:val="00BD0C53"/>
    <w:rsid w:val="00BD2613"/>
    <w:rsid w:val="00BD2FDD"/>
    <w:rsid w:val="00BD3076"/>
    <w:rsid w:val="00BD4956"/>
    <w:rsid w:val="00BD4966"/>
    <w:rsid w:val="00BD576F"/>
    <w:rsid w:val="00BD6311"/>
    <w:rsid w:val="00BD6441"/>
    <w:rsid w:val="00BD7884"/>
    <w:rsid w:val="00BE05F0"/>
    <w:rsid w:val="00BE1A3D"/>
    <w:rsid w:val="00BE26B1"/>
    <w:rsid w:val="00BE281C"/>
    <w:rsid w:val="00BE2B9B"/>
    <w:rsid w:val="00BE36C2"/>
    <w:rsid w:val="00BE42F2"/>
    <w:rsid w:val="00BE45AA"/>
    <w:rsid w:val="00BE4A37"/>
    <w:rsid w:val="00BE4C91"/>
    <w:rsid w:val="00BE6100"/>
    <w:rsid w:val="00BE6B1F"/>
    <w:rsid w:val="00BE6CD8"/>
    <w:rsid w:val="00BE6E78"/>
    <w:rsid w:val="00BE6E7C"/>
    <w:rsid w:val="00BE7336"/>
    <w:rsid w:val="00BF1257"/>
    <w:rsid w:val="00BF1D74"/>
    <w:rsid w:val="00BF28BF"/>
    <w:rsid w:val="00BF2EE2"/>
    <w:rsid w:val="00BF3322"/>
    <w:rsid w:val="00BF353A"/>
    <w:rsid w:val="00BF3C5A"/>
    <w:rsid w:val="00BF3E71"/>
    <w:rsid w:val="00BF4396"/>
    <w:rsid w:val="00BF4758"/>
    <w:rsid w:val="00BF475F"/>
    <w:rsid w:val="00BF4781"/>
    <w:rsid w:val="00BF4FA6"/>
    <w:rsid w:val="00BF5430"/>
    <w:rsid w:val="00BF54CA"/>
    <w:rsid w:val="00BF564E"/>
    <w:rsid w:val="00BF5997"/>
    <w:rsid w:val="00BF5B8E"/>
    <w:rsid w:val="00BF5F0D"/>
    <w:rsid w:val="00BF5F2C"/>
    <w:rsid w:val="00BF6E04"/>
    <w:rsid w:val="00BF7C64"/>
    <w:rsid w:val="00BF7CDA"/>
    <w:rsid w:val="00C00530"/>
    <w:rsid w:val="00C00F32"/>
    <w:rsid w:val="00C02A37"/>
    <w:rsid w:val="00C02CF6"/>
    <w:rsid w:val="00C0369B"/>
    <w:rsid w:val="00C03C08"/>
    <w:rsid w:val="00C047B7"/>
    <w:rsid w:val="00C05FD8"/>
    <w:rsid w:val="00C0646E"/>
    <w:rsid w:val="00C07878"/>
    <w:rsid w:val="00C07C0F"/>
    <w:rsid w:val="00C10B68"/>
    <w:rsid w:val="00C1130E"/>
    <w:rsid w:val="00C11979"/>
    <w:rsid w:val="00C11FA3"/>
    <w:rsid w:val="00C126DE"/>
    <w:rsid w:val="00C12CDE"/>
    <w:rsid w:val="00C13F5C"/>
    <w:rsid w:val="00C14262"/>
    <w:rsid w:val="00C14B7E"/>
    <w:rsid w:val="00C152CD"/>
    <w:rsid w:val="00C15398"/>
    <w:rsid w:val="00C155CF"/>
    <w:rsid w:val="00C159BB"/>
    <w:rsid w:val="00C159CB"/>
    <w:rsid w:val="00C15D4D"/>
    <w:rsid w:val="00C16B7C"/>
    <w:rsid w:val="00C16F22"/>
    <w:rsid w:val="00C17C63"/>
    <w:rsid w:val="00C20D64"/>
    <w:rsid w:val="00C21121"/>
    <w:rsid w:val="00C213D6"/>
    <w:rsid w:val="00C21B79"/>
    <w:rsid w:val="00C21BE3"/>
    <w:rsid w:val="00C21F5F"/>
    <w:rsid w:val="00C2253B"/>
    <w:rsid w:val="00C23C90"/>
    <w:rsid w:val="00C24215"/>
    <w:rsid w:val="00C242F5"/>
    <w:rsid w:val="00C2465E"/>
    <w:rsid w:val="00C24DE7"/>
    <w:rsid w:val="00C24E00"/>
    <w:rsid w:val="00C25530"/>
    <w:rsid w:val="00C25FF1"/>
    <w:rsid w:val="00C26369"/>
    <w:rsid w:val="00C274B9"/>
    <w:rsid w:val="00C27B75"/>
    <w:rsid w:val="00C3039A"/>
    <w:rsid w:val="00C31ACA"/>
    <w:rsid w:val="00C31D17"/>
    <w:rsid w:val="00C320D0"/>
    <w:rsid w:val="00C3250D"/>
    <w:rsid w:val="00C326B9"/>
    <w:rsid w:val="00C32BE1"/>
    <w:rsid w:val="00C33317"/>
    <w:rsid w:val="00C33AEC"/>
    <w:rsid w:val="00C33FC0"/>
    <w:rsid w:val="00C34E44"/>
    <w:rsid w:val="00C35AD0"/>
    <w:rsid w:val="00C35C20"/>
    <w:rsid w:val="00C36682"/>
    <w:rsid w:val="00C36855"/>
    <w:rsid w:val="00C36D7F"/>
    <w:rsid w:val="00C36F71"/>
    <w:rsid w:val="00C37501"/>
    <w:rsid w:val="00C3767E"/>
    <w:rsid w:val="00C376C3"/>
    <w:rsid w:val="00C379D2"/>
    <w:rsid w:val="00C40518"/>
    <w:rsid w:val="00C4071C"/>
    <w:rsid w:val="00C40AD1"/>
    <w:rsid w:val="00C413D8"/>
    <w:rsid w:val="00C419BA"/>
    <w:rsid w:val="00C41B86"/>
    <w:rsid w:val="00C42656"/>
    <w:rsid w:val="00C42D12"/>
    <w:rsid w:val="00C42D66"/>
    <w:rsid w:val="00C43771"/>
    <w:rsid w:val="00C44077"/>
    <w:rsid w:val="00C440B5"/>
    <w:rsid w:val="00C440B6"/>
    <w:rsid w:val="00C44610"/>
    <w:rsid w:val="00C459AD"/>
    <w:rsid w:val="00C45CD9"/>
    <w:rsid w:val="00C46949"/>
    <w:rsid w:val="00C4741B"/>
    <w:rsid w:val="00C47D5F"/>
    <w:rsid w:val="00C50135"/>
    <w:rsid w:val="00C50AF1"/>
    <w:rsid w:val="00C50DD6"/>
    <w:rsid w:val="00C50E4F"/>
    <w:rsid w:val="00C50EF4"/>
    <w:rsid w:val="00C512DD"/>
    <w:rsid w:val="00C51373"/>
    <w:rsid w:val="00C51928"/>
    <w:rsid w:val="00C5264F"/>
    <w:rsid w:val="00C52E64"/>
    <w:rsid w:val="00C530ED"/>
    <w:rsid w:val="00C53529"/>
    <w:rsid w:val="00C53E00"/>
    <w:rsid w:val="00C54456"/>
    <w:rsid w:val="00C54683"/>
    <w:rsid w:val="00C54E42"/>
    <w:rsid w:val="00C55006"/>
    <w:rsid w:val="00C55639"/>
    <w:rsid w:val="00C55C16"/>
    <w:rsid w:val="00C56C65"/>
    <w:rsid w:val="00C6013D"/>
    <w:rsid w:val="00C60D97"/>
    <w:rsid w:val="00C618C5"/>
    <w:rsid w:val="00C62393"/>
    <w:rsid w:val="00C62F66"/>
    <w:rsid w:val="00C635AD"/>
    <w:rsid w:val="00C63FA8"/>
    <w:rsid w:val="00C644C4"/>
    <w:rsid w:val="00C650EB"/>
    <w:rsid w:val="00C658DC"/>
    <w:rsid w:val="00C65A82"/>
    <w:rsid w:val="00C65DE4"/>
    <w:rsid w:val="00C66166"/>
    <w:rsid w:val="00C664AB"/>
    <w:rsid w:val="00C66DF8"/>
    <w:rsid w:val="00C70031"/>
    <w:rsid w:val="00C70225"/>
    <w:rsid w:val="00C70661"/>
    <w:rsid w:val="00C70FE5"/>
    <w:rsid w:val="00C71480"/>
    <w:rsid w:val="00C71831"/>
    <w:rsid w:val="00C71A30"/>
    <w:rsid w:val="00C72528"/>
    <w:rsid w:val="00C7315E"/>
    <w:rsid w:val="00C7328A"/>
    <w:rsid w:val="00C74931"/>
    <w:rsid w:val="00C74CA3"/>
    <w:rsid w:val="00C74CC7"/>
    <w:rsid w:val="00C75431"/>
    <w:rsid w:val="00C7640E"/>
    <w:rsid w:val="00C807E3"/>
    <w:rsid w:val="00C813BD"/>
    <w:rsid w:val="00C81607"/>
    <w:rsid w:val="00C816D5"/>
    <w:rsid w:val="00C81C05"/>
    <w:rsid w:val="00C821EE"/>
    <w:rsid w:val="00C82B14"/>
    <w:rsid w:val="00C831B1"/>
    <w:rsid w:val="00C839C5"/>
    <w:rsid w:val="00C83E83"/>
    <w:rsid w:val="00C84B23"/>
    <w:rsid w:val="00C8532A"/>
    <w:rsid w:val="00C85E80"/>
    <w:rsid w:val="00C865BE"/>
    <w:rsid w:val="00C86A07"/>
    <w:rsid w:val="00C87672"/>
    <w:rsid w:val="00C9087D"/>
    <w:rsid w:val="00C9106A"/>
    <w:rsid w:val="00C919D3"/>
    <w:rsid w:val="00C923C2"/>
    <w:rsid w:val="00C92853"/>
    <w:rsid w:val="00C92A91"/>
    <w:rsid w:val="00C93AC5"/>
    <w:rsid w:val="00C93F8E"/>
    <w:rsid w:val="00C94020"/>
    <w:rsid w:val="00C941FA"/>
    <w:rsid w:val="00C94B28"/>
    <w:rsid w:val="00C94C13"/>
    <w:rsid w:val="00C9594E"/>
    <w:rsid w:val="00C95EAC"/>
    <w:rsid w:val="00C9719E"/>
    <w:rsid w:val="00C97683"/>
    <w:rsid w:val="00CA0090"/>
    <w:rsid w:val="00CA0270"/>
    <w:rsid w:val="00CA0353"/>
    <w:rsid w:val="00CA0626"/>
    <w:rsid w:val="00CA06A2"/>
    <w:rsid w:val="00CA1810"/>
    <w:rsid w:val="00CA1A6E"/>
    <w:rsid w:val="00CA235A"/>
    <w:rsid w:val="00CA2A40"/>
    <w:rsid w:val="00CA2DF2"/>
    <w:rsid w:val="00CA2F75"/>
    <w:rsid w:val="00CA3217"/>
    <w:rsid w:val="00CA3BD0"/>
    <w:rsid w:val="00CA3C47"/>
    <w:rsid w:val="00CA3C7A"/>
    <w:rsid w:val="00CA485D"/>
    <w:rsid w:val="00CA54C4"/>
    <w:rsid w:val="00CA5867"/>
    <w:rsid w:val="00CA59A8"/>
    <w:rsid w:val="00CA5B3E"/>
    <w:rsid w:val="00CA5CEC"/>
    <w:rsid w:val="00CA5D82"/>
    <w:rsid w:val="00CA68D2"/>
    <w:rsid w:val="00CA6C4A"/>
    <w:rsid w:val="00CA726F"/>
    <w:rsid w:val="00CA7281"/>
    <w:rsid w:val="00CA7AEA"/>
    <w:rsid w:val="00CA7E8F"/>
    <w:rsid w:val="00CB00F6"/>
    <w:rsid w:val="00CB0664"/>
    <w:rsid w:val="00CB0F7A"/>
    <w:rsid w:val="00CB1467"/>
    <w:rsid w:val="00CB1499"/>
    <w:rsid w:val="00CB16F4"/>
    <w:rsid w:val="00CB185A"/>
    <w:rsid w:val="00CB2675"/>
    <w:rsid w:val="00CB3AF9"/>
    <w:rsid w:val="00CB52F1"/>
    <w:rsid w:val="00CB59FE"/>
    <w:rsid w:val="00CB5CBD"/>
    <w:rsid w:val="00CB6879"/>
    <w:rsid w:val="00CC042A"/>
    <w:rsid w:val="00CC0E1B"/>
    <w:rsid w:val="00CC0E80"/>
    <w:rsid w:val="00CC11CE"/>
    <w:rsid w:val="00CC1669"/>
    <w:rsid w:val="00CC190E"/>
    <w:rsid w:val="00CC23D9"/>
    <w:rsid w:val="00CC2D60"/>
    <w:rsid w:val="00CC3681"/>
    <w:rsid w:val="00CC4575"/>
    <w:rsid w:val="00CC47E3"/>
    <w:rsid w:val="00CC548A"/>
    <w:rsid w:val="00CC54A6"/>
    <w:rsid w:val="00CC6C72"/>
    <w:rsid w:val="00CD002A"/>
    <w:rsid w:val="00CD03CA"/>
    <w:rsid w:val="00CD0A6F"/>
    <w:rsid w:val="00CD27CC"/>
    <w:rsid w:val="00CD2B71"/>
    <w:rsid w:val="00CD317A"/>
    <w:rsid w:val="00CD46C8"/>
    <w:rsid w:val="00CD478A"/>
    <w:rsid w:val="00CD5406"/>
    <w:rsid w:val="00CD5407"/>
    <w:rsid w:val="00CD55E4"/>
    <w:rsid w:val="00CD634D"/>
    <w:rsid w:val="00CD6E64"/>
    <w:rsid w:val="00CD6F6F"/>
    <w:rsid w:val="00CD7A03"/>
    <w:rsid w:val="00CD7A33"/>
    <w:rsid w:val="00CD7D6A"/>
    <w:rsid w:val="00CE00A2"/>
    <w:rsid w:val="00CE010F"/>
    <w:rsid w:val="00CE01BB"/>
    <w:rsid w:val="00CE01EB"/>
    <w:rsid w:val="00CE0F0B"/>
    <w:rsid w:val="00CE1829"/>
    <w:rsid w:val="00CE1A14"/>
    <w:rsid w:val="00CE2B77"/>
    <w:rsid w:val="00CE2C86"/>
    <w:rsid w:val="00CE2FF5"/>
    <w:rsid w:val="00CE44A3"/>
    <w:rsid w:val="00CE4953"/>
    <w:rsid w:val="00CE52EB"/>
    <w:rsid w:val="00CE5CA4"/>
    <w:rsid w:val="00CE6163"/>
    <w:rsid w:val="00CE6FEE"/>
    <w:rsid w:val="00CE7145"/>
    <w:rsid w:val="00CE77A2"/>
    <w:rsid w:val="00CF0920"/>
    <w:rsid w:val="00CF0B4F"/>
    <w:rsid w:val="00CF12AF"/>
    <w:rsid w:val="00CF15C2"/>
    <w:rsid w:val="00CF217B"/>
    <w:rsid w:val="00CF217F"/>
    <w:rsid w:val="00CF23E7"/>
    <w:rsid w:val="00CF24D1"/>
    <w:rsid w:val="00CF45E6"/>
    <w:rsid w:val="00CF50F8"/>
    <w:rsid w:val="00CF5375"/>
    <w:rsid w:val="00CF540F"/>
    <w:rsid w:val="00CF54D5"/>
    <w:rsid w:val="00CF5CC0"/>
    <w:rsid w:val="00CF5E15"/>
    <w:rsid w:val="00CF5F24"/>
    <w:rsid w:val="00CF6366"/>
    <w:rsid w:val="00CF6393"/>
    <w:rsid w:val="00CF698D"/>
    <w:rsid w:val="00CF6DBE"/>
    <w:rsid w:val="00CF7235"/>
    <w:rsid w:val="00CF74A0"/>
    <w:rsid w:val="00D00ACB"/>
    <w:rsid w:val="00D00FFB"/>
    <w:rsid w:val="00D015F3"/>
    <w:rsid w:val="00D0193F"/>
    <w:rsid w:val="00D01E96"/>
    <w:rsid w:val="00D01FEA"/>
    <w:rsid w:val="00D03B77"/>
    <w:rsid w:val="00D05CD6"/>
    <w:rsid w:val="00D06253"/>
    <w:rsid w:val="00D10049"/>
    <w:rsid w:val="00D105A0"/>
    <w:rsid w:val="00D10809"/>
    <w:rsid w:val="00D111B8"/>
    <w:rsid w:val="00D11F5C"/>
    <w:rsid w:val="00D121F5"/>
    <w:rsid w:val="00D12AB1"/>
    <w:rsid w:val="00D12B90"/>
    <w:rsid w:val="00D13B22"/>
    <w:rsid w:val="00D13DA3"/>
    <w:rsid w:val="00D13E9E"/>
    <w:rsid w:val="00D14C14"/>
    <w:rsid w:val="00D14D60"/>
    <w:rsid w:val="00D16396"/>
    <w:rsid w:val="00D16A22"/>
    <w:rsid w:val="00D16E9E"/>
    <w:rsid w:val="00D1775F"/>
    <w:rsid w:val="00D17B9F"/>
    <w:rsid w:val="00D17D00"/>
    <w:rsid w:val="00D20E17"/>
    <w:rsid w:val="00D20E6F"/>
    <w:rsid w:val="00D211FE"/>
    <w:rsid w:val="00D2186B"/>
    <w:rsid w:val="00D21AA0"/>
    <w:rsid w:val="00D21C20"/>
    <w:rsid w:val="00D21C82"/>
    <w:rsid w:val="00D22F1B"/>
    <w:rsid w:val="00D23276"/>
    <w:rsid w:val="00D2355B"/>
    <w:rsid w:val="00D237A7"/>
    <w:rsid w:val="00D240F8"/>
    <w:rsid w:val="00D256A1"/>
    <w:rsid w:val="00D256D8"/>
    <w:rsid w:val="00D26753"/>
    <w:rsid w:val="00D27004"/>
    <w:rsid w:val="00D272A0"/>
    <w:rsid w:val="00D27F3D"/>
    <w:rsid w:val="00D30195"/>
    <w:rsid w:val="00D30D30"/>
    <w:rsid w:val="00D30FA6"/>
    <w:rsid w:val="00D311A4"/>
    <w:rsid w:val="00D311C6"/>
    <w:rsid w:val="00D31701"/>
    <w:rsid w:val="00D31EF5"/>
    <w:rsid w:val="00D32381"/>
    <w:rsid w:val="00D32F4B"/>
    <w:rsid w:val="00D33ECD"/>
    <w:rsid w:val="00D34CB8"/>
    <w:rsid w:val="00D34F2B"/>
    <w:rsid w:val="00D352AC"/>
    <w:rsid w:val="00D356BF"/>
    <w:rsid w:val="00D35C5B"/>
    <w:rsid w:val="00D36C16"/>
    <w:rsid w:val="00D36F42"/>
    <w:rsid w:val="00D372A5"/>
    <w:rsid w:val="00D3737D"/>
    <w:rsid w:val="00D3795D"/>
    <w:rsid w:val="00D37A56"/>
    <w:rsid w:val="00D37AB0"/>
    <w:rsid w:val="00D40B0B"/>
    <w:rsid w:val="00D40CC6"/>
    <w:rsid w:val="00D41E48"/>
    <w:rsid w:val="00D421D7"/>
    <w:rsid w:val="00D422E8"/>
    <w:rsid w:val="00D426CE"/>
    <w:rsid w:val="00D4298C"/>
    <w:rsid w:val="00D43543"/>
    <w:rsid w:val="00D43EA9"/>
    <w:rsid w:val="00D45264"/>
    <w:rsid w:val="00D45864"/>
    <w:rsid w:val="00D46126"/>
    <w:rsid w:val="00D46CEC"/>
    <w:rsid w:val="00D472FB"/>
    <w:rsid w:val="00D473F3"/>
    <w:rsid w:val="00D47EC3"/>
    <w:rsid w:val="00D50ADA"/>
    <w:rsid w:val="00D51304"/>
    <w:rsid w:val="00D5251E"/>
    <w:rsid w:val="00D52702"/>
    <w:rsid w:val="00D52CE1"/>
    <w:rsid w:val="00D52E91"/>
    <w:rsid w:val="00D536B8"/>
    <w:rsid w:val="00D538B4"/>
    <w:rsid w:val="00D53B41"/>
    <w:rsid w:val="00D5432D"/>
    <w:rsid w:val="00D54CB0"/>
    <w:rsid w:val="00D54E02"/>
    <w:rsid w:val="00D54FAC"/>
    <w:rsid w:val="00D553FF"/>
    <w:rsid w:val="00D5554F"/>
    <w:rsid w:val="00D5589E"/>
    <w:rsid w:val="00D55E4B"/>
    <w:rsid w:val="00D560A6"/>
    <w:rsid w:val="00D561A5"/>
    <w:rsid w:val="00D56AC5"/>
    <w:rsid w:val="00D56E74"/>
    <w:rsid w:val="00D56F3E"/>
    <w:rsid w:val="00D57461"/>
    <w:rsid w:val="00D574BF"/>
    <w:rsid w:val="00D600C5"/>
    <w:rsid w:val="00D60317"/>
    <w:rsid w:val="00D605E1"/>
    <w:rsid w:val="00D6064E"/>
    <w:rsid w:val="00D606BE"/>
    <w:rsid w:val="00D6071F"/>
    <w:rsid w:val="00D6115F"/>
    <w:rsid w:val="00D62201"/>
    <w:rsid w:val="00D63037"/>
    <w:rsid w:val="00D63307"/>
    <w:rsid w:val="00D63B9F"/>
    <w:rsid w:val="00D63BA0"/>
    <w:rsid w:val="00D63D87"/>
    <w:rsid w:val="00D63EC6"/>
    <w:rsid w:val="00D640D3"/>
    <w:rsid w:val="00D644CF"/>
    <w:rsid w:val="00D6464D"/>
    <w:rsid w:val="00D66177"/>
    <w:rsid w:val="00D662A0"/>
    <w:rsid w:val="00D667BA"/>
    <w:rsid w:val="00D66C89"/>
    <w:rsid w:val="00D66CA4"/>
    <w:rsid w:val="00D66D37"/>
    <w:rsid w:val="00D672A5"/>
    <w:rsid w:val="00D6798D"/>
    <w:rsid w:val="00D70A59"/>
    <w:rsid w:val="00D70AE6"/>
    <w:rsid w:val="00D71371"/>
    <w:rsid w:val="00D71DFA"/>
    <w:rsid w:val="00D71ECF"/>
    <w:rsid w:val="00D727F0"/>
    <w:rsid w:val="00D72F7D"/>
    <w:rsid w:val="00D7392C"/>
    <w:rsid w:val="00D73BC9"/>
    <w:rsid w:val="00D73EC7"/>
    <w:rsid w:val="00D74F37"/>
    <w:rsid w:val="00D75030"/>
    <w:rsid w:val="00D752D7"/>
    <w:rsid w:val="00D752EF"/>
    <w:rsid w:val="00D7577D"/>
    <w:rsid w:val="00D76211"/>
    <w:rsid w:val="00D763BD"/>
    <w:rsid w:val="00D76DBD"/>
    <w:rsid w:val="00D800BE"/>
    <w:rsid w:val="00D803D8"/>
    <w:rsid w:val="00D805FA"/>
    <w:rsid w:val="00D81403"/>
    <w:rsid w:val="00D81DE7"/>
    <w:rsid w:val="00D825D6"/>
    <w:rsid w:val="00D825F1"/>
    <w:rsid w:val="00D8461C"/>
    <w:rsid w:val="00D8509D"/>
    <w:rsid w:val="00D85217"/>
    <w:rsid w:val="00D8575A"/>
    <w:rsid w:val="00D85A3C"/>
    <w:rsid w:val="00D86126"/>
    <w:rsid w:val="00D869B9"/>
    <w:rsid w:val="00D87002"/>
    <w:rsid w:val="00D9188A"/>
    <w:rsid w:val="00D91B87"/>
    <w:rsid w:val="00D9297E"/>
    <w:rsid w:val="00D9337A"/>
    <w:rsid w:val="00D94D8D"/>
    <w:rsid w:val="00D94EA1"/>
    <w:rsid w:val="00D95042"/>
    <w:rsid w:val="00D95739"/>
    <w:rsid w:val="00D95CC4"/>
    <w:rsid w:val="00D96614"/>
    <w:rsid w:val="00D967E2"/>
    <w:rsid w:val="00D974FE"/>
    <w:rsid w:val="00D9754C"/>
    <w:rsid w:val="00D9755F"/>
    <w:rsid w:val="00D976D6"/>
    <w:rsid w:val="00DA03C5"/>
    <w:rsid w:val="00DA125B"/>
    <w:rsid w:val="00DA184D"/>
    <w:rsid w:val="00DA1B7D"/>
    <w:rsid w:val="00DA1BA8"/>
    <w:rsid w:val="00DA2044"/>
    <w:rsid w:val="00DA231E"/>
    <w:rsid w:val="00DA38E3"/>
    <w:rsid w:val="00DA3C76"/>
    <w:rsid w:val="00DA51E4"/>
    <w:rsid w:val="00DA5F54"/>
    <w:rsid w:val="00DA66A6"/>
    <w:rsid w:val="00DA70AF"/>
    <w:rsid w:val="00DA7521"/>
    <w:rsid w:val="00DA7DC9"/>
    <w:rsid w:val="00DA7DDE"/>
    <w:rsid w:val="00DB04AA"/>
    <w:rsid w:val="00DB09C0"/>
    <w:rsid w:val="00DB1799"/>
    <w:rsid w:val="00DB27F2"/>
    <w:rsid w:val="00DB30B2"/>
    <w:rsid w:val="00DB44F5"/>
    <w:rsid w:val="00DB4DBF"/>
    <w:rsid w:val="00DB5054"/>
    <w:rsid w:val="00DB5367"/>
    <w:rsid w:val="00DB5647"/>
    <w:rsid w:val="00DB70F4"/>
    <w:rsid w:val="00DB7AE2"/>
    <w:rsid w:val="00DC0002"/>
    <w:rsid w:val="00DC0186"/>
    <w:rsid w:val="00DC0330"/>
    <w:rsid w:val="00DC093A"/>
    <w:rsid w:val="00DC0A4E"/>
    <w:rsid w:val="00DC0D06"/>
    <w:rsid w:val="00DC1235"/>
    <w:rsid w:val="00DC1386"/>
    <w:rsid w:val="00DC13A4"/>
    <w:rsid w:val="00DC14A3"/>
    <w:rsid w:val="00DC1E72"/>
    <w:rsid w:val="00DC1F7A"/>
    <w:rsid w:val="00DC2F02"/>
    <w:rsid w:val="00DC39F3"/>
    <w:rsid w:val="00DC453E"/>
    <w:rsid w:val="00DC56A3"/>
    <w:rsid w:val="00DC5AE0"/>
    <w:rsid w:val="00DC6A6F"/>
    <w:rsid w:val="00DC73F4"/>
    <w:rsid w:val="00DC75E6"/>
    <w:rsid w:val="00DC7EA9"/>
    <w:rsid w:val="00DD0767"/>
    <w:rsid w:val="00DD0A9B"/>
    <w:rsid w:val="00DD127A"/>
    <w:rsid w:val="00DD14CE"/>
    <w:rsid w:val="00DD17B1"/>
    <w:rsid w:val="00DD193A"/>
    <w:rsid w:val="00DD1F05"/>
    <w:rsid w:val="00DD2019"/>
    <w:rsid w:val="00DD259E"/>
    <w:rsid w:val="00DD28B5"/>
    <w:rsid w:val="00DD2CAC"/>
    <w:rsid w:val="00DD3108"/>
    <w:rsid w:val="00DD3694"/>
    <w:rsid w:val="00DD370F"/>
    <w:rsid w:val="00DD407E"/>
    <w:rsid w:val="00DD4B14"/>
    <w:rsid w:val="00DD4BC1"/>
    <w:rsid w:val="00DD4FE9"/>
    <w:rsid w:val="00DD5924"/>
    <w:rsid w:val="00DD67FD"/>
    <w:rsid w:val="00DD716A"/>
    <w:rsid w:val="00DD7263"/>
    <w:rsid w:val="00DD7614"/>
    <w:rsid w:val="00DD7753"/>
    <w:rsid w:val="00DD7D06"/>
    <w:rsid w:val="00DD7F02"/>
    <w:rsid w:val="00DE0285"/>
    <w:rsid w:val="00DE0385"/>
    <w:rsid w:val="00DE0726"/>
    <w:rsid w:val="00DE0A84"/>
    <w:rsid w:val="00DE0AF3"/>
    <w:rsid w:val="00DE1707"/>
    <w:rsid w:val="00DE18B0"/>
    <w:rsid w:val="00DE1C3C"/>
    <w:rsid w:val="00DE24A7"/>
    <w:rsid w:val="00DE2A86"/>
    <w:rsid w:val="00DE2CC5"/>
    <w:rsid w:val="00DE2ECB"/>
    <w:rsid w:val="00DE3049"/>
    <w:rsid w:val="00DE32BF"/>
    <w:rsid w:val="00DE4551"/>
    <w:rsid w:val="00DE4FF4"/>
    <w:rsid w:val="00DE50D7"/>
    <w:rsid w:val="00DE553B"/>
    <w:rsid w:val="00DE5809"/>
    <w:rsid w:val="00DE6470"/>
    <w:rsid w:val="00DE689C"/>
    <w:rsid w:val="00DE6C68"/>
    <w:rsid w:val="00DE733B"/>
    <w:rsid w:val="00DE7513"/>
    <w:rsid w:val="00DE75DB"/>
    <w:rsid w:val="00DE76A3"/>
    <w:rsid w:val="00DE7C28"/>
    <w:rsid w:val="00DF0947"/>
    <w:rsid w:val="00DF1132"/>
    <w:rsid w:val="00DF1284"/>
    <w:rsid w:val="00DF12AC"/>
    <w:rsid w:val="00DF13AB"/>
    <w:rsid w:val="00DF18AF"/>
    <w:rsid w:val="00DF1DAB"/>
    <w:rsid w:val="00DF24EC"/>
    <w:rsid w:val="00DF2D84"/>
    <w:rsid w:val="00DF3181"/>
    <w:rsid w:val="00DF3D28"/>
    <w:rsid w:val="00DF441A"/>
    <w:rsid w:val="00DF4815"/>
    <w:rsid w:val="00DF5103"/>
    <w:rsid w:val="00DF5768"/>
    <w:rsid w:val="00DF72E6"/>
    <w:rsid w:val="00DF73AD"/>
    <w:rsid w:val="00DF75C6"/>
    <w:rsid w:val="00DF7D1F"/>
    <w:rsid w:val="00E00A63"/>
    <w:rsid w:val="00E021F2"/>
    <w:rsid w:val="00E0317F"/>
    <w:rsid w:val="00E03349"/>
    <w:rsid w:val="00E044AF"/>
    <w:rsid w:val="00E046F7"/>
    <w:rsid w:val="00E04AEB"/>
    <w:rsid w:val="00E04E55"/>
    <w:rsid w:val="00E05B1F"/>
    <w:rsid w:val="00E05DF8"/>
    <w:rsid w:val="00E062A6"/>
    <w:rsid w:val="00E06C0B"/>
    <w:rsid w:val="00E0784C"/>
    <w:rsid w:val="00E108DA"/>
    <w:rsid w:val="00E10906"/>
    <w:rsid w:val="00E110FA"/>
    <w:rsid w:val="00E1141D"/>
    <w:rsid w:val="00E115F2"/>
    <w:rsid w:val="00E11C0D"/>
    <w:rsid w:val="00E12391"/>
    <w:rsid w:val="00E137C5"/>
    <w:rsid w:val="00E138D5"/>
    <w:rsid w:val="00E13CDA"/>
    <w:rsid w:val="00E14170"/>
    <w:rsid w:val="00E1448C"/>
    <w:rsid w:val="00E1465A"/>
    <w:rsid w:val="00E15050"/>
    <w:rsid w:val="00E15107"/>
    <w:rsid w:val="00E16152"/>
    <w:rsid w:val="00E16E08"/>
    <w:rsid w:val="00E17134"/>
    <w:rsid w:val="00E17823"/>
    <w:rsid w:val="00E17DB5"/>
    <w:rsid w:val="00E20204"/>
    <w:rsid w:val="00E20225"/>
    <w:rsid w:val="00E2075D"/>
    <w:rsid w:val="00E20C22"/>
    <w:rsid w:val="00E21A7B"/>
    <w:rsid w:val="00E21B26"/>
    <w:rsid w:val="00E21B61"/>
    <w:rsid w:val="00E21E63"/>
    <w:rsid w:val="00E21E8F"/>
    <w:rsid w:val="00E22B0E"/>
    <w:rsid w:val="00E22FD8"/>
    <w:rsid w:val="00E23319"/>
    <w:rsid w:val="00E236EC"/>
    <w:rsid w:val="00E241B7"/>
    <w:rsid w:val="00E2519E"/>
    <w:rsid w:val="00E25594"/>
    <w:rsid w:val="00E2631B"/>
    <w:rsid w:val="00E265EA"/>
    <w:rsid w:val="00E3000B"/>
    <w:rsid w:val="00E3000C"/>
    <w:rsid w:val="00E3019F"/>
    <w:rsid w:val="00E30523"/>
    <w:rsid w:val="00E307BE"/>
    <w:rsid w:val="00E31373"/>
    <w:rsid w:val="00E31930"/>
    <w:rsid w:val="00E3262F"/>
    <w:rsid w:val="00E32CF5"/>
    <w:rsid w:val="00E33598"/>
    <w:rsid w:val="00E33BE8"/>
    <w:rsid w:val="00E33DAB"/>
    <w:rsid w:val="00E3437D"/>
    <w:rsid w:val="00E344CC"/>
    <w:rsid w:val="00E3497B"/>
    <w:rsid w:val="00E34DBB"/>
    <w:rsid w:val="00E35A4B"/>
    <w:rsid w:val="00E369F1"/>
    <w:rsid w:val="00E36E0F"/>
    <w:rsid w:val="00E372B8"/>
    <w:rsid w:val="00E376C8"/>
    <w:rsid w:val="00E40291"/>
    <w:rsid w:val="00E405CF"/>
    <w:rsid w:val="00E40EBB"/>
    <w:rsid w:val="00E40F64"/>
    <w:rsid w:val="00E41170"/>
    <w:rsid w:val="00E4126A"/>
    <w:rsid w:val="00E413F4"/>
    <w:rsid w:val="00E41983"/>
    <w:rsid w:val="00E41BAD"/>
    <w:rsid w:val="00E422E8"/>
    <w:rsid w:val="00E42333"/>
    <w:rsid w:val="00E425FE"/>
    <w:rsid w:val="00E43A61"/>
    <w:rsid w:val="00E43C54"/>
    <w:rsid w:val="00E44F6C"/>
    <w:rsid w:val="00E45036"/>
    <w:rsid w:val="00E452F2"/>
    <w:rsid w:val="00E45AAC"/>
    <w:rsid w:val="00E45B25"/>
    <w:rsid w:val="00E4749F"/>
    <w:rsid w:val="00E50FBA"/>
    <w:rsid w:val="00E51265"/>
    <w:rsid w:val="00E51965"/>
    <w:rsid w:val="00E51CF8"/>
    <w:rsid w:val="00E520F1"/>
    <w:rsid w:val="00E5232A"/>
    <w:rsid w:val="00E5322C"/>
    <w:rsid w:val="00E5339A"/>
    <w:rsid w:val="00E54B5C"/>
    <w:rsid w:val="00E56717"/>
    <w:rsid w:val="00E5721F"/>
    <w:rsid w:val="00E573F6"/>
    <w:rsid w:val="00E575CC"/>
    <w:rsid w:val="00E57F2A"/>
    <w:rsid w:val="00E60BBB"/>
    <w:rsid w:val="00E60BBD"/>
    <w:rsid w:val="00E60C12"/>
    <w:rsid w:val="00E60FAB"/>
    <w:rsid w:val="00E6119E"/>
    <w:rsid w:val="00E61D8B"/>
    <w:rsid w:val="00E623AE"/>
    <w:rsid w:val="00E6246F"/>
    <w:rsid w:val="00E62F4E"/>
    <w:rsid w:val="00E63D32"/>
    <w:rsid w:val="00E6442F"/>
    <w:rsid w:val="00E64815"/>
    <w:rsid w:val="00E648F6"/>
    <w:rsid w:val="00E64C37"/>
    <w:rsid w:val="00E64D53"/>
    <w:rsid w:val="00E64D7E"/>
    <w:rsid w:val="00E64F0D"/>
    <w:rsid w:val="00E6663B"/>
    <w:rsid w:val="00E668D7"/>
    <w:rsid w:val="00E66CF3"/>
    <w:rsid w:val="00E66FBF"/>
    <w:rsid w:val="00E67402"/>
    <w:rsid w:val="00E67F21"/>
    <w:rsid w:val="00E70006"/>
    <w:rsid w:val="00E70C86"/>
    <w:rsid w:val="00E718D4"/>
    <w:rsid w:val="00E71A43"/>
    <w:rsid w:val="00E7201C"/>
    <w:rsid w:val="00E728D3"/>
    <w:rsid w:val="00E72C0B"/>
    <w:rsid w:val="00E72CBB"/>
    <w:rsid w:val="00E72F18"/>
    <w:rsid w:val="00E73B9F"/>
    <w:rsid w:val="00E73C54"/>
    <w:rsid w:val="00E75326"/>
    <w:rsid w:val="00E75AD9"/>
    <w:rsid w:val="00E75D5D"/>
    <w:rsid w:val="00E7616F"/>
    <w:rsid w:val="00E7666C"/>
    <w:rsid w:val="00E76B69"/>
    <w:rsid w:val="00E77499"/>
    <w:rsid w:val="00E774D2"/>
    <w:rsid w:val="00E802E1"/>
    <w:rsid w:val="00E8293E"/>
    <w:rsid w:val="00E82CA1"/>
    <w:rsid w:val="00E82F26"/>
    <w:rsid w:val="00E83A34"/>
    <w:rsid w:val="00E841BB"/>
    <w:rsid w:val="00E84257"/>
    <w:rsid w:val="00E847FB"/>
    <w:rsid w:val="00E84ED9"/>
    <w:rsid w:val="00E85A78"/>
    <w:rsid w:val="00E86233"/>
    <w:rsid w:val="00E864CB"/>
    <w:rsid w:val="00E86A78"/>
    <w:rsid w:val="00E87007"/>
    <w:rsid w:val="00E87860"/>
    <w:rsid w:val="00E902D9"/>
    <w:rsid w:val="00E904B7"/>
    <w:rsid w:val="00E905CE"/>
    <w:rsid w:val="00E90D62"/>
    <w:rsid w:val="00E9173D"/>
    <w:rsid w:val="00E925D2"/>
    <w:rsid w:val="00E929E4"/>
    <w:rsid w:val="00E9395B"/>
    <w:rsid w:val="00E93A5B"/>
    <w:rsid w:val="00E94409"/>
    <w:rsid w:val="00E94C68"/>
    <w:rsid w:val="00E9548F"/>
    <w:rsid w:val="00E95693"/>
    <w:rsid w:val="00E956EE"/>
    <w:rsid w:val="00E9630B"/>
    <w:rsid w:val="00E9705C"/>
    <w:rsid w:val="00E97249"/>
    <w:rsid w:val="00E97566"/>
    <w:rsid w:val="00EA020A"/>
    <w:rsid w:val="00EA0555"/>
    <w:rsid w:val="00EA0A5D"/>
    <w:rsid w:val="00EA126F"/>
    <w:rsid w:val="00EA190F"/>
    <w:rsid w:val="00EA21D1"/>
    <w:rsid w:val="00EA24C4"/>
    <w:rsid w:val="00EA32E5"/>
    <w:rsid w:val="00EA40AE"/>
    <w:rsid w:val="00EA44C8"/>
    <w:rsid w:val="00EA4ED7"/>
    <w:rsid w:val="00EA5473"/>
    <w:rsid w:val="00EA5B8B"/>
    <w:rsid w:val="00EA5E2E"/>
    <w:rsid w:val="00EA657C"/>
    <w:rsid w:val="00EA73AC"/>
    <w:rsid w:val="00EA7CE0"/>
    <w:rsid w:val="00EB0044"/>
    <w:rsid w:val="00EB0A48"/>
    <w:rsid w:val="00EB20B8"/>
    <w:rsid w:val="00EB2485"/>
    <w:rsid w:val="00EB2755"/>
    <w:rsid w:val="00EB277A"/>
    <w:rsid w:val="00EB2979"/>
    <w:rsid w:val="00EB2BA3"/>
    <w:rsid w:val="00EB35D4"/>
    <w:rsid w:val="00EB3D72"/>
    <w:rsid w:val="00EB47CD"/>
    <w:rsid w:val="00EB4900"/>
    <w:rsid w:val="00EB504D"/>
    <w:rsid w:val="00EB585B"/>
    <w:rsid w:val="00EB5E10"/>
    <w:rsid w:val="00EB7F38"/>
    <w:rsid w:val="00EC0463"/>
    <w:rsid w:val="00EC048B"/>
    <w:rsid w:val="00EC12B3"/>
    <w:rsid w:val="00EC1F9E"/>
    <w:rsid w:val="00EC3511"/>
    <w:rsid w:val="00EC405F"/>
    <w:rsid w:val="00EC554C"/>
    <w:rsid w:val="00EC6087"/>
    <w:rsid w:val="00EC6941"/>
    <w:rsid w:val="00EC6A10"/>
    <w:rsid w:val="00EC7CF1"/>
    <w:rsid w:val="00ED0CB9"/>
    <w:rsid w:val="00ED0D79"/>
    <w:rsid w:val="00ED12EC"/>
    <w:rsid w:val="00ED130A"/>
    <w:rsid w:val="00ED3387"/>
    <w:rsid w:val="00ED4F7E"/>
    <w:rsid w:val="00ED683D"/>
    <w:rsid w:val="00ED71C0"/>
    <w:rsid w:val="00EE04E1"/>
    <w:rsid w:val="00EE0FFB"/>
    <w:rsid w:val="00EE150D"/>
    <w:rsid w:val="00EE2405"/>
    <w:rsid w:val="00EE282C"/>
    <w:rsid w:val="00EE2AB6"/>
    <w:rsid w:val="00EE33F9"/>
    <w:rsid w:val="00EE3FF2"/>
    <w:rsid w:val="00EE45F8"/>
    <w:rsid w:val="00EE4CBD"/>
    <w:rsid w:val="00EE4ED7"/>
    <w:rsid w:val="00EE58FF"/>
    <w:rsid w:val="00EE6457"/>
    <w:rsid w:val="00EE660B"/>
    <w:rsid w:val="00EE6E39"/>
    <w:rsid w:val="00EE6F05"/>
    <w:rsid w:val="00EE7211"/>
    <w:rsid w:val="00EE7647"/>
    <w:rsid w:val="00EE7C29"/>
    <w:rsid w:val="00EE7C53"/>
    <w:rsid w:val="00EF0DD4"/>
    <w:rsid w:val="00EF24DE"/>
    <w:rsid w:val="00EF29BB"/>
    <w:rsid w:val="00EF2B7C"/>
    <w:rsid w:val="00EF3BBA"/>
    <w:rsid w:val="00EF445F"/>
    <w:rsid w:val="00EF4D5D"/>
    <w:rsid w:val="00EF4DE9"/>
    <w:rsid w:val="00EF56F7"/>
    <w:rsid w:val="00EF6177"/>
    <w:rsid w:val="00EF6614"/>
    <w:rsid w:val="00EF6B94"/>
    <w:rsid w:val="00EF6F7B"/>
    <w:rsid w:val="00F011DE"/>
    <w:rsid w:val="00F01324"/>
    <w:rsid w:val="00F013CB"/>
    <w:rsid w:val="00F021B3"/>
    <w:rsid w:val="00F02297"/>
    <w:rsid w:val="00F026DE"/>
    <w:rsid w:val="00F02AC7"/>
    <w:rsid w:val="00F03534"/>
    <w:rsid w:val="00F036A4"/>
    <w:rsid w:val="00F038F5"/>
    <w:rsid w:val="00F04CB5"/>
    <w:rsid w:val="00F05971"/>
    <w:rsid w:val="00F06FB0"/>
    <w:rsid w:val="00F06FCE"/>
    <w:rsid w:val="00F07187"/>
    <w:rsid w:val="00F07363"/>
    <w:rsid w:val="00F075C2"/>
    <w:rsid w:val="00F078C2"/>
    <w:rsid w:val="00F07B02"/>
    <w:rsid w:val="00F07B51"/>
    <w:rsid w:val="00F07D9C"/>
    <w:rsid w:val="00F07EBF"/>
    <w:rsid w:val="00F1040C"/>
    <w:rsid w:val="00F10B82"/>
    <w:rsid w:val="00F1143B"/>
    <w:rsid w:val="00F117AA"/>
    <w:rsid w:val="00F119E5"/>
    <w:rsid w:val="00F11FAF"/>
    <w:rsid w:val="00F13407"/>
    <w:rsid w:val="00F13A17"/>
    <w:rsid w:val="00F13A64"/>
    <w:rsid w:val="00F13DAC"/>
    <w:rsid w:val="00F14A28"/>
    <w:rsid w:val="00F14EBA"/>
    <w:rsid w:val="00F15322"/>
    <w:rsid w:val="00F1587A"/>
    <w:rsid w:val="00F162CB"/>
    <w:rsid w:val="00F167E2"/>
    <w:rsid w:val="00F16ABE"/>
    <w:rsid w:val="00F16C5F"/>
    <w:rsid w:val="00F176AB"/>
    <w:rsid w:val="00F17B9B"/>
    <w:rsid w:val="00F17CEE"/>
    <w:rsid w:val="00F204D9"/>
    <w:rsid w:val="00F20CCA"/>
    <w:rsid w:val="00F21B6D"/>
    <w:rsid w:val="00F2239D"/>
    <w:rsid w:val="00F22429"/>
    <w:rsid w:val="00F2251F"/>
    <w:rsid w:val="00F23A82"/>
    <w:rsid w:val="00F24904"/>
    <w:rsid w:val="00F25A1E"/>
    <w:rsid w:val="00F25BD6"/>
    <w:rsid w:val="00F25FD5"/>
    <w:rsid w:val="00F26519"/>
    <w:rsid w:val="00F269C3"/>
    <w:rsid w:val="00F271DB"/>
    <w:rsid w:val="00F27354"/>
    <w:rsid w:val="00F27D0B"/>
    <w:rsid w:val="00F30169"/>
    <w:rsid w:val="00F302B0"/>
    <w:rsid w:val="00F307CC"/>
    <w:rsid w:val="00F30C57"/>
    <w:rsid w:val="00F3115A"/>
    <w:rsid w:val="00F32209"/>
    <w:rsid w:val="00F3341C"/>
    <w:rsid w:val="00F33668"/>
    <w:rsid w:val="00F33A6B"/>
    <w:rsid w:val="00F33FA7"/>
    <w:rsid w:val="00F33FF7"/>
    <w:rsid w:val="00F34518"/>
    <w:rsid w:val="00F34542"/>
    <w:rsid w:val="00F34D8E"/>
    <w:rsid w:val="00F34FD9"/>
    <w:rsid w:val="00F35245"/>
    <w:rsid w:val="00F36416"/>
    <w:rsid w:val="00F36A58"/>
    <w:rsid w:val="00F36B8D"/>
    <w:rsid w:val="00F37528"/>
    <w:rsid w:val="00F37C11"/>
    <w:rsid w:val="00F37CFD"/>
    <w:rsid w:val="00F406E1"/>
    <w:rsid w:val="00F407B7"/>
    <w:rsid w:val="00F40883"/>
    <w:rsid w:val="00F419C8"/>
    <w:rsid w:val="00F41C7D"/>
    <w:rsid w:val="00F423DB"/>
    <w:rsid w:val="00F424C2"/>
    <w:rsid w:val="00F4252A"/>
    <w:rsid w:val="00F425AF"/>
    <w:rsid w:val="00F431F4"/>
    <w:rsid w:val="00F44754"/>
    <w:rsid w:val="00F45EC3"/>
    <w:rsid w:val="00F45F1A"/>
    <w:rsid w:val="00F461A4"/>
    <w:rsid w:val="00F468BF"/>
    <w:rsid w:val="00F469E7"/>
    <w:rsid w:val="00F47002"/>
    <w:rsid w:val="00F47348"/>
    <w:rsid w:val="00F51494"/>
    <w:rsid w:val="00F52218"/>
    <w:rsid w:val="00F52CCC"/>
    <w:rsid w:val="00F53561"/>
    <w:rsid w:val="00F53810"/>
    <w:rsid w:val="00F54161"/>
    <w:rsid w:val="00F541E4"/>
    <w:rsid w:val="00F542D2"/>
    <w:rsid w:val="00F54573"/>
    <w:rsid w:val="00F548A5"/>
    <w:rsid w:val="00F5578E"/>
    <w:rsid w:val="00F5583E"/>
    <w:rsid w:val="00F56066"/>
    <w:rsid w:val="00F5642E"/>
    <w:rsid w:val="00F56C0B"/>
    <w:rsid w:val="00F57E76"/>
    <w:rsid w:val="00F60349"/>
    <w:rsid w:val="00F60A85"/>
    <w:rsid w:val="00F617D8"/>
    <w:rsid w:val="00F61D4A"/>
    <w:rsid w:val="00F61D56"/>
    <w:rsid w:val="00F61F6D"/>
    <w:rsid w:val="00F62787"/>
    <w:rsid w:val="00F62AED"/>
    <w:rsid w:val="00F62D07"/>
    <w:rsid w:val="00F631F8"/>
    <w:rsid w:val="00F63F18"/>
    <w:rsid w:val="00F644C7"/>
    <w:rsid w:val="00F65D92"/>
    <w:rsid w:val="00F66172"/>
    <w:rsid w:val="00F6623B"/>
    <w:rsid w:val="00F664F1"/>
    <w:rsid w:val="00F676E2"/>
    <w:rsid w:val="00F67AEB"/>
    <w:rsid w:val="00F701CB"/>
    <w:rsid w:val="00F70DA9"/>
    <w:rsid w:val="00F70E78"/>
    <w:rsid w:val="00F715C6"/>
    <w:rsid w:val="00F71F84"/>
    <w:rsid w:val="00F724CD"/>
    <w:rsid w:val="00F7272E"/>
    <w:rsid w:val="00F72A0A"/>
    <w:rsid w:val="00F72D83"/>
    <w:rsid w:val="00F73660"/>
    <w:rsid w:val="00F7385E"/>
    <w:rsid w:val="00F73B40"/>
    <w:rsid w:val="00F7422F"/>
    <w:rsid w:val="00F7470A"/>
    <w:rsid w:val="00F7479A"/>
    <w:rsid w:val="00F74EBA"/>
    <w:rsid w:val="00F75302"/>
    <w:rsid w:val="00F7617D"/>
    <w:rsid w:val="00F772F7"/>
    <w:rsid w:val="00F7741D"/>
    <w:rsid w:val="00F775EC"/>
    <w:rsid w:val="00F778B3"/>
    <w:rsid w:val="00F80E10"/>
    <w:rsid w:val="00F82634"/>
    <w:rsid w:val="00F82897"/>
    <w:rsid w:val="00F82907"/>
    <w:rsid w:val="00F834D2"/>
    <w:rsid w:val="00F835A3"/>
    <w:rsid w:val="00F83AAB"/>
    <w:rsid w:val="00F83AD4"/>
    <w:rsid w:val="00F83FAE"/>
    <w:rsid w:val="00F84C39"/>
    <w:rsid w:val="00F85019"/>
    <w:rsid w:val="00F8515C"/>
    <w:rsid w:val="00F85A26"/>
    <w:rsid w:val="00F85AB9"/>
    <w:rsid w:val="00F8612F"/>
    <w:rsid w:val="00F86E67"/>
    <w:rsid w:val="00F870E4"/>
    <w:rsid w:val="00F875A3"/>
    <w:rsid w:val="00F91A8E"/>
    <w:rsid w:val="00F91CF2"/>
    <w:rsid w:val="00F91D04"/>
    <w:rsid w:val="00F9214D"/>
    <w:rsid w:val="00F92830"/>
    <w:rsid w:val="00F92A63"/>
    <w:rsid w:val="00F92ADC"/>
    <w:rsid w:val="00F93102"/>
    <w:rsid w:val="00F938C8"/>
    <w:rsid w:val="00F95054"/>
    <w:rsid w:val="00F956E1"/>
    <w:rsid w:val="00F95E36"/>
    <w:rsid w:val="00F96BB7"/>
    <w:rsid w:val="00F97E97"/>
    <w:rsid w:val="00FA0091"/>
    <w:rsid w:val="00FA0375"/>
    <w:rsid w:val="00FA04A6"/>
    <w:rsid w:val="00FA0A21"/>
    <w:rsid w:val="00FA16B2"/>
    <w:rsid w:val="00FA19D2"/>
    <w:rsid w:val="00FA1C99"/>
    <w:rsid w:val="00FA25BD"/>
    <w:rsid w:val="00FA2DC5"/>
    <w:rsid w:val="00FA2DF8"/>
    <w:rsid w:val="00FA4DF5"/>
    <w:rsid w:val="00FA5559"/>
    <w:rsid w:val="00FA60A9"/>
    <w:rsid w:val="00FA6424"/>
    <w:rsid w:val="00FA7163"/>
    <w:rsid w:val="00FA758C"/>
    <w:rsid w:val="00FA7EE2"/>
    <w:rsid w:val="00FB0F80"/>
    <w:rsid w:val="00FB174F"/>
    <w:rsid w:val="00FB251A"/>
    <w:rsid w:val="00FB347A"/>
    <w:rsid w:val="00FB3A97"/>
    <w:rsid w:val="00FB41D3"/>
    <w:rsid w:val="00FB4B58"/>
    <w:rsid w:val="00FB4DE0"/>
    <w:rsid w:val="00FB4F39"/>
    <w:rsid w:val="00FB4FDB"/>
    <w:rsid w:val="00FB5FF3"/>
    <w:rsid w:val="00FB65C5"/>
    <w:rsid w:val="00FB690E"/>
    <w:rsid w:val="00FB69D5"/>
    <w:rsid w:val="00FB69D7"/>
    <w:rsid w:val="00FC15B1"/>
    <w:rsid w:val="00FC165E"/>
    <w:rsid w:val="00FC3049"/>
    <w:rsid w:val="00FC4037"/>
    <w:rsid w:val="00FC48EB"/>
    <w:rsid w:val="00FC5D61"/>
    <w:rsid w:val="00FC693F"/>
    <w:rsid w:val="00FC7A3D"/>
    <w:rsid w:val="00FC7B83"/>
    <w:rsid w:val="00FC7C75"/>
    <w:rsid w:val="00FC7E47"/>
    <w:rsid w:val="00FD08AB"/>
    <w:rsid w:val="00FD1864"/>
    <w:rsid w:val="00FD2078"/>
    <w:rsid w:val="00FD2667"/>
    <w:rsid w:val="00FD2B9C"/>
    <w:rsid w:val="00FD2E59"/>
    <w:rsid w:val="00FD2F0A"/>
    <w:rsid w:val="00FD2F40"/>
    <w:rsid w:val="00FD3225"/>
    <w:rsid w:val="00FD3918"/>
    <w:rsid w:val="00FD3FBF"/>
    <w:rsid w:val="00FD44C8"/>
    <w:rsid w:val="00FD4E5A"/>
    <w:rsid w:val="00FD5221"/>
    <w:rsid w:val="00FD53A5"/>
    <w:rsid w:val="00FD570B"/>
    <w:rsid w:val="00FD5C05"/>
    <w:rsid w:val="00FD6049"/>
    <w:rsid w:val="00FD6157"/>
    <w:rsid w:val="00FD7329"/>
    <w:rsid w:val="00FD7D6B"/>
    <w:rsid w:val="00FD7EAF"/>
    <w:rsid w:val="00FE012C"/>
    <w:rsid w:val="00FE0C0B"/>
    <w:rsid w:val="00FE18CD"/>
    <w:rsid w:val="00FE19D8"/>
    <w:rsid w:val="00FE2547"/>
    <w:rsid w:val="00FE2894"/>
    <w:rsid w:val="00FE28F1"/>
    <w:rsid w:val="00FE2927"/>
    <w:rsid w:val="00FE2A8E"/>
    <w:rsid w:val="00FE333F"/>
    <w:rsid w:val="00FE3A26"/>
    <w:rsid w:val="00FE3EC3"/>
    <w:rsid w:val="00FE45F2"/>
    <w:rsid w:val="00FE4CEB"/>
    <w:rsid w:val="00FE4E68"/>
    <w:rsid w:val="00FE56A2"/>
    <w:rsid w:val="00FE7595"/>
    <w:rsid w:val="00FE76E8"/>
    <w:rsid w:val="00FE79D6"/>
    <w:rsid w:val="00FE7C00"/>
    <w:rsid w:val="00FF020D"/>
    <w:rsid w:val="00FF02B9"/>
    <w:rsid w:val="00FF0CBF"/>
    <w:rsid w:val="00FF19E1"/>
    <w:rsid w:val="00FF20BB"/>
    <w:rsid w:val="00FF21E3"/>
    <w:rsid w:val="00FF2AFA"/>
    <w:rsid w:val="00FF4294"/>
    <w:rsid w:val="00FF440A"/>
    <w:rsid w:val="00FF487E"/>
    <w:rsid w:val="00FF496A"/>
    <w:rsid w:val="00FF4B5A"/>
    <w:rsid w:val="00FF5064"/>
    <w:rsid w:val="00FF61F9"/>
    <w:rsid w:val="00FF6416"/>
    <w:rsid w:val="00FF731F"/>
    <w:rsid w:val="00FF7560"/>
    <w:rsid w:val="00FF7EF3"/>
    <w:rsid w:val="01653DBF"/>
    <w:rsid w:val="051D671D"/>
    <w:rsid w:val="060DD156"/>
    <w:rsid w:val="090AA043"/>
    <w:rsid w:val="0F3AC595"/>
    <w:rsid w:val="113CABDA"/>
    <w:rsid w:val="137C8B2A"/>
    <w:rsid w:val="1393F72C"/>
    <w:rsid w:val="15A33609"/>
    <w:rsid w:val="184D4454"/>
    <w:rsid w:val="1BE992B3"/>
    <w:rsid w:val="2841C423"/>
    <w:rsid w:val="2AEC074A"/>
    <w:rsid w:val="33270124"/>
    <w:rsid w:val="3336FAC1"/>
    <w:rsid w:val="3367FCCB"/>
    <w:rsid w:val="35688F92"/>
    <w:rsid w:val="366F08AD"/>
    <w:rsid w:val="39EE4D44"/>
    <w:rsid w:val="3B3E9862"/>
    <w:rsid w:val="3B7724A2"/>
    <w:rsid w:val="40F6D3B4"/>
    <w:rsid w:val="470E7E8E"/>
    <w:rsid w:val="48512A88"/>
    <w:rsid w:val="4D150DE4"/>
    <w:rsid w:val="52FDE7FB"/>
    <w:rsid w:val="591DE4CA"/>
    <w:rsid w:val="5AD910BD"/>
    <w:rsid w:val="5DEA2152"/>
    <w:rsid w:val="5EA1373F"/>
    <w:rsid w:val="6145F35D"/>
    <w:rsid w:val="641F56A2"/>
    <w:rsid w:val="6AE2CA6D"/>
    <w:rsid w:val="6B40310C"/>
    <w:rsid w:val="6C1D710B"/>
    <w:rsid w:val="6C72B32D"/>
    <w:rsid w:val="6CEAD5E2"/>
    <w:rsid w:val="6EEFACB7"/>
    <w:rsid w:val="70CD1B81"/>
    <w:rsid w:val="73609B09"/>
    <w:rsid w:val="776791D4"/>
    <w:rsid w:val="78A6AE5B"/>
    <w:rsid w:val="7B1BB107"/>
    <w:rsid w:val="7BF6B762"/>
    <w:rsid w:val="7DBAF904"/>
    <w:rsid w:val="7E1E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A3E99F"/>
  <w14:defaultImageDpi w14:val="330"/>
  <w15:docId w15:val="{85C4F93A-40A4-4BDF-ADB9-CE260194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aragrafoelencoCarattere">
    <w:name w:val="Paragrafo elenco Carattere"/>
    <w:link w:val="Paragrafoelenco"/>
    <w:uiPriority w:val="34"/>
    <w:qFormat/>
    <w:rsid w:val="001C428B"/>
  </w:style>
  <w:style w:type="paragraph" w:customStyle="1" w:styleId="Elencoacolori-Colore11">
    <w:name w:val="Elenco a colori - Colore 11"/>
    <w:basedOn w:val="Normale"/>
    <w:uiPriority w:val="34"/>
    <w:qFormat/>
    <w:rsid w:val="00D12B90"/>
    <w:pPr>
      <w:numPr>
        <w:numId w:val="11"/>
      </w:numPr>
      <w:spacing w:before="60" w:after="0" w:line="252" w:lineRule="auto"/>
      <w:contextualSpacing/>
      <w:jc w:val="both"/>
    </w:pPr>
    <w:rPr>
      <w:rFonts w:eastAsia="Times New Roman" w:cs="Times New Roman"/>
      <w:szCs w:val="24"/>
      <w:lang w:eastAsia="it-IT"/>
    </w:rPr>
  </w:style>
  <w:style w:type="character" w:styleId="Collegamentoipertestuale">
    <w:name w:val="Hyperlink"/>
    <w:uiPriority w:val="99"/>
    <w:unhideWhenUsed/>
    <w:rsid w:val="00D12B90"/>
    <w:rPr>
      <w:color w:val="0563C1"/>
      <w:u w:val="single"/>
    </w:rPr>
  </w:style>
  <w:style w:type="paragraph" w:styleId="NormaleWeb">
    <w:name w:val="Normal (Web)"/>
    <w:basedOn w:val="Normale"/>
    <w:uiPriority w:val="99"/>
    <w:semiHidden/>
    <w:unhideWhenUsed/>
    <w:rsid w:val="00E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FF4B5A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5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532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1175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175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175E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175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175ED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676C9C"/>
    <w:pPr>
      <w:spacing w:after="0" w:line="240" w:lineRule="auto"/>
    </w:pPr>
  </w:style>
  <w:style w:type="paragraph" w:styleId="Sommario1">
    <w:name w:val="toc 1"/>
    <w:basedOn w:val="Normale"/>
    <w:next w:val="Normale"/>
    <w:autoRedefine/>
    <w:uiPriority w:val="39"/>
    <w:unhideWhenUsed/>
    <w:rsid w:val="00212218"/>
    <w:pPr>
      <w:spacing w:after="100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4077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4077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40775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62F66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62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AF1E89-A02E-49D6-9A24-4E8D8DDD7D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641ED1-C524-4101-9626-0E9EAFD8B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F98F46-072A-4EB7-8C79-B32B1D1BC603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E6019D3D-F30B-4D2D-892E-657731AF88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5</Pages>
  <Words>575</Words>
  <Characters>3279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3847</CharactersWithSpaces>
  <SharedDoc>false</SharedDoc>
  <HyperlinkBase/>
  <HLinks>
    <vt:vector size="180" baseType="variant">
      <vt:variant>
        <vt:i4>2490463</vt:i4>
      </vt:variant>
      <vt:variant>
        <vt:i4>171</vt:i4>
      </vt:variant>
      <vt:variant>
        <vt:i4>0</vt:i4>
      </vt:variant>
      <vt:variant>
        <vt:i4>5</vt:i4>
      </vt:variant>
      <vt:variant>
        <vt:lpwstr>mailto:dpcoe.uff4@pec.governo.it</vt:lpwstr>
      </vt:variant>
      <vt:variant>
        <vt:lpwstr/>
      </vt:variant>
      <vt:variant>
        <vt:i4>7209006</vt:i4>
      </vt:variant>
      <vt:variant>
        <vt:i4>168</vt:i4>
      </vt:variant>
      <vt:variant>
        <vt:i4>0</vt:i4>
      </vt:variant>
      <vt:variant>
        <vt:i4>5</vt:i4>
      </vt:variant>
      <vt:variant>
        <vt:lpwstr>https://capcoe.it/opportunita/avvisi/scuola_nazionale_coesione/</vt:lpwstr>
      </vt:variant>
      <vt:variant>
        <vt:lpwstr/>
      </vt:variant>
      <vt:variant>
        <vt:i4>5636191</vt:i4>
      </vt:variant>
      <vt:variant>
        <vt:i4>165</vt:i4>
      </vt:variant>
      <vt:variant>
        <vt:i4>0</vt:i4>
      </vt:variant>
      <vt:variant>
        <vt:i4>5</vt:i4>
      </vt:variant>
      <vt:variant>
        <vt:lpwstr>https://www.mur.gov.it/it/aree-tematiche/universita/le-universita</vt:lpwstr>
      </vt:variant>
      <vt:variant>
        <vt:lpwstr/>
      </vt:variant>
      <vt:variant>
        <vt:i4>1900604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_Toc234832930</vt:lpwstr>
      </vt:variant>
      <vt:variant>
        <vt:i4>1835068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_Toc234832929</vt:lpwstr>
      </vt:variant>
      <vt:variant>
        <vt:i4>1835068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_Toc234832928</vt:lpwstr>
      </vt:variant>
      <vt:variant>
        <vt:i4>1835068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_Toc234832927</vt:lpwstr>
      </vt:variant>
      <vt:variant>
        <vt:i4>1835068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_Toc234832926</vt:lpwstr>
      </vt:variant>
      <vt:variant>
        <vt:i4>1835068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_Toc234832925</vt:lpwstr>
      </vt:variant>
      <vt:variant>
        <vt:i4>1835068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_Toc234832924</vt:lpwstr>
      </vt:variant>
      <vt:variant>
        <vt:i4>1835068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_Toc234832923</vt:lpwstr>
      </vt:variant>
      <vt:variant>
        <vt:i4>1835068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_Toc234832922</vt:lpwstr>
      </vt:variant>
      <vt:variant>
        <vt:i4>1835068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_Toc234832921</vt:lpwstr>
      </vt:variant>
      <vt:variant>
        <vt:i4>1835068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_Toc234832920</vt:lpwstr>
      </vt:variant>
      <vt:variant>
        <vt:i4>2031676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_Toc234832919</vt:lpwstr>
      </vt:variant>
      <vt:variant>
        <vt:i4>2031676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_Toc234832918</vt:lpwstr>
      </vt:variant>
      <vt:variant>
        <vt:i4>2031676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_Toc234832917</vt:lpwstr>
      </vt:variant>
      <vt:variant>
        <vt:i4>2031676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_Toc234832916</vt:lpwstr>
      </vt:variant>
      <vt:variant>
        <vt:i4>2031676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_Toc234832915</vt:lpwstr>
      </vt:variant>
      <vt:variant>
        <vt:i4>2031676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_Toc234832914</vt:lpwstr>
      </vt:variant>
      <vt:variant>
        <vt:i4>2031676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_Toc234832913</vt:lpwstr>
      </vt:variant>
      <vt:variant>
        <vt:i4>2031676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_Toc234832912</vt:lpwstr>
      </vt:variant>
      <vt:variant>
        <vt:i4>2031676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_Toc234832911</vt:lpwstr>
      </vt:variant>
      <vt:variant>
        <vt:i4>2031676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_Toc234832910</vt:lpwstr>
      </vt:variant>
      <vt:variant>
        <vt:i4>1966140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_Toc234832909</vt:lpwstr>
      </vt:variant>
      <vt:variant>
        <vt:i4>1966140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_Toc234832908</vt:lpwstr>
      </vt:variant>
      <vt:variant>
        <vt:i4>1966140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_Toc234832907</vt:lpwstr>
      </vt:variant>
      <vt:variant>
        <vt:i4>1966140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_Toc234832906</vt:lpwstr>
      </vt:variant>
      <vt:variant>
        <vt:i4>1966140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_Toc234832905</vt:lpwstr>
      </vt:variant>
      <vt:variant>
        <vt:i4>1966140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_Toc234832904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Russo Giovanni</cp:lastModifiedBy>
  <cp:revision>374</cp:revision>
  <cp:lastPrinted>2026-07-04T00:39:00Z</cp:lastPrinted>
  <dcterms:created xsi:type="dcterms:W3CDTF">2026-07-10T23:25:00Z</dcterms:created>
  <dcterms:modified xsi:type="dcterms:W3CDTF">2026-09-09T08:48:00Z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2026-04-15T11:08:03Z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874e47c8-2408-4597-9f5d-69c0d38a97d5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ContentTypeId">
    <vt:lpwstr>0x010100E29FEADFC340DA40B2139D4BBB1A48D7</vt:lpwstr>
  </property>
  <property fmtid="{D5CDD505-2E9C-101B-9397-08002B2CF9AE}" pid="11" name="MediaServiceImageTags">
    <vt:lpwstr/>
  </property>
</Properties>
</file>